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bidi/>
      </w:pPr>
      <w:r>
        <w:t>ביוגרפיות דמויות מקראיות</w:t>
      </w:r>
    </w:p>
    <w:p>
      <w:pPr>
        <w:pStyle w:val="Heading1"/>
        <w:jc w:val="right"/>
        <w:bidi/>
      </w:pPr>
      <w:r>
        <w:t>אֱלִיחוֹרֶף</w:t>
      </w:r>
    </w:p>
    <w:p>
      <w:pPr>
        <w:jc w:val="right"/>
        <w:bidi/>
      </w:pPr>
      <w:r>
        <w:t>שם באנגלית: Elihoref</w:t>
      </w:r>
    </w:p>
    <w:p/>
    <w:p>
      <w:pPr>
        <w:pStyle w:val="Heading1"/>
        <w:jc w:val="right"/>
        <w:bidi/>
      </w:pPr>
      <w:r>
        <w:t>אֱלִיעֶזֶר</w:t>
      </w:r>
    </w:p>
    <w:p>
      <w:pPr>
        <w:jc w:val="right"/>
        <w:bidi/>
      </w:pPr>
      <w:r>
        <w:t>שם באנגלית: Eliezer (b. Moshe)</w:t>
      </w:r>
    </w:p>
    <w:p/>
    <w:p>
      <w:pPr>
        <w:pStyle w:val="Heading1"/>
        <w:jc w:val="right"/>
        <w:bidi/>
      </w:pPr>
      <w:r>
        <w:t>אֲבִירָ֨ם</w:t>
      </w:r>
    </w:p>
    <w:p>
      <w:pPr>
        <w:jc w:val="right"/>
        <w:bidi/>
      </w:pPr>
      <w:r>
        <w:t>שם באנגלית: Aviram</w:t>
      </w:r>
    </w:p>
    <w:p/>
    <w:p>
      <w:pPr>
        <w:pStyle w:val="Heading1"/>
        <w:jc w:val="right"/>
        <w:bidi/>
      </w:pPr>
      <w:r>
        <w:t>אֵלָה</w:t>
      </w:r>
    </w:p>
    <w:p>
      <w:pPr>
        <w:jc w:val="right"/>
        <w:bidi/>
      </w:pPr>
      <w:r>
        <w:t>שם באנגלית: Elah</w:t>
      </w:r>
    </w:p>
    <w:p>
      <w:pPr>
        <w:jc w:val="right"/>
        <w:bidi/>
      </w:pPr>
      <w:r>
        <w:rPr>
          <w:b/>
        </w:rPr>
        <w:t xml:space="preserve">קשרים: </w:t>
      </w:r>
      <w:r>
        <w:t>בן/בת של בעשא</w:t>
      </w:r>
    </w:p>
    <w:p/>
    <w:p>
      <w:pPr>
        <w:pStyle w:val="Heading1"/>
        <w:jc w:val="right"/>
        <w:bidi/>
      </w:pPr>
      <w:r>
        <w:t>אֵלוֹן</w:t>
      </w:r>
    </w:p>
    <w:p>
      <w:pPr>
        <w:jc w:val="right"/>
        <w:bidi/>
      </w:pPr>
      <w:r>
        <w:t>שם באנגלית: Elon</w:t>
      </w:r>
    </w:p>
    <w:p>
      <w:pPr>
        <w:jc w:val="right"/>
        <w:bidi/>
      </w:pPr>
      <w:r>
        <w:rPr>
          <w:b/>
        </w:rPr>
        <w:t xml:space="preserve">קשרים: </w:t>
      </w:r>
      <w:r>
        <w:t>בן/בת של זבולון</w:t>
      </w:r>
    </w:p>
    <w:p/>
    <w:p>
      <w:pPr>
        <w:pStyle w:val="Heading1"/>
        <w:jc w:val="right"/>
        <w:bidi/>
      </w:pPr>
      <w:r>
        <w:t>אָמוֹץ</w:t>
      </w:r>
    </w:p>
    <w:p>
      <w:pPr>
        <w:jc w:val="right"/>
        <w:bidi/>
      </w:pPr>
      <w:r>
        <w:t>שם באנגלית: Amoz</w:t>
      </w:r>
    </w:p>
    <w:p/>
    <w:p>
      <w:pPr>
        <w:pStyle w:val="Heading1"/>
        <w:jc w:val="right"/>
        <w:bidi/>
      </w:pPr>
      <w:r>
        <w:t>אבגתא</w:t>
      </w:r>
    </w:p>
    <w:p>
      <w:pPr>
        <w:jc w:val="right"/>
        <w:bidi/>
      </w:pPr>
      <w:r>
        <w:t>שם באנגלית: Abagtha</w:t>
      </w:r>
    </w:p>
    <w:p/>
    <w:p>
      <w:pPr>
        <w:pStyle w:val="Heading1"/>
        <w:jc w:val="right"/>
        <w:bidi/>
      </w:pPr>
      <w:r>
        <w:t>אביאל</w:t>
      </w:r>
    </w:p>
    <w:p>
      <w:pPr>
        <w:jc w:val="right"/>
        <w:bidi/>
      </w:pPr>
      <w:r>
        <w:t>שם באנגלית: Abiel</w:t>
      </w:r>
    </w:p>
    <w:p/>
    <w:p>
      <w:pPr>
        <w:pStyle w:val="Heading1"/>
        <w:jc w:val="right"/>
        <w:bidi/>
      </w:pPr>
      <w:r>
        <w:t>אביאסף בן קרח</w:t>
      </w:r>
    </w:p>
    <w:p>
      <w:pPr>
        <w:jc w:val="right"/>
        <w:bidi/>
      </w:pPr>
      <w:r>
        <w:t>שם באנגלית: Abiasaph</w:t>
      </w:r>
    </w:p>
    <w:p>
      <w:pPr>
        <w:jc w:val="right"/>
        <w:bidi/>
      </w:pPr>
      <w:r>
        <w:rPr>
          <w:b/>
        </w:rPr>
        <w:t xml:space="preserve">קשרים: </w:t>
      </w:r>
      <w:r>
        <w:t>בן/בת של קרח</w:t>
      </w:r>
    </w:p>
    <w:p/>
    <w:p>
      <w:pPr>
        <w:pStyle w:val="Heading1"/>
        <w:jc w:val="right"/>
        <w:bidi/>
      </w:pPr>
      <w:r>
        <w:t>אביגיל</w:t>
      </w:r>
    </w:p>
    <w:p>
      <w:pPr>
        <w:jc w:val="right"/>
        <w:bidi/>
      </w:pPr>
      <w:r>
        <w:t>שם באנגלית: Abigail</w:t>
      </w:r>
    </w:p>
    <w:p>
      <w:pPr>
        <w:jc w:val="right"/>
        <w:bidi/>
      </w:pPr>
      <w:r>
        <w:rPr>
          <w:b/>
        </w:rPr>
        <w:t xml:space="preserve">קשרים: </w:t>
      </w:r>
      <w:r>
        <w:t>קשור/ה ל (מקורות) מיכל | קשור/ה ל (מקורות) יואב | בן/בת של נבל | קשור/ה ל (מקורות) נבל | קשור/ה ל (מקורות) מרים | קשור/ה ל (מקורות) דבורה | קשור/ה ל (מקורות) דוד המלך | קשור/ה ל (מקורות) חולדה נביאה | קשור/ה ל (מקורות) אסתר | קשור/ה ל (מקורות) חנה | קשור/ה ל (מקורות) יאשיהו | קשור/ה ל (מקורות) שרה</w:t>
      </w:r>
    </w:p>
    <w:p/>
    <w:p>
      <w:pPr>
        <w:pStyle w:val="Heading1"/>
        <w:jc w:val="right"/>
        <w:bidi/>
      </w:pPr>
      <w:r>
        <w:t>אבידע</w:t>
      </w:r>
    </w:p>
    <w:p>
      <w:pPr>
        <w:jc w:val="right"/>
        <w:bidi/>
      </w:pPr>
      <w:r>
        <w:t>שם באנגלית: Abida</w:t>
      </w:r>
    </w:p>
    <w:p>
      <w:pPr>
        <w:jc w:val="right"/>
        <w:bidi/>
      </w:pPr>
      <w:r>
        <w:rPr>
          <w:b/>
        </w:rPr>
        <w:t xml:space="preserve">קשרים: </w:t>
      </w:r>
      <w:r>
        <w:t>בן/בת של מדין</w:t>
      </w:r>
    </w:p>
    <w:p/>
    <w:p>
      <w:pPr>
        <w:pStyle w:val="Heading1"/>
        <w:jc w:val="right"/>
        <w:bidi/>
      </w:pPr>
      <w:r>
        <w:t>אביה</w:t>
      </w:r>
    </w:p>
    <w:p>
      <w:pPr>
        <w:jc w:val="right"/>
        <w:bidi/>
      </w:pPr>
      <w:r>
        <w:t>שם באנגלית: Abijah</w:t>
      </w:r>
    </w:p>
    <w:p>
      <w:pPr>
        <w:jc w:val="right"/>
        <w:bidi/>
      </w:pPr>
      <w:r>
        <w:rPr>
          <w:b/>
        </w:rPr>
        <w:t xml:space="preserve">קשרים: </w:t>
      </w:r>
      <w:r>
        <w:t>בן/בת של רחבעם | בן/בת של מעכה</w:t>
      </w:r>
    </w:p>
    <w:p/>
    <w:p>
      <w:pPr>
        <w:pStyle w:val="Heading1"/>
        <w:jc w:val="right"/>
        <w:bidi/>
      </w:pPr>
      <w:r>
        <w:t>אביה</w:t>
      </w:r>
    </w:p>
    <w:p>
      <w:pPr>
        <w:jc w:val="right"/>
        <w:bidi/>
      </w:pPr>
      <w:r>
        <w:t>שם באנגלית: Abijah</w:t>
      </w:r>
    </w:p>
    <w:p/>
    <w:p>
      <w:pPr>
        <w:pStyle w:val="Heading1"/>
        <w:jc w:val="right"/>
        <w:bidi/>
      </w:pPr>
      <w:r>
        <w:t>אביהוא</w:t>
      </w:r>
    </w:p>
    <w:p>
      <w:pPr>
        <w:jc w:val="right"/>
        <w:bidi/>
      </w:pPr>
      <w:r>
        <w:t>שם באנגלית: Abihu</w:t>
      </w:r>
    </w:p>
    <w:p>
      <w:pPr>
        <w:jc w:val="right"/>
        <w:bidi/>
      </w:pPr>
      <w:r>
        <w:rPr>
          <w:b/>
        </w:rPr>
        <w:t xml:space="preserve">קשרים: </w:t>
      </w:r>
      <w:r>
        <w:t>בן/בת של אהרון | קשור/ה ל (מקורות) אהרון | בן/בת של אלישבע | קשור/ה ל (מקורות) משה | קשור/ה ל (מקורות) נדב</w:t>
      </w:r>
    </w:p>
    <w:p/>
    <w:p>
      <w:pPr>
        <w:pStyle w:val="Heading1"/>
        <w:jc w:val="right"/>
        <w:bidi/>
      </w:pPr>
      <w:r>
        <w:t>אביטל</w:t>
      </w:r>
    </w:p>
    <w:p>
      <w:pPr>
        <w:jc w:val="right"/>
        <w:bidi/>
      </w:pPr>
      <w:r>
        <w:t>שם באנגלית: Abital</w:t>
      </w:r>
    </w:p>
    <w:p>
      <w:pPr>
        <w:jc w:val="right"/>
        <w:bidi/>
      </w:pPr>
      <w:r>
        <w:rPr>
          <w:b/>
        </w:rPr>
        <w:t xml:space="preserve">קשרים: </w:t>
      </w:r>
      <w:r>
        <w:t>בן/בת זוג של דוד המלך</w:t>
      </w:r>
    </w:p>
    <w:p/>
    <w:p>
      <w:pPr>
        <w:pStyle w:val="Heading1"/>
        <w:jc w:val="right"/>
        <w:bidi/>
      </w:pPr>
      <w:r>
        <w:t>אבימאל</w:t>
      </w:r>
    </w:p>
    <w:p>
      <w:pPr>
        <w:jc w:val="right"/>
        <w:bidi/>
      </w:pPr>
      <w:r>
        <w:t>שם באנגלית: Abimael</w:t>
      </w:r>
    </w:p>
    <w:p>
      <w:pPr>
        <w:jc w:val="right"/>
        <w:bidi/>
      </w:pPr>
      <w:r>
        <w:rPr>
          <w:b/>
        </w:rPr>
        <w:t xml:space="preserve">קשרים: </w:t>
      </w:r>
      <w:r>
        <w:t>בן/בת של יקטן</w:t>
      </w:r>
    </w:p>
    <w:p/>
    <w:p>
      <w:pPr>
        <w:pStyle w:val="Heading1"/>
        <w:jc w:val="right"/>
        <w:bidi/>
      </w:pPr>
      <w:r>
        <w:t>אבימלך</w:t>
      </w:r>
    </w:p>
    <w:p>
      <w:pPr>
        <w:jc w:val="right"/>
        <w:bidi/>
      </w:pPr>
      <w:r>
        <w:t>שם באנגלית: Abimelech</w:t>
      </w:r>
    </w:p>
    <w:p>
      <w:pPr>
        <w:jc w:val="right"/>
        <w:bidi/>
      </w:pPr>
      <w:r>
        <w:t>Another name for Gideon.</w:t>
      </w:r>
    </w:p>
    <w:p>
      <w:pPr>
        <w:jc w:val="right"/>
        <w:bidi/>
      </w:pPr>
      <w:r>
        <w:rPr>
          <w:b/>
        </w:rPr>
        <w:t xml:space="preserve">קשרים: </w:t>
      </w:r>
      <w:r>
        <w:t>בן/בת של גדעון</w:t>
      </w:r>
    </w:p>
    <w:p/>
    <w:p>
      <w:pPr>
        <w:pStyle w:val="Heading1"/>
        <w:jc w:val="right"/>
        <w:bidi/>
      </w:pPr>
      <w:r>
        <w:t>אבישג</w:t>
      </w:r>
    </w:p>
    <w:p>
      <w:pPr>
        <w:jc w:val="right"/>
        <w:bidi/>
      </w:pPr>
      <w:r>
        <w:t>שם באנגלית: Abishag</w:t>
      </w:r>
    </w:p>
    <w:p>
      <w:pPr>
        <w:jc w:val="right"/>
        <w:bidi/>
      </w:pPr>
      <w:r>
        <w:rPr>
          <w:b/>
        </w:rPr>
        <w:t xml:space="preserve">קשרים: </w:t>
      </w:r>
      <w:r>
        <w:t>קשור/ה ל (מקורות) דוד המלך</w:t>
      </w:r>
    </w:p>
    <w:p/>
    <w:p>
      <w:pPr>
        <w:pStyle w:val="Heading1"/>
        <w:jc w:val="right"/>
        <w:bidi/>
      </w:pPr>
      <w:r>
        <w:t>אבישי</w:t>
      </w:r>
    </w:p>
    <w:p>
      <w:pPr>
        <w:jc w:val="right"/>
        <w:bidi/>
      </w:pPr>
      <w:r>
        <w:t>שם באנגלית: Avishai</w:t>
      </w:r>
    </w:p>
    <w:p/>
    <w:p>
      <w:pPr>
        <w:pStyle w:val="Heading1"/>
        <w:jc w:val="right"/>
        <w:bidi/>
      </w:pPr>
      <w:r>
        <w:t>אביתר</w:t>
      </w:r>
    </w:p>
    <w:p>
      <w:pPr>
        <w:jc w:val="right"/>
        <w:bidi/>
      </w:pPr>
      <w:r>
        <w:t>שם באנגלית: Abiathar</w:t>
      </w:r>
    </w:p>
    <w:p>
      <w:pPr>
        <w:jc w:val="right"/>
        <w:bidi/>
      </w:pPr>
      <w:r>
        <w:rPr>
          <w:b/>
        </w:rPr>
        <w:t xml:space="preserve">קשרים: </w:t>
      </w:r>
      <w:r>
        <w:t>בן/בת של אחימלך</w:t>
      </w:r>
    </w:p>
    <w:p/>
    <w:p>
      <w:pPr>
        <w:pStyle w:val="Heading1"/>
        <w:jc w:val="right"/>
        <w:bidi/>
      </w:pPr>
      <w:r>
        <w:t>אבנר</w:t>
      </w:r>
    </w:p>
    <w:p>
      <w:pPr>
        <w:jc w:val="right"/>
        <w:bidi/>
      </w:pPr>
      <w:r>
        <w:t>שם באנגלית: Abner</w:t>
      </w:r>
    </w:p>
    <w:p>
      <w:pPr>
        <w:jc w:val="right"/>
        <w:bidi/>
      </w:pPr>
      <w:r>
        <w:rPr>
          <w:b/>
        </w:rPr>
        <w:t xml:space="preserve">קשרים: </w:t>
      </w:r>
      <w:r>
        <w:t>קשור/ה ל (מקורות) עמשא | קשור/ה ל (מקורות) יואב | קשור/ה ל (מקורות) דוד המלך | בן/בת של בעלת האוב מעין דור</w:t>
      </w:r>
    </w:p>
    <w:p/>
    <w:p>
      <w:pPr>
        <w:pStyle w:val="Heading1"/>
        <w:jc w:val="right"/>
        <w:bidi/>
      </w:pPr>
      <w:r>
        <w:t>אבצן</w:t>
      </w:r>
    </w:p>
    <w:p>
      <w:pPr>
        <w:jc w:val="right"/>
        <w:bidi/>
      </w:pPr>
      <w:r>
        <w:t>שם באנגלית: Ibzan</w:t>
      </w:r>
    </w:p>
    <w:p/>
    <w:p>
      <w:pPr>
        <w:pStyle w:val="Heading1"/>
        <w:jc w:val="right"/>
        <w:bidi/>
      </w:pPr>
      <w:r>
        <w:t>אברהם</w:t>
      </w:r>
    </w:p>
    <w:p>
      <w:pPr>
        <w:jc w:val="right"/>
        <w:bidi/>
      </w:pPr>
      <w:r>
        <w:t>שם באנגלית: Abraham</w:t>
      </w:r>
    </w:p>
    <w:p>
      <w:pPr>
        <w:jc w:val="right"/>
        <w:bidi/>
      </w:pPr>
      <w:r>
        <w:t>אברהם הוא אבי העם היהודי ובעלה של שרה. הוא נשלח על ידי האל ממולדתו לארץ כנען עם הבטחה שיהפוך לגוי גדול. בכנען הוא גדל ברכוש ובקניין. בנו הצעיר יצחק היה יורשו וממשיך דרכו.</w:t>
      </w:r>
    </w:p>
    <w:p>
      <w:pPr>
        <w:jc w:val="right"/>
        <w:bidi/>
      </w:pPr>
      <w:r>
        <w:rPr>
          <w:b/>
        </w:rPr>
        <w:t xml:space="preserve">קשרים: </w:t>
      </w:r>
      <w:r>
        <w:t>קשור/ה ל (מקורות) יצחק | קשור/ה ל (מקורות) שרה | בן/בת של תרח</w:t>
      </w:r>
    </w:p>
    <w:p/>
    <w:p>
      <w:pPr>
        <w:pStyle w:val="Heading1"/>
        <w:jc w:val="right"/>
        <w:bidi/>
      </w:pPr>
      <w:r>
        <w:t>אבשלום</w:t>
      </w:r>
    </w:p>
    <w:p>
      <w:pPr>
        <w:jc w:val="right"/>
        <w:bidi/>
      </w:pPr>
      <w:r>
        <w:t>שם באנגלית: Absalom</w:t>
      </w:r>
    </w:p>
    <w:p>
      <w:pPr>
        <w:jc w:val="right"/>
        <w:bidi/>
      </w:pPr>
      <w:r>
        <w:rPr>
          <w:b/>
        </w:rPr>
        <w:t xml:space="preserve">קשרים: </w:t>
      </w:r>
      <w:r>
        <w:t>קשור/ה ל (מקורות) יואב | בן/בת של דוד המלך | קשור/ה ל (מקורות) דוד המלך | קשור/ה ל (מקורות) אמנון | בן/בת של מעכה בת תלמי | קשור/ה ל (מקורות) תמר</w:t>
      </w:r>
    </w:p>
    <w:p/>
    <w:p>
      <w:pPr>
        <w:pStyle w:val="Heading1"/>
        <w:jc w:val="right"/>
        <w:bidi/>
      </w:pPr>
      <w:r>
        <w:t>אגג</w:t>
      </w:r>
    </w:p>
    <w:p>
      <w:pPr>
        <w:jc w:val="right"/>
        <w:bidi/>
      </w:pPr>
      <w:r>
        <w:t>שם באנגלית: Agag</w:t>
      </w:r>
    </w:p>
    <w:p>
      <w:pPr>
        <w:jc w:val="right"/>
        <w:bidi/>
      </w:pPr>
      <w:r>
        <w:rPr>
          <w:b/>
        </w:rPr>
        <w:t xml:space="preserve">קשרים: </w:t>
      </w:r>
      <w:r>
        <w:t>צאצא של עמלק</w:t>
      </w:r>
    </w:p>
    <w:p/>
    <w:p>
      <w:pPr>
        <w:pStyle w:val="Heading1"/>
        <w:jc w:val="right"/>
        <w:bidi/>
      </w:pPr>
      <w:r>
        <w:t>אגור</w:t>
      </w:r>
    </w:p>
    <w:p>
      <w:pPr>
        <w:jc w:val="right"/>
        <w:bidi/>
      </w:pPr>
      <w:r>
        <w:t>שם באנגלית: Agur</w:t>
      </w:r>
    </w:p>
    <w:p/>
    <w:p>
      <w:pPr>
        <w:pStyle w:val="Heading1"/>
        <w:jc w:val="right"/>
        <w:bidi/>
      </w:pPr>
      <w:r>
        <w:t>אדבאל</w:t>
      </w:r>
    </w:p>
    <w:p>
      <w:pPr>
        <w:jc w:val="right"/>
        <w:bidi/>
      </w:pPr>
      <w:r>
        <w:t>שם באנגלית: Adbeel</w:t>
      </w:r>
    </w:p>
    <w:p>
      <w:pPr>
        <w:jc w:val="right"/>
        <w:bidi/>
      </w:pPr>
      <w:r>
        <w:rPr>
          <w:b/>
        </w:rPr>
        <w:t xml:space="preserve">קשרים: </w:t>
      </w:r>
      <w:r>
        <w:t>בן/בת של ישמעאל</w:t>
      </w:r>
    </w:p>
    <w:p/>
    <w:p>
      <w:pPr>
        <w:pStyle w:val="Heading1"/>
        <w:jc w:val="right"/>
        <w:bidi/>
      </w:pPr>
      <w:r>
        <w:t>אדום</w:t>
      </w:r>
    </w:p>
    <w:p>
      <w:pPr>
        <w:jc w:val="right"/>
        <w:bidi/>
      </w:pPr>
      <w:r>
        <w:t>שם באנגלית: Edom</w:t>
      </w:r>
    </w:p>
    <w:p>
      <w:pPr>
        <w:jc w:val="right"/>
        <w:bidi/>
      </w:pPr>
      <w:r>
        <w:t>אֱדום, שמשמעותו הצבע האָדום, הוא שמה של הממלכה שהקים אחיו של יעקב, עֵשָׂו, שהתורה מתארת כמי שנולד "אדמוני כולו". ממלכת אדום הייתה אחת מאויביו של עם ישראל ומאוחר יותר זוהתה עם הרומאים ועם המערב בכלל. ממלכת אדום שכנה בירדן של ימינו.</w:t>
      </w:r>
    </w:p>
    <w:p>
      <w:pPr>
        <w:jc w:val="right"/>
        <w:bidi/>
      </w:pPr>
      <w:r>
        <w:rPr>
          <w:b/>
        </w:rPr>
        <w:t xml:space="preserve">קשרים: </w:t>
      </w:r>
      <w:r>
        <w:t>קשור/ה ל (מקורות) מואב | קשור/ה ל (מקורות) עשיו | קשור/ה ל (מקורות) עמלק | קשור/ה ל (מקורות) עובדיה | קשור/ה ל (מקורות) יעקב | קשור/ה ל (מקורות) שעיר</w:t>
      </w:r>
    </w:p>
    <w:p/>
    <w:p>
      <w:pPr>
        <w:pStyle w:val="Heading1"/>
        <w:jc w:val="right"/>
        <w:bidi/>
      </w:pPr>
      <w:r>
        <w:t>אדוניה</w:t>
      </w:r>
    </w:p>
    <w:p>
      <w:pPr>
        <w:jc w:val="right"/>
        <w:bidi/>
      </w:pPr>
      <w:r>
        <w:t>שם באנגלית: Adoniah</w:t>
      </w:r>
    </w:p>
    <w:p>
      <w:pPr>
        <w:jc w:val="right"/>
        <w:bidi/>
      </w:pPr>
      <w:r>
        <w:rPr>
          <w:b/>
        </w:rPr>
        <w:t xml:space="preserve">קשרים: </w:t>
      </w:r>
      <w:r>
        <w:t>בן/בת של דוד המלך | קשור/ה ל (מקורות) דוד המלך | קשור/ה ל (מקורות) שְׁלֹמֹה | קשור/ה ל (מקורות) בת שבע</w:t>
      </w:r>
    </w:p>
    <w:p/>
    <w:p>
      <w:pPr>
        <w:pStyle w:val="Heading1"/>
        <w:jc w:val="right"/>
        <w:bidi/>
      </w:pPr>
      <w:r>
        <w:t>אדם הראשון</w:t>
      </w:r>
    </w:p>
    <w:p>
      <w:pPr>
        <w:jc w:val="right"/>
        <w:bidi/>
      </w:pPr>
      <w:r>
        <w:t>שם באנגלית: Adam</w:t>
      </w:r>
    </w:p>
    <w:p>
      <w:pPr>
        <w:jc w:val="right"/>
        <w:bidi/>
      </w:pPr>
      <w:r>
        <w:t>אדם נוצר ביום השישי לבריאה, הראשון בין בני מינו. הוא ובת זוגו חוה גורשו מגן עדן לאחר אכילת הפרי האסור מעץ הדעת. אדם הראשון הוא אבי האנושות.</w:t>
      </w:r>
    </w:p>
    <w:p>
      <w:pPr>
        <w:jc w:val="right"/>
        <w:bidi/>
      </w:pPr>
      <w:r>
        <w:rPr>
          <w:b/>
        </w:rPr>
        <w:t xml:space="preserve">קשרים: </w:t>
      </w:r>
      <w:r>
        <w:t>קשור/ה ל (מקורות) חוה</w:t>
      </w:r>
    </w:p>
    <w:p/>
    <w:p>
      <w:pPr>
        <w:pStyle w:val="Heading1"/>
        <w:jc w:val="right"/>
        <w:bidi/>
      </w:pPr>
      <w:r>
        <w:t>אדני צדק</w:t>
      </w:r>
    </w:p>
    <w:p>
      <w:pPr>
        <w:jc w:val="right"/>
        <w:bidi/>
      </w:pPr>
      <w:r>
        <w:t>שם באנגלית: Adonizedek</w:t>
      </w:r>
    </w:p>
    <w:p/>
    <w:p>
      <w:pPr>
        <w:pStyle w:val="Heading1"/>
        <w:jc w:val="right"/>
        <w:bidi/>
      </w:pPr>
      <w:r>
        <w:t>אהוד</w:t>
      </w:r>
    </w:p>
    <w:p>
      <w:pPr>
        <w:jc w:val="right"/>
        <w:bidi/>
      </w:pPr>
      <w:r>
        <w:t>שם באנגלית: Ehud</w:t>
      </w:r>
    </w:p>
    <w:p/>
    <w:p>
      <w:pPr>
        <w:pStyle w:val="Heading1"/>
        <w:jc w:val="right"/>
        <w:bidi/>
      </w:pPr>
      <w:r>
        <w:t>אהליאב</w:t>
      </w:r>
    </w:p>
    <w:p>
      <w:pPr>
        <w:jc w:val="right"/>
        <w:bidi/>
      </w:pPr>
      <w:r>
        <w:t>שם באנגלית: Oholiav</w:t>
      </w:r>
    </w:p>
    <w:p/>
    <w:p>
      <w:pPr>
        <w:pStyle w:val="Heading1"/>
        <w:jc w:val="right"/>
        <w:bidi/>
      </w:pPr>
      <w:r>
        <w:t>אהרון</w:t>
      </w:r>
    </w:p>
    <w:p>
      <w:pPr>
        <w:jc w:val="right"/>
        <w:bidi/>
      </w:pPr>
      <w:r>
        <w:t>שם באנגלית: Aaron</w:t>
      </w:r>
    </w:p>
    <w:p>
      <w:pPr>
        <w:jc w:val="right"/>
        <w:bidi/>
      </w:pPr>
      <w:r>
        <w:t>אהרן הוא אחיהם של משה ומרים. יחד איתם הנהיג את בני ישראל ביציאת מצרים ובמסעם במדבר. הוא נתמנה לכוהן הגדול הראשון והיה לאבי שושלת הכהונה.</w:t>
      </w:r>
    </w:p>
    <w:p>
      <w:pPr>
        <w:jc w:val="right"/>
        <w:bidi/>
      </w:pPr>
      <w:r>
        <w:rPr>
          <w:b/>
        </w:rPr>
        <w:t xml:space="preserve">קשרים: </w:t>
      </w:r>
      <w:r>
        <w:t>בן/בת של עמרם | בן/בת של יוכבד | קשור/ה ל (מקורות) מרים | קשור/ה ל (מקורות) קרח | קשור/ה ל (מקורות) משה | אח/אחות של משה | קשור/ה ל (מקורות) נדב | קשור/ה ל (מקורות) אביהוא</w:t>
      </w:r>
    </w:p>
    <w:p/>
    <w:p>
      <w:pPr>
        <w:pStyle w:val="Heading1"/>
        <w:jc w:val="right"/>
        <w:bidi/>
      </w:pPr>
      <w:r>
        <w:t>אוֹנָן</w:t>
      </w:r>
    </w:p>
    <w:p>
      <w:pPr>
        <w:jc w:val="right"/>
        <w:bidi/>
      </w:pPr>
      <w:r>
        <w:t>שם באנגלית: Onan</w:t>
      </w:r>
    </w:p>
    <w:p>
      <w:pPr>
        <w:jc w:val="right"/>
        <w:bidi/>
      </w:pPr>
      <w:r>
        <w:rPr>
          <w:b/>
        </w:rPr>
        <w:t xml:space="preserve">קשרים: </w:t>
      </w:r>
      <w:r>
        <w:t>בן/בת של יהודה | בן/בת של בת-שוע</w:t>
      </w:r>
    </w:p>
    <w:p/>
    <w:p>
      <w:pPr>
        <w:pStyle w:val="Heading1"/>
        <w:jc w:val="right"/>
        <w:bidi/>
      </w:pPr>
      <w:r>
        <w:t>אוזל</w:t>
      </w:r>
    </w:p>
    <w:p>
      <w:pPr>
        <w:jc w:val="right"/>
        <w:bidi/>
      </w:pPr>
      <w:r>
        <w:t>שם באנגלית: Uzal</w:t>
      </w:r>
    </w:p>
    <w:p>
      <w:pPr>
        <w:jc w:val="right"/>
        <w:bidi/>
      </w:pPr>
      <w:r>
        <w:rPr>
          <w:b/>
        </w:rPr>
        <w:t xml:space="preserve">קשרים: </w:t>
      </w:r>
      <w:r>
        <w:t>בן/בת של יקטן</w:t>
      </w:r>
    </w:p>
    <w:p/>
    <w:p>
      <w:pPr>
        <w:pStyle w:val="Heading1"/>
        <w:jc w:val="right"/>
        <w:bidi/>
      </w:pPr>
      <w:r>
        <w:t>אויל מרודך</w:t>
      </w:r>
    </w:p>
    <w:p>
      <w:pPr>
        <w:jc w:val="right"/>
        <w:bidi/>
      </w:pPr>
      <w:r>
        <w:t>שם באנגלית: Evil-merodach</w:t>
      </w:r>
    </w:p>
    <w:p>
      <w:pPr>
        <w:jc w:val="right"/>
        <w:bidi/>
      </w:pPr>
      <w:r>
        <w:rPr>
          <w:b/>
        </w:rPr>
        <w:t xml:space="preserve">קשרים: </w:t>
      </w:r>
      <w:r>
        <w:t>בן/בת של נבוכדנאצר</w:t>
      </w:r>
    </w:p>
    <w:p/>
    <w:p>
      <w:pPr>
        <w:pStyle w:val="Heading1"/>
        <w:jc w:val="right"/>
        <w:bidi/>
      </w:pPr>
      <w:r>
        <w:t>אומר</w:t>
      </w:r>
    </w:p>
    <w:p>
      <w:pPr>
        <w:jc w:val="right"/>
        <w:bidi/>
      </w:pPr>
      <w:r>
        <w:t>שם באנגלית: Omar</w:t>
      </w:r>
    </w:p>
    <w:p>
      <w:pPr>
        <w:jc w:val="right"/>
        <w:bidi/>
      </w:pPr>
      <w:r>
        <w:rPr>
          <w:b/>
        </w:rPr>
        <w:t xml:space="preserve">קשרים: </w:t>
      </w:r>
      <w:r>
        <w:t>בן/בת של אליפז</w:t>
      </w:r>
    </w:p>
    <w:p/>
    <w:p>
      <w:pPr>
        <w:pStyle w:val="Heading1"/>
        <w:jc w:val="right"/>
        <w:bidi/>
      </w:pPr>
      <w:r>
        <w:t>און בן פלת</w:t>
      </w:r>
    </w:p>
    <w:p>
      <w:pPr>
        <w:jc w:val="right"/>
        <w:bidi/>
      </w:pPr>
      <w:r>
        <w:t>שם באנגלית: On, the Son of Pelet</w:t>
      </w:r>
    </w:p>
    <w:p/>
    <w:p>
      <w:pPr>
        <w:pStyle w:val="Heading1"/>
        <w:jc w:val="right"/>
        <w:bidi/>
      </w:pPr>
      <w:r>
        <w:t>אוריה</w:t>
      </w:r>
    </w:p>
    <w:p>
      <w:pPr>
        <w:jc w:val="right"/>
        <w:bidi/>
      </w:pPr>
      <w:r>
        <w:t>שם באנגלית: Uriah</w:t>
      </w:r>
    </w:p>
    <w:p>
      <w:pPr>
        <w:jc w:val="right"/>
        <w:bidi/>
      </w:pPr>
      <w:r>
        <w:t>A prophet.</w:t>
      </w:r>
    </w:p>
    <w:p/>
    <w:p>
      <w:pPr>
        <w:pStyle w:val="Heading1"/>
        <w:jc w:val="right"/>
        <w:bidi/>
      </w:pPr>
      <w:r>
        <w:t>אוריה החתי</w:t>
      </w:r>
    </w:p>
    <w:p>
      <w:pPr>
        <w:jc w:val="right"/>
        <w:bidi/>
      </w:pPr>
      <w:r>
        <w:t>שם באנגלית: Uriah the Hittite</w:t>
      </w:r>
    </w:p>
    <w:p/>
    <w:p>
      <w:pPr>
        <w:pStyle w:val="Heading1"/>
        <w:jc w:val="right"/>
        <w:bidi/>
      </w:pPr>
      <w:r>
        <w:t>אוריה הכהן</w:t>
      </w:r>
    </w:p>
    <w:p>
      <w:pPr>
        <w:jc w:val="right"/>
        <w:bidi/>
      </w:pPr>
      <w:r>
        <w:t>שם באנגלית: Uriah Hacohen</w:t>
      </w:r>
    </w:p>
    <w:p/>
    <w:p>
      <w:pPr>
        <w:pStyle w:val="Heading1"/>
        <w:jc w:val="right"/>
        <w:bidi/>
      </w:pPr>
      <w:r>
        <w:t>אוריהו בן שמעיהו</w:t>
      </w:r>
    </w:p>
    <w:p>
      <w:pPr>
        <w:jc w:val="right"/>
        <w:bidi/>
      </w:pPr>
      <w:r>
        <w:t>שם באנגלית: Urijah</w:t>
      </w:r>
    </w:p>
    <w:p/>
    <w:p>
      <w:pPr>
        <w:pStyle w:val="Heading1"/>
        <w:jc w:val="right"/>
        <w:bidi/>
      </w:pPr>
      <w:r>
        <w:t>אחאב</w:t>
      </w:r>
    </w:p>
    <w:p>
      <w:pPr>
        <w:jc w:val="right"/>
        <w:bidi/>
      </w:pPr>
      <w:r>
        <w:t>שם באנגלית: Ahab</w:t>
      </w:r>
    </w:p>
    <w:p>
      <w:pPr>
        <w:jc w:val="right"/>
        <w:bidi/>
      </w:pPr>
      <w:r>
        <w:t>אחאב, המלך השביעי בממלכת ישראל, היה מלך רשע. תחת השפעתה של איזבל אשתו התיר ועודד פריחה של עבודה זרה בתקופתו והסכים לנשל את נתיניו מאדמותיהם באופן שרירותי. נהרג במערכה צבאית נגד הארמים.</w:t>
      </w:r>
    </w:p>
    <w:p>
      <w:pPr>
        <w:jc w:val="right"/>
        <w:bidi/>
      </w:pPr>
      <w:r>
        <w:rPr>
          <w:b/>
        </w:rPr>
        <w:t xml:space="preserve">קשרים: </w:t>
      </w:r>
      <w:r>
        <w:t>קשור/ה ל (מקורות) איזבל | בן/בת של עמרי | קשור/ה ל (מקורות) עגלון | קשור/ה ל (מקורות) אליהו</w:t>
      </w:r>
    </w:p>
    <w:p/>
    <w:p>
      <w:pPr>
        <w:pStyle w:val="Heading1"/>
        <w:jc w:val="right"/>
        <w:bidi/>
      </w:pPr>
      <w:r>
        <w:t>אחז</w:t>
      </w:r>
    </w:p>
    <w:p>
      <w:pPr>
        <w:jc w:val="right"/>
        <w:bidi/>
      </w:pPr>
      <w:r>
        <w:t>שם באנגלית: Ahaz</w:t>
      </w:r>
    </w:p>
    <w:p>
      <w:pPr>
        <w:jc w:val="right"/>
        <w:bidi/>
      </w:pPr>
      <w:r>
        <w:rPr>
          <w:b/>
        </w:rPr>
        <w:t xml:space="preserve">קשרים: </w:t>
      </w:r>
      <w:r>
        <w:t>בן/בת של יותם</w:t>
      </w:r>
    </w:p>
    <w:p/>
    <w:p>
      <w:pPr>
        <w:pStyle w:val="Heading1"/>
        <w:jc w:val="right"/>
        <w:bidi/>
      </w:pPr>
      <w:r>
        <w:t>אחזיה</w:t>
      </w:r>
    </w:p>
    <w:p>
      <w:pPr>
        <w:jc w:val="right"/>
        <w:bidi/>
      </w:pPr>
      <w:r>
        <w:t>שם באנגלית: Ahaziah</w:t>
      </w:r>
    </w:p>
    <w:p>
      <w:pPr>
        <w:jc w:val="right"/>
        <w:bidi/>
      </w:pPr>
      <w:r>
        <w:rPr>
          <w:b/>
        </w:rPr>
        <w:t xml:space="preserve">קשרים: </w:t>
      </w:r>
      <w:r>
        <w:t>בן/בת של יהורם מלך יהודה | בן/בת של עתליה</w:t>
      </w:r>
    </w:p>
    <w:p/>
    <w:p>
      <w:pPr>
        <w:pStyle w:val="Heading1"/>
        <w:jc w:val="right"/>
        <w:bidi/>
      </w:pPr>
      <w:r>
        <w:t>אחיה השילוני</w:t>
      </w:r>
    </w:p>
    <w:p>
      <w:pPr>
        <w:jc w:val="right"/>
        <w:bidi/>
      </w:pPr>
      <w:r>
        <w:t>שם באנגלית: Ahijah the Shilonite</w:t>
      </w:r>
    </w:p>
    <w:p/>
    <w:p>
      <w:pPr>
        <w:pStyle w:val="Heading1"/>
        <w:jc w:val="right"/>
        <w:bidi/>
      </w:pPr>
      <w:r>
        <w:t>אחימלך</w:t>
      </w:r>
    </w:p>
    <w:p>
      <w:pPr>
        <w:jc w:val="right"/>
        <w:bidi/>
      </w:pPr>
      <w:r>
        <w:t>שם באנגלית: Ahimelech</w:t>
      </w:r>
    </w:p>
    <w:p/>
    <w:p>
      <w:pPr>
        <w:pStyle w:val="Heading1"/>
        <w:jc w:val="right"/>
        <w:bidi/>
      </w:pPr>
      <w:r>
        <w:t>אחימן</w:t>
      </w:r>
    </w:p>
    <w:p>
      <w:pPr>
        <w:jc w:val="right"/>
        <w:bidi/>
      </w:pPr>
      <w:r>
        <w:t>שם באנגלית: Ahiman</w:t>
      </w:r>
    </w:p>
    <w:p/>
    <w:p>
      <w:pPr>
        <w:pStyle w:val="Heading1"/>
        <w:jc w:val="right"/>
        <w:bidi/>
      </w:pPr>
      <w:r>
        <w:t>אחימעץ</w:t>
      </w:r>
    </w:p>
    <w:p>
      <w:pPr>
        <w:jc w:val="right"/>
        <w:bidi/>
      </w:pPr>
      <w:r>
        <w:t>שם באנגלית: Ahimaaz</w:t>
      </w:r>
    </w:p>
    <w:p/>
    <w:p>
      <w:pPr>
        <w:pStyle w:val="Heading1"/>
        <w:jc w:val="right"/>
        <w:bidi/>
      </w:pPr>
      <w:r>
        <w:t>אחינועם היזרעאלית</w:t>
      </w:r>
    </w:p>
    <w:p>
      <w:pPr>
        <w:jc w:val="right"/>
        <w:bidi/>
      </w:pPr>
      <w:r>
        <w:t>שם באנגלית: Ahinoam</w:t>
      </w:r>
    </w:p>
    <w:p>
      <w:pPr>
        <w:jc w:val="right"/>
        <w:bidi/>
      </w:pPr>
      <w:r>
        <w:rPr>
          <w:b/>
        </w:rPr>
        <w:t xml:space="preserve">קשרים: </w:t>
      </w:r>
      <w:r>
        <w:t>בן/בת זוג של דוד המלך</w:t>
      </w:r>
    </w:p>
    <w:p/>
    <w:p>
      <w:pPr>
        <w:pStyle w:val="Heading1"/>
        <w:jc w:val="right"/>
        <w:bidi/>
      </w:pPr>
      <w:r>
        <w:t>אחיקם</w:t>
      </w:r>
    </w:p>
    <w:p>
      <w:pPr>
        <w:jc w:val="right"/>
        <w:bidi/>
      </w:pPr>
      <w:r>
        <w:t>שם באנגלית: Ahikam</w:t>
      </w:r>
    </w:p>
    <w:p/>
    <w:p>
      <w:pPr>
        <w:pStyle w:val="Heading1"/>
        <w:jc w:val="right"/>
        <w:bidi/>
      </w:pPr>
      <w:r>
        <w:t>אחיתופל</w:t>
      </w:r>
    </w:p>
    <w:p>
      <w:pPr>
        <w:jc w:val="right"/>
        <w:bidi/>
      </w:pPr>
      <w:r>
        <w:t>שם באנגלית: Achitofel</w:t>
      </w:r>
    </w:p>
    <w:p>
      <w:pPr>
        <w:jc w:val="right"/>
        <w:bidi/>
      </w:pPr>
      <w:r>
        <w:rPr>
          <w:b/>
        </w:rPr>
        <w:t xml:space="preserve">קשרים: </w:t>
      </w:r>
      <w:r>
        <w:t>קשור/ה ל (מקורות) דוד המלך</w:t>
      </w:r>
    </w:p>
    <w:p/>
    <w:p>
      <w:pPr>
        <w:pStyle w:val="Heading1"/>
        <w:jc w:val="right"/>
        <w:bidi/>
      </w:pPr>
      <w:r>
        <w:t>אחשוורוש</w:t>
      </w:r>
    </w:p>
    <w:p>
      <w:pPr>
        <w:jc w:val="right"/>
        <w:bidi/>
      </w:pPr>
      <w:r>
        <w:t>שם באנגלית: Ahasuerus</w:t>
      </w:r>
    </w:p>
    <w:p>
      <w:pPr>
        <w:jc w:val="right"/>
        <w:bidi/>
      </w:pPr>
      <w:r>
        <w:t>אחשוורוש הוא מלך פרס במגילת אסתר. הוא תמך בתוכניותיו של המן, הבכיר בשריו, להשמיד את כל היהודים במדינות מלכותו ולבזוז את רכושם, אך אסתר המלכה ובן דודהּ מרדכי סיכלו יחדיו את תוכניתו כאשר אסתר גילתה למלך את זהותה האמיתית, היהודית.</w:t>
      </w:r>
    </w:p>
    <w:p>
      <w:pPr>
        <w:jc w:val="right"/>
        <w:bidi/>
      </w:pPr>
      <w:r>
        <w:rPr>
          <w:b/>
        </w:rPr>
        <w:t xml:space="preserve">קשרים: </w:t>
      </w:r>
      <w:r>
        <w:t>קשור/ה ל (מקורות) המן | קשור/ה ל (מקורות) מרדכי | קשור/ה ל (מקורות) ושתי | קשור/ה ל (מקורות) אסתר</w:t>
      </w:r>
    </w:p>
    <w:p/>
    <w:p>
      <w:pPr>
        <w:pStyle w:val="Heading1"/>
        <w:jc w:val="right"/>
        <w:bidi/>
      </w:pPr>
      <w:r>
        <w:t>איזבל</w:t>
      </w:r>
    </w:p>
    <w:p>
      <w:pPr>
        <w:jc w:val="right"/>
        <w:bidi/>
      </w:pPr>
      <w:r>
        <w:t>שם באנגלית: Jezebel</w:t>
      </w:r>
    </w:p>
    <w:p>
      <w:pPr>
        <w:jc w:val="right"/>
        <w:bidi/>
      </w:pPr>
      <w:r>
        <w:rPr>
          <w:b/>
        </w:rPr>
        <w:t xml:space="preserve">קשרים: </w:t>
      </w:r>
      <w:r>
        <w:t>בן/בת זוג של אחאב | קשור/ה ל (מקורות) אחאב | קשור/ה ל (מקורות) עתליה | קשור/ה ל (מקורות) אליהו | בן/בת של אתבעל מלך צידונים</w:t>
      </w:r>
    </w:p>
    <w:p/>
    <w:p>
      <w:pPr>
        <w:pStyle w:val="Heading1"/>
        <w:jc w:val="right"/>
        <w:bidi/>
      </w:pPr>
      <w:r>
        <w:t>אילון הזבולוני</w:t>
      </w:r>
    </w:p>
    <w:p>
      <w:pPr>
        <w:jc w:val="right"/>
        <w:bidi/>
      </w:pPr>
      <w:r>
        <w:t>שם באנגלית: Elon</w:t>
      </w:r>
    </w:p>
    <w:p/>
    <w:p>
      <w:pPr>
        <w:pStyle w:val="Heading1"/>
        <w:jc w:val="right"/>
        <w:bidi/>
      </w:pPr>
      <w:r>
        <w:t>איש בושת</w:t>
      </w:r>
    </w:p>
    <w:p>
      <w:pPr>
        <w:jc w:val="right"/>
        <w:bidi/>
      </w:pPr>
      <w:r>
        <w:t>שם באנגלית: Ish-bosheth</w:t>
      </w:r>
    </w:p>
    <w:p>
      <w:pPr>
        <w:jc w:val="right"/>
        <w:bidi/>
      </w:pPr>
      <w:r>
        <w:rPr>
          <w:b/>
        </w:rPr>
        <w:t xml:space="preserve">קשרים: </w:t>
      </w:r>
      <w:r>
        <w:t>בן/בת של המלך שאול</w:t>
      </w:r>
    </w:p>
    <w:p/>
    <w:p>
      <w:pPr>
        <w:pStyle w:val="Heading1"/>
        <w:jc w:val="right"/>
        <w:bidi/>
      </w:pPr>
      <w:r>
        <w:t>איתיאל</w:t>
      </w:r>
    </w:p>
    <w:p>
      <w:pPr>
        <w:jc w:val="right"/>
        <w:bidi/>
      </w:pPr>
      <w:r>
        <w:t>שם באנגלית: Itiel</w:t>
      </w:r>
    </w:p>
    <w:p/>
    <w:p>
      <w:pPr>
        <w:pStyle w:val="Heading1"/>
        <w:jc w:val="right"/>
        <w:bidi/>
      </w:pPr>
      <w:r>
        <w:t>איתמר</w:t>
      </w:r>
    </w:p>
    <w:p>
      <w:pPr>
        <w:jc w:val="right"/>
        <w:bidi/>
      </w:pPr>
      <w:r>
        <w:t>שם באנגלית: Itamar</w:t>
      </w:r>
    </w:p>
    <w:p>
      <w:pPr>
        <w:jc w:val="right"/>
        <w:bidi/>
      </w:pPr>
      <w:r>
        <w:t xml:space="preserve">Ithamar was the youngest of four sons of Aaron the High Priest. He was involved in the ritual work that took place in the Tabernacle (Mishkan), and oversaw the work of the Levite families of Gershon and Merari as they carried the Tabernacle’s curtains and beams during the Israelites’ travels in the desert. </w:t>
      </w:r>
    </w:p>
    <w:p>
      <w:pPr>
        <w:jc w:val="right"/>
        <w:bidi/>
      </w:pPr>
      <w:r>
        <w:rPr>
          <w:b/>
        </w:rPr>
        <w:t xml:space="preserve">קשרים: </w:t>
      </w:r>
      <w:r>
        <w:t>בן/בת של אהרון | בן/בת של אלישבע</w:t>
      </w:r>
    </w:p>
    <w:p/>
    <w:p>
      <w:pPr>
        <w:pStyle w:val="Heading1"/>
        <w:jc w:val="right"/>
        <w:bidi/>
      </w:pPr>
      <w:r>
        <w:t>איתן האזרחי</w:t>
      </w:r>
    </w:p>
    <w:p>
      <w:pPr>
        <w:jc w:val="right"/>
        <w:bidi/>
      </w:pPr>
      <w:r>
        <w:t>שם באנגלית: Ethan</w:t>
      </w:r>
    </w:p>
    <w:p/>
    <w:p>
      <w:pPr>
        <w:pStyle w:val="Heading1"/>
        <w:jc w:val="right"/>
        <w:bidi/>
      </w:pPr>
      <w:r>
        <w:t>אכיש</w:t>
      </w:r>
    </w:p>
    <w:p>
      <w:pPr>
        <w:jc w:val="right"/>
        <w:bidi/>
      </w:pPr>
      <w:r>
        <w:t>שם באנגלית: Achish</w:t>
      </w:r>
    </w:p>
    <w:p/>
    <w:p>
      <w:pPr>
        <w:pStyle w:val="Heading1"/>
        <w:jc w:val="right"/>
        <w:bidi/>
      </w:pPr>
      <w:r>
        <w:t>אלדד ומידד</w:t>
      </w:r>
    </w:p>
    <w:p>
      <w:pPr>
        <w:jc w:val="right"/>
        <w:bidi/>
      </w:pPr>
      <w:r>
        <w:t>שם באנגלית: Eldad and Medad</w:t>
      </w:r>
    </w:p>
    <w:p>
      <w:pPr>
        <w:jc w:val="right"/>
        <w:bidi/>
      </w:pPr>
      <w:r>
        <w:rPr>
          <w:b/>
        </w:rPr>
        <w:t xml:space="preserve">קשרים: </w:t>
      </w:r>
      <w:r>
        <w:t>קשור/ה ל (מקורות) משה</w:t>
      </w:r>
    </w:p>
    <w:p/>
    <w:p>
      <w:pPr>
        <w:pStyle w:val="Heading1"/>
        <w:jc w:val="right"/>
        <w:bidi/>
      </w:pPr>
      <w:r>
        <w:t>אליאב</w:t>
      </w:r>
    </w:p>
    <w:p>
      <w:pPr>
        <w:jc w:val="right"/>
        <w:bidi/>
      </w:pPr>
      <w:r>
        <w:t>שם באנגלית: Eliab</w:t>
      </w:r>
    </w:p>
    <w:p/>
    <w:p>
      <w:pPr>
        <w:pStyle w:val="Heading1"/>
        <w:jc w:val="right"/>
        <w:bidi/>
      </w:pPr>
      <w:r>
        <w:t>אליהו</w:t>
      </w:r>
    </w:p>
    <w:p>
      <w:pPr>
        <w:jc w:val="right"/>
        <w:bidi/>
      </w:pPr>
      <w:r>
        <w:t>שם באנגלית: Elijah</w:t>
      </w:r>
    </w:p>
    <w:p>
      <w:pPr>
        <w:jc w:val="right"/>
        <w:bidi/>
      </w:pPr>
      <w:r>
        <w:t>אליהו הוא נביא בספר מלכים בתקופת מלוכתו של אחאב. בתקופה זו פנו רבים לעבודת האל הכנעני בעל. אליהו השתמש בניסים ובמופתים להוכחת עליונותו של אלוהים. אליהו לא מת אלא נלקח לשמים במרכבה של סוסי אש.</w:t>
      </w:r>
    </w:p>
    <w:p>
      <w:pPr>
        <w:jc w:val="right"/>
        <w:bidi/>
      </w:pPr>
      <w:r>
        <w:rPr>
          <w:b/>
        </w:rPr>
        <w:t xml:space="preserve">קשרים: </w:t>
      </w:r>
      <w:r>
        <w:t>התנגד/ה ל איזבל | קשור/ה ל (מקורות) איזבל | קשור/ה ל (מקורות) פינחס | התנגד/ה ל אחאב | קשור/ה ל (מקורות) אחאב | קשור/ה ל (מקורות) אלישע | קשור/ה ל (מקורות) משה</w:t>
      </w:r>
    </w:p>
    <w:p/>
    <w:p>
      <w:pPr>
        <w:pStyle w:val="Heading1"/>
        <w:jc w:val="right"/>
        <w:bidi/>
      </w:pPr>
      <w:r>
        <w:t>אליהוא</w:t>
      </w:r>
    </w:p>
    <w:p>
      <w:pPr>
        <w:jc w:val="right"/>
        <w:bidi/>
      </w:pPr>
      <w:r>
        <w:t>שם באנגלית: Elihu</w:t>
      </w:r>
    </w:p>
    <w:p>
      <w:pPr>
        <w:jc w:val="right"/>
        <w:bidi/>
      </w:pPr>
      <w:r>
        <w:rPr>
          <w:b/>
        </w:rPr>
        <w:t xml:space="preserve">קשרים: </w:t>
      </w:r>
      <w:r>
        <w:t>קשור/ה ל ספר איוב</w:t>
      </w:r>
    </w:p>
    <w:p/>
    <w:p>
      <w:pPr>
        <w:pStyle w:val="Heading1"/>
        <w:jc w:val="right"/>
        <w:bidi/>
      </w:pPr>
      <w:r>
        <w:t>אלימלך</w:t>
      </w:r>
    </w:p>
    <w:p>
      <w:pPr>
        <w:jc w:val="right"/>
        <w:bidi/>
      </w:pPr>
      <w:r>
        <w:t>שם באנגלית: Elimelekh</w:t>
      </w:r>
    </w:p>
    <w:p>
      <w:pPr>
        <w:jc w:val="right"/>
        <w:bidi/>
      </w:pPr>
      <w:r>
        <w:rPr>
          <w:b/>
        </w:rPr>
        <w:t xml:space="preserve">קשרים: </w:t>
      </w:r>
      <w:r>
        <w:t>קשור/ה ל (מקורות) בועז | קשור/ה ל (מקורות) נעמי | קשור/ה ל (מקורות) רות | בן/בת של נחשון בן עמינדב | קשור/ה ל (מקורות) מחלון</w:t>
      </w:r>
    </w:p>
    <w:p/>
    <w:p>
      <w:pPr>
        <w:pStyle w:val="Heading1"/>
        <w:jc w:val="right"/>
        <w:bidi/>
      </w:pPr>
      <w:r>
        <w:t>אליעזר</w:t>
      </w:r>
    </w:p>
    <w:p>
      <w:pPr>
        <w:jc w:val="right"/>
        <w:bidi/>
      </w:pPr>
      <w:r>
        <w:t>שם באנגלית: Eliezer</w:t>
      </w:r>
    </w:p>
    <w:p>
      <w:pPr>
        <w:jc w:val="right"/>
        <w:bidi/>
      </w:pPr>
      <w:r>
        <w:t>אליעזר הוא עבד אברהם, מנהל משק ביתו, ולפי המדרש, השליח שנשלח לחרן כדי למצוא אישה ליצחק. העבד התפלל שאישה תראה לו חסד והכנסת אורחים, ועוד בטרם סיים את תפילתו, הופיעה לפניו רבקה והוכיחה שהיא האישה הראויה ליצחק.</w:t>
      </w:r>
    </w:p>
    <w:p>
      <w:pPr>
        <w:jc w:val="right"/>
        <w:bidi/>
      </w:pPr>
      <w:r>
        <w:rPr>
          <w:b/>
        </w:rPr>
        <w:t xml:space="preserve">קשרים: </w:t>
      </w:r>
      <w:r>
        <w:t>קשור/ה ל אברהם | קשור/ה ל (מקורות) אברהם | קשור/ה ל (מקורות) יוסף | קשור/ה ל (מקורות) עוג | קשור/ה ל (מקורות) יצחק | קשור/ה ל (מקורות) לוט | בן/בת של נמרוד | קשור/ה ל (מקורות) רבקה</w:t>
      </w:r>
    </w:p>
    <w:p/>
    <w:p>
      <w:pPr>
        <w:pStyle w:val="Heading1"/>
        <w:jc w:val="right"/>
        <w:bidi/>
      </w:pPr>
      <w:r>
        <w:t>אליפז</w:t>
      </w:r>
    </w:p>
    <w:p>
      <w:pPr>
        <w:jc w:val="right"/>
        <w:bidi/>
      </w:pPr>
      <w:r>
        <w:t>שם באנגלית: Elifaz</w:t>
      </w:r>
    </w:p>
    <w:p>
      <w:pPr>
        <w:jc w:val="right"/>
        <w:bidi/>
      </w:pPr>
      <w:r>
        <w:t xml:space="preserve">בנו של עשו </w:t>
      </w:r>
    </w:p>
    <w:p>
      <w:pPr>
        <w:jc w:val="right"/>
        <w:bidi/>
      </w:pPr>
      <w:r>
        <w:rPr>
          <w:b/>
        </w:rPr>
        <w:t xml:space="preserve">קשרים: </w:t>
      </w:r>
      <w:r>
        <w:t>צאצא של עשיו | בן/בת של עשיו</w:t>
      </w:r>
    </w:p>
    <w:p/>
    <w:p>
      <w:pPr>
        <w:pStyle w:val="Heading1"/>
        <w:jc w:val="right"/>
        <w:bidi/>
      </w:pPr>
      <w:r>
        <w:t>אליפז</w:t>
      </w:r>
    </w:p>
    <w:p>
      <w:pPr>
        <w:jc w:val="right"/>
        <w:bidi/>
      </w:pPr>
      <w:r>
        <w:t>שם באנגלית: Eliphaz</w:t>
      </w:r>
    </w:p>
    <w:p>
      <w:pPr>
        <w:jc w:val="right"/>
        <w:bidi/>
      </w:pPr>
      <w:r>
        <w:rPr>
          <w:b/>
        </w:rPr>
        <w:t xml:space="preserve">קשרים: </w:t>
      </w:r>
      <w:r>
        <w:t>התכתב עם ספר איוב</w:t>
      </w:r>
    </w:p>
    <w:p/>
    <w:p>
      <w:pPr>
        <w:pStyle w:val="Heading1"/>
        <w:jc w:val="right"/>
        <w:bidi/>
      </w:pPr>
      <w:r>
        <w:t>אליקים</w:t>
      </w:r>
    </w:p>
    <w:p>
      <w:pPr>
        <w:jc w:val="right"/>
        <w:bidi/>
      </w:pPr>
      <w:r>
        <w:t>שם באנגלית: Eliakim</w:t>
      </w:r>
    </w:p>
    <w:p>
      <w:pPr>
        <w:jc w:val="right"/>
        <w:bidi/>
      </w:pPr>
      <w:r>
        <w:rPr>
          <w:b/>
        </w:rPr>
        <w:t xml:space="preserve">קשרים: </w:t>
      </w:r>
      <w:r>
        <w:t>בן/בת של חלקיהו בן שלום</w:t>
      </w:r>
    </w:p>
    <w:p/>
    <w:p>
      <w:pPr>
        <w:pStyle w:val="Heading1"/>
        <w:jc w:val="right"/>
        <w:bidi/>
      </w:pPr>
      <w:r>
        <w:t>אלישבע</w:t>
      </w:r>
    </w:p>
    <w:p>
      <w:pPr>
        <w:jc w:val="right"/>
        <w:bidi/>
      </w:pPr>
      <w:r>
        <w:t>שם באנגלית: Elisheva</w:t>
      </w:r>
    </w:p>
    <w:p>
      <w:pPr>
        <w:jc w:val="right"/>
        <w:bidi/>
      </w:pPr>
      <w:r>
        <w:rPr>
          <w:b/>
        </w:rPr>
        <w:t xml:space="preserve">קשרים: </w:t>
      </w:r>
      <w:r>
        <w:t>בן/בת זוג של אהרון | קשור/ה ל (מקורות) יוכבד | בן/בת של נחשון בן עמינדב | בן/בת של עמינדב</w:t>
      </w:r>
    </w:p>
    <w:p/>
    <w:p>
      <w:pPr>
        <w:pStyle w:val="Heading1"/>
        <w:jc w:val="right"/>
        <w:bidi/>
      </w:pPr>
      <w:r>
        <w:t>אלישה</w:t>
      </w:r>
    </w:p>
    <w:p>
      <w:pPr>
        <w:jc w:val="right"/>
        <w:bidi/>
      </w:pPr>
      <w:r>
        <w:t>שם באנגלית: Elishah</w:t>
      </w:r>
    </w:p>
    <w:p>
      <w:pPr>
        <w:jc w:val="right"/>
        <w:bidi/>
      </w:pPr>
      <w:r>
        <w:rPr>
          <w:b/>
        </w:rPr>
        <w:t xml:space="preserve">קשרים: </w:t>
      </w:r>
      <w:r>
        <w:t>בן/בת של יוון</w:t>
      </w:r>
    </w:p>
    <w:p/>
    <w:p>
      <w:pPr>
        <w:pStyle w:val="Heading1"/>
        <w:jc w:val="right"/>
        <w:bidi/>
      </w:pPr>
      <w:r>
        <w:t>אלישמע בן פיכאי</w:t>
      </w:r>
    </w:p>
    <w:p>
      <w:pPr>
        <w:jc w:val="right"/>
        <w:bidi/>
      </w:pPr>
      <w:r>
        <w:t>שם באנגלית: Elishama ben Pikai</w:t>
      </w:r>
    </w:p>
    <w:p/>
    <w:p>
      <w:pPr>
        <w:pStyle w:val="Heading1"/>
        <w:jc w:val="right"/>
        <w:bidi/>
      </w:pPr>
      <w:r>
        <w:t>אלישע</w:t>
      </w:r>
    </w:p>
    <w:p>
      <w:pPr>
        <w:jc w:val="right"/>
        <w:bidi/>
      </w:pPr>
      <w:r>
        <w:t>שם באנגלית: Elisha</w:t>
      </w:r>
    </w:p>
    <w:p>
      <w:pPr>
        <w:jc w:val="right"/>
        <w:bidi/>
      </w:pPr>
      <w:r>
        <w:t>אלישע היה נביא בספר מלכים ויורשו של אליהו. נודע בתור עושה ניסים, למשל החיה נער מת וריפא חולים. הוא גם סייע ליואש מלך ישראל והציל את חייו.</w:t>
      </w:r>
    </w:p>
    <w:p>
      <w:pPr>
        <w:jc w:val="right"/>
        <w:bidi/>
      </w:pPr>
      <w:r>
        <w:rPr>
          <w:b/>
        </w:rPr>
        <w:t xml:space="preserve">קשרים: </w:t>
      </w:r>
      <w:r>
        <w:t>קשור/ה ל (מקורות) אברהם | קשור/ה ל (מקורות) יהושע | לימד/ה את גחזי | קשור/ה ל (מקורות) גחזי | קשור/ה ל אליהו | קשור/ה ל (מקורות) אליהו | קשור/ה ל (מקורות) נעמן | קשור/ה ל (מקורות) משה | קשור/ה ל (מקורות) ארם</w:t>
      </w:r>
    </w:p>
    <w:p/>
    <w:p>
      <w:pPr>
        <w:pStyle w:val="Heading1"/>
        <w:jc w:val="right"/>
        <w:bidi/>
      </w:pPr>
      <w:r>
        <w:t>אלעזר</w:t>
      </w:r>
    </w:p>
    <w:p>
      <w:pPr>
        <w:jc w:val="right"/>
        <w:bidi/>
      </w:pPr>
      <w:r>
        <w:t>שם באנגלית: Elazar</w:t>
      </w:r>
    </w:p>
    <w:p>
      <w:pPr>
        <w:jc w:val="right"/>
        <w:bidi/>
      </w:pPr>
      <w:r>
        <w:t>אלעזר, בנו של אהרן הכהן, ירש את מקומו ככוהן גדול. הוא המשיך בתפקיד זה אחרי הכניסה לארץ ישראל ויחד עם יהושע חילק את הארץ לשבטים ולמשפחות.</w:t>
      </w:r>
    </w:p>
    <w:p>
      <w:pPr>
        <w:jc w:val="right"/>
        <w:bidi/>
      </w:pPr>
      <w:r>
        <w:rPr>
          <w:b/>
        </w:rPr>
        <w:t xml:space="preserve">קשרים: </w:t>
      </w:r>
      <w:r>
        <w:t>אח/אחות של איתמר | בן/בת של אהרון | קשור/ה ל (מקורות) יהושע | בן/בת של אלישבע | קשור/ה ל (מקורות) משה</w:t>
      </w:r>
    </w:p>
    <w:p/>
    <w:p>
      <w:pPr>
        <w:pStyle w:val="Heading1"/>
        <w:jc w:val="right"/>
        <w:bidi/>
      </w:pPr>
      <w:r>
        <w:t>אלקנה</w:t>
      </w:r>
    </w:p>
    <w:p>
      <w:pPr>
        <w:jc w:val="right"/>
        <w:bidi/>
      </w:pPr>
      <w:r>
        <w:t>שם באנגלית: Elkanah</w:t>
      </w:r>
    </w:p>
    <w:p>
      <w:pPr>
        <w:jc w:val="right"/>
        <w:bidi/>
      </w:pPr>
      <w:r>
        <w:rPr>
          <w:b/>
        </w:rPr>
        <w:t xml:space="preserve">קשרים: </w:t>
      </w:r>
      <w:r>
        <w:t>קשור/ה ל (מקורות) חנה</w:t>
      </w:r>
    </w:p>
    <w:p/>
    <w:p>
      <w:pPr>
        <w:pStyle w:val="Heading1"/>
        <w:jc w:val="right"/>
        <w:bidi/>
      </w:pPr>
      <w:r>
        <w:t>אם סיסרא</w:t>
      </w:r>
    </w:p>
    <w:p>
      <w:pPr>
        <w:jc w:val="right"/>
        <w:bidi/>
      </w:pPr>
      <w:r>
        <w:t>שם באנגלית: Sisera's mother</w:t>
      </w:r>
    </w:p>
    <w:p/>
    <w:p>
      <w:pPr>
        <w:pStyle w:val="Heading1"/>
        <w:jc w:val="right"/>
        <w:bidi/>
      </w:pPr>
      <w:r>
        <w:t>אמון</w:t>
      </w:r>
    </w:p>
    <w:p>
      <w:pPr>
        <w:jc w:val="right"/>
        <w:bidi/>
      </w:pPr>
      <w:r>
        <w:t>שם באנגלית: Amon</w:t>
      </w:r>
    </w:p>
    <w:p>
      <w:pPr>
        <w:jc w:val="right"/>
        <w:bidi/>
      </w:pPr>
      <w:r>
        <w:rPr>
          <w:b/>
        </w:rPr>
        <w:t xml:space="preserve">קשרים: </w:t>
      </w:r>
      <w:r>
        <w:t>בן/בת של המלך מנשה</w:t>
      </w:r>
    </w:p>
    <w:p/>
    <w:p>
      <w:pPr>
        <w:pStyle w:val="Heading1"/>
        <w:jc w:val="right"/>
        <w:bidi/>
      </w:pPr>
      <w:r>
        <w:t>אמנון</w:t>
      </w:r>
    </w:p>
    <w:p>
      <w:pPr>
        <w:jc w:val="right"/>
        <w:bidi/>
      </w:pPr>
      <w:r>
        <w:t>שם באנגלית: Amnon</w:t>
      </w:r>
    </w:p>
    <w:p>
      <w:pPr>
        <w:jc w:val="right"/>
        <w:bidi/>
      </w:pPr>
      <w:r>
        <w:rPr>
          <w:b/>
        </w:rPr>
        <w:t xml:space="preserve">קשרים: </w:t>
      </w:r>
      <w:r>
        <w:t>אח/אחות של אבשלום | קשור/ה ל (מקורות) אבשלום | בן/בת של דוד המלך | קשור/ה ל (מקורות) דוד המלך | קשור/ה ל (מקורות) דינה | קשור/ה ל (מקורות) תמר | בן/בת של אחינועם היזרעאלית</w:t>
      </w:r>
    </w:p>
    <w:p/>
    <w:p>
      <w:pPr>
        <w:pStyle w:val="Heading1"/>
        <w:jc w:val="right"/>
        <w:bidi/>
      </w:pPr>
      <w:r>
        <w:t>אמציה</w:t>
      </w:r>
    </w:p>
    <w:p>
      <w:pPr>
        <w:jc w:val="right"/>
        <w:bidi/>
      </w:pPr>
      <w:r>
        <w:t>שם באנגלית: Amaziah</w:t>
      </w:r>
    </w:p>
    <w:p>
      <w:pPr>
        <w:jc w:val="right"/>
        <w:bidi/>
      </w:pPr>
      <w:r>
        <w:t>A king of Judah.</w:t>
      </w:r>
    </w:p>
    <w:p>
      <w:pPr>
        <w:jc w:val="right"/>
        <w:bidi/>
      </w:pPr>
      <w:r>
        <w:rPr>
          <w:b/>
        </w:rPr>
        <w:t xml:space="preserve">קשרים: </w:t>
      </w:r>
      <w:r>
        <w:t>בן/בת של יואש</w:t>
      </w:r>
    </w:p>
    <w:p/>
    <w:p>
      <w:pPr>
        <w:pStyle w:val="Heading1"/>
        <w:jc w:val="right"/>
        <w:bidi/>
      </w:pPr>
      <w:r>
        <w:t>אמרפל</w:t>
      </w:r>
    </w:p>
    <w:p>
      <w:pPr>
        <w:jc w:val="right"/>
        <w:bidi/>
      </w:pPr>
      <w:r>
        <w:t>שם באנגלית: Amraphel</w:t>
      </w:r>
    </w:p>
    <w:p>
      <w:pPr>
        <w:jc w:val="right"/>
        <w:bidi/>
      </w:pPr>
      <w:r>
        <w:rPr>
          <w:b/>
        </w:rPr>
        <w:t xml:space="preserve">קשרים: </w:t>
      </w:r>
      <w:r>
        <w:t>התנגד/ה ל אברהם</w:t>
      </w:r>
    </w:p>
    <w:p/>
    <w:p>
      <w:pPr>
        <w:pStyle w:val="Heading1"/>
        <w:jc w:val="right"/>
        <w:bidi/>
      </w:pPr>
      <w:r>
        <w:t>אמתלאה</w:t>
      </w:r>
    </w:p>
    <w:p>
      <w:pPr>
        <w:jc w:val="right"/>
        <w:bidi/>
      </w:pPr>
      <w:r>
        <w:t>שם באנגלית: Amathlaah</w:t>
      </w:r>
    </w:p>
    <w:p/>
    <w:p>
      <w:pPr>
        <w:pStyle w:val="Heading1"/>
        <w:jc w:val="right"/>
        <w:bidi/>
      </w:pPr>
      <w:r>
        <w:t>אנוש</w:t>
      </w:r>
    </w:p>
    <w:p>
      <w:pPr>
        <w:jc w:val="right"/>
        <w:bidi/>
      </w:pPr>
      <w:r>
        <w:t>שם באנגלית: Enos</w:t>
      </w:r>
    </w:p>
    <w:p>
      <w:pPr>
        <w:jc w:val="right"/>
        <w:bidi/>
      </w:pPr>
      <w:r>
        <w:rPr>
          <w:b/>
        </w:rPr>
        <w:t xml:space="preserve">קשרים: </w:t>
      </w:r>
      <w:r>
        <w:t>קשור/ה ל (מקורות) קין | קשור/ה ל (מקורות) אדם הראשון | בן/בת של שת</w:t>
      </w:r>
    </w:p>
    <w:p/>
    <w:p>
      <w:pPr>
        <w:pStyle w:val="Heading1"/>
        <w:jc w:val="right"/>
        <w:bidi/>
      </w:pPr>
      <w:r>
        <w:t>אסא</w:t>
      </w:r>
    </w:p>
    <w:p>
      <w:pPr>
        <w:jc w:val="right"/>
        <w:bidi/>
      </w:pPr>
      <w:r>
        <w:t>שם באנגלית: Asa</w:t>
      </w:r>
    </w:p>
    <w:p>
      <w:pPr>
        <w:jc w:val="right"/>
        <w:bidi/>
      </w:pPr>
      <w:r>
        <w:rPr>
          <w:b/>
        </w:rPr>
        <w:t xml:space="preserve">קשרים: </w:t>
      </w:r>
      <w:r>
        <w:t>בן/בת של אביה | התנגד/ה ל זרח מלך כוש</w:t>
      </w:r>
    </w:p>
    <w:p/>
    <w:p>
      <w:pPr>
        <w:pStyle w:val="Heading1"/>
        <w:jc w:val="right"/>
        <w:bidi/>
      </w:pPr>
      <w:r>
        <w:t>אסנת</w:t>
      </w:r>
    </w:p>
    <w:p>
      <w:pPr>
        <w:jc w:val="right"/>
        <w:bidi/>
      </w:pPr>
      <w:r>
        <w:t>שם באנגלית: Osnat</w:t>
      </w:r>
    </w:p>
    <w:p>
      <w:pPr>
        <w:jc w:val="right"/>
        <w:bidi/>
      </w:pPr>
      <w:r>
        <w:rPr>
          <w:b/>
        </w:rPr>
        <w:t xml:space="preserve">קשרים: </w:t>
      </w:r>
      <w:r>
        <w:t>קשור/ה ל (מקורות) יוסף | בן/בת של דינה | בן/בת של שכם</w:t>
      </w:r>
    </w:p>
    <w:p/>
    <w:p>
      <w:pPr>
        <w:pStyle w:val="Heading1"/>
        <w:jc w:val="right"/>
        <w:bidi/>
      </w:pPr>
      <w:r>
        <w:t>אסף</w:t>
      </w:r>
    </w:p>
    <w:p>
      <w:pPr>
        <w:jc w:val="right"/>
        <w:bidi/>
      </w:pPr>
      <w:r>
        <w:t>שם באנגלית: Asaph, son of Berachiah</w:t>
      </w:r>
    </w:p>
    <w:p/>
    <w:p>
      <w:pPr>
        <w:pStyle w:val="Heading1"/>
        <w:jc w:val="right"/>
        <w:bidi/>
      </w:pPr>
      <w:r>
        <w:t>אסתר</w:t>
      </w:r>
    </w:p>
    <w:p>
      <w:pPr>
        <w:jc w:val="right"/>
        <w:bidi/>
      </w:pPr>
      <w:r>
        <w:t>שם באנגלית: Esther</w:t>
      </w:r>
    </w:p>
    <w:p>
      <w:pPr>
        <w:jc w:val="right"/>
        <w:bidi/>
      </w:pPr>
      <w:r>
        <w:t>אסתר המלכה היא גיבורת מגילת אסתר. היא הסתירה את זהותה היהודית לאחר שנבחרה להיות אשתו של אחשוורוש מלך פרס, ומלכה בממלכתו. יחד עם בן דודה מרדכי הצילה את העם היהודי מגזרת הכליה של המן, שהיה בכיר שרי אחשוורוש.</w:t>
      </w:r>
    </w:p>
    <w:p>
      <w:pPr>
        <w:jc w:val="right"/>
        <w:bidi/>
      </w:pPr>
      <w:r>
        <w:rPr>
          <w:b/>
        </w:rPr>
        <w:t xml:space="preserve">קשרים: </w:t>
      </w:r>
      <w:r>
        <w:t>קשור/ה ל (מקורות) המן | בן/בת של מרדכי | קשור/ה ל (מקורות) מרדכי | קשור/ה ל (מקורות) ושתי | בן/בת זוג של אחשוורוש | קשור/ה ל (מקורות) אחשוורוש</w:t>
      </w:r>
    </w:p>
    <w:p/>
    <w:p>
      <w:pPr>
        <w:pStyle w:val="Heading1"/>
        <w:jc w:val="right"/>
        <w:bidi/>
      </w:pPr>
      <w:r>
        <w:t>אפרים</w:t>
      </w:r>
    </w:p>
    <w:p>
      <w:pPr>
        <w:jc w:val="right"/>
        <w:bidi/>
      </w:pPr>
      <w:r>
        <w:t>שם באנגלית: Ephraim</w:t>
      </w:r>
    </w:p>
    <w:p>
      <w:pPr>
        <w:jc w:val="right"/>
        <w:bidi/>
      </w:pPr>
      <w:r>
        <w:t>אפרים הוא בנם השני של יוסף ואסנת. על אף היותו הבן הצעיר קיבל את ברכת הבכורה של סבו יעקב.</w:t>
      </w:r>
    </w:p>
    <w:p>
      <w:pPr>
        <w:jc w:val="right"/>
        <w:bidi/>
      </w:pPr>
      <w:r>
        <w:rPr>
          <w:b/>
        </w:rPr>
        <w:t xml:space="preserve">קשרים: </w:t>
      </w:r>
      <w:r>
        <w:t>קשור/ה ל (מקורות) הושע (הנביא) | קשור/ה ל (מקורות) ראובן | קשור/ה ל (מקורות) יהודה | בן/בת של יוסף | קשור/ה ל (מקורות) יוסף | קשור/ה ל (מקורות) יעקב | קשור/ה ל (מקורות) בנימין | בן/בת של אסנת | קשור/ה ל (מקורות) דינה | קשור/ה ל (מקורות) לוי | קשור/ה ל (מקורות) שמעון</w:t>
      </w:r>
    </w:p>
    <w:p/>
    <w:p>
      <w:pPr>
        <w:pStyle w:val="Heading1"/>
        <w:jc w:val="right"/>
        <w:bidi/>
      </w:pPr>
      <w:r>
        <w:t>ארבע</w:t>
      </w:r>
    </w:p>
    <w:p>
      <w:pPr>
        <w:jc w:val="right"/>
        <w:bidi/>
      </w:pPr>
      <w:r>
        <w:t>שם באנגלית: Arba</w:t>
      </w:r>
    </w:p>
    <w:p/>
    <w:p>
      <w:pPr>
        <w:pStyle w:val="Heading1"/>
        <w:jc w:val="right"/>
        <w:bidi/>
      </w:pPr>
      <w:r>
        <w:t>ארד</w:t>
      </w:r>
    </w:p>
    <w:p>
      <w:pPr>
        <w:jc w:val="right"/>
        <w:bidi/>
      </w:pPr>
      <w:r>
        <w:t>שם באנגלית: Ard</w:t>
      </w:r>
    </w:p>
    <w:p>
      <w:pPr>
        <w:jc w:val="right"/>
        <w:bidi/>
      </w:pPr>
      <w:r>
        <w:rPr>
          <w:b/>
        </w:rPr>
        <w:t xml:space="preserve">קשרים: </w:t>
      </w:r>
      <w:r>
        <w:t>בן/בת של בנימין | בן/בת של בַּלע</w:t>
      </w:r>
    </w:p>
    <w:p/>
    <w:p>
      <w:pPr>
        <w:pStyle w:val="Heading1"/>
        <w:jc w:val="right"/>
        <w:bidi/>
      </w:pPr>
      <w:r>
        <w:t>ארונה</w:t>
      </w:r>
    </w:p>
    <w:p>
      <w:pPr>
        <w:jc w:val="right"/>
        <w:bidi/>
      </w:pPr>
      <w:r>
        <w:t>שם באנגלית: Araunah</w:t>
      </w:r>
    </w:p>
    <w:p/>
    <w:p>
      <w:pPr>
        <w:pStyle w:val="Heading1"/>
        <w:jc w:val="right"/>
        <w:bidi/>
      </w:pPr>
      <w:r>
        <w:t>אריוך</w:t>
      </w:r>
    </w:p>
    <w:p>
      <w:pPr>
        <w:jc w:val="right"/>
        <w:bidi/>
      </w:pPr>
      <w:r>
        <w:t>שם באנגלית: Arioch</w:t>
      </w:r>
    </w:p>
    <w:p/>
    <w:p>
      <w:pPr>
        <w:pStyle w:val="Heading1"/>
        <w:jc w:val="right"/>
        <w:bidi/>
      </w:pPr>
      <w:r>
        <w:t>ארם</w:t>
      </w:r>
    </w:p>
    <w:p>
      <w:pPr>
        <w:jc w:val="right"/>
        <w:bidi/>
      </w:pPr>
      <w:r>
        <w:t>שם באנגלית: Aram</w:t>
      </w:r>
    </w:p>
    <w:p>
      <w:pPr>
        <w:jc w:val="right"/>
        <w:bidi/>
      </w:pPr>
      <w:r>
        <w:t>ארם, בנו של שם, היה אבי הארמים. אברהם הוא מצאצאיו, וכך גם רבקה כלתו ואחיה לבן. בספרות חז"ל לבן ידוע בכינוי "הארמי".</w:t>
      </w:r>
    </w:p>
    <w:p>
      <w:pPr>
        <w:jc w:val="right"/>
        <w:bidi/>
      </w:pPr>
      <w:r>
        <w:rPr>
          <w:b/>
        </w:rPr>
        <w:t xml:space="preserve">קשרים: </w:t>
      </w:r>
      <w:r>
        <w:t>התנגד/ה ל אחאב | קשור/ה ל (מקורות) אלישע | בן/בת של שֵׁם</w:t>
      </w:r>
    </w:p>
    <w:p/>
    <w:p>
      <w:pPr>
        <w:pStyle w:val="Heading1"/>
        <w:jc w:val="right"/>
        <w:bidi/>
      </w:pPr>
      <w:r>
        <w:t>ארפכשד</w:t>
      </w:r>
    </w:p>
    <w:p>
      <w:pPr>
        <w:jc w:val="right"/>
        <w:bidi/>
      </w:pPr>
      <w:r>
        <w:t>שם באנגלית: Arpachshad</w:t>
      </w:r>
    </w:p>
    <w:p>
      <w:pPr>
        <w:jc w:val="right"/>
        <w:bidi/>
      </w:pPr>
      <w:r>
        <w:rPr>
          <w:b/>
        </w:rPr>
        <w:t xml:space="preserve">קשרים: </w:t>
      </w:r>
      <w:r>
        <w:t>בן/בת של שֵׁם</w:t>
      </w:r>
    </w:p>
    <w:p/>
    <w:p>
      <w:pPr>
        <w:pStyle w:val="Heading1"/>
        <w:jc w:val="right"/>
        <w:bidi/>
      </w:pPr>
      <w:r>
        <w:t>אשור</w:t>
      </w:r>
    </w:p>
    <w:p>
      <w:pPr>
        <w:jc w:val="right"/>
        <w:bidi/>
      </w:pPr>
      <w:r>
        <w:t>שם באנגלית: Assyria</w:t>
      </w:r>
    </w:p>
    <w:p>
      <w:pPr>
        <w:jc w:val="right"/>
        <w:bidi/>
      </w:pPr>
      <w:r>
        <w:rPr>
          <w:b/>
        </w:rPr>
        <w:t xml:space="preserve">קשרים: </w:t>
      </w:r>
      <w:r>
        <w:t>קשור/ה ל (מקורות) ירמיהו | בן/בת של שֵׁם</w:t>
      </w:r>
    </w:p>
    <w:p/>
    <w:p>
      <w:pPr>
        <w:pStyle w:val="Heading1"/>
        <w:jc w:val="right"/>
        <w:bidi/>
      </w:pPr>
      <w:r>
        <w:t>אשכנז</w:t>
      </w:r>
    </w:p>
    <w:p>
      <w:pPr>
        <w:jc w:val="right"/>
        <w:bidi/>
      </w:pPr>
      <w:r>
        <w:t>שם באנגלית: Ashkenaz</w:t>
      </w:r>
    </w:p>
    <w:p>
      <w:pPr>
        <w:jc w:val="right"/>
        <w:bidi/>
      </w:pPr>
      <w:r>
        <w:t>Germany and Northern France.</w:t>
      </w:r>
    </w:p>
    <w:p>
      <w:pPr>
        <w:jc w:val="right"/>
        <w:bidi/>
      </w:pPr>
      <w:r>
        <w:rPr>
          <w:b/>
        </w:rPr>
        <w:t xml:space="preserve">קשרים: </w:t>
      </w:r>
      <w:r>
        <w:t>בן/בת של גומר בן יפת</w:t>
      </w:r>
    </w:p>
    <w:p/>
    <w:p>
      <w:pPr>
        <w:pStyle w:val="Heading1"/>
        <w:jc w:val="right"/>
        <w:bidi/>
      </w:pPr>
      <w:r>
        <w:t>אשר</w:t>
      </w:r>
    </w:p>
    <w:p>
      <w:pPr>
        <w:jc w:val="right"/>
        <w:bidi/>
      </w:pPr>
      <w:r>
        <w:t>שם באנגלית: Asher</w:t>
      </w:r>
    </w:p>
    <w:p>
      <w:pPr>
        <w:jc w:val="right"/>
        <w:bidi/>
      </w:pPr>
      <w:r>
        <w:rPr>
          <w:b/>
        </w:rPr>
        <w:t xml:space="preserve">קשרים: </w:t>
      </w:r>
      <w:r>
        <w:t>קשור/ה ל (מקורות) ראובן | קשור/ה ל (מקורות) מצרים | קשור/ה ל (מקורות) יהודה | קשור/ה ל (מקורות) זבולון | בן/בת של זלפה | קשור/ה ל (מקורות) יוסף | בן/בת של יעקב | קשור/ה ל (מקורות) יעקב | קשור/ה ל (מקורות) דן | קשור/ה ל (מקורות) נפתלי | קשור/ה ל (מקורות) יששכר</w:t>
      </w:r>
    </w:p>
    <w:p/>
    <w:p>
      <w:pPr>
        <w:pStyle w:val="Heading1"/>
        <w:jc w:val="right"/>
        <w:bidi/>
      </w:pPr>
      <w:r>
        <w:t>אשת איוב</w:t>
      </w:r>
    </w:p>
    <w:p>
      <w:pPr>
        <w:jc w:val="right"/>
        <w:bidi/>
      </w:pPr>
      <w:r>
        <w:t>שם באנגלית: Job's wife</w:t>
      </w:r>
    </w:p>
    <w:p>
      <w:pPr>
        <w:jc w:val="right"/>
        <w:bidi/>
      </w:pPr>
      <w:r>
        <w:rPr>
          <w:b/>
        </w:rPr>
        <w:t xml:space="preserve">קשרים: </w:t>
      </w:r>
      <w:r>
        <w:t>בן/בת זוג של ספר איוב</w:t>
      </w:r>
    </w:p>
    <w:p/>
    <w:p>
      <w:pPr>
        <w:pStyle w:val="Heading1"/>
        <w:jc w:val="right"/>
        <w:bidi/>
      </w:pPr>
      <w:r>
        <w:t>אשת מנוח</w:t>
      </w:r>
    </w:p>
    <w:p>
      <w:pPr>
        <w:jc w:val="right"/>
        <w:bidi/>
      </w:pPr>
      <w:r>
        <w:t>שם באנגלית: Wife of Manoah</w:t>
      </w:r>
    </w:p>
    <w:p>
      <w:pPr>
        <w:jc w:val="right"/>
        <w:bidi/>
      </w:pPr>
      <w:r>
        <w:rPr>
          <w:b/>
        </w:rPr>
        <w:t xml:space="preserve">קשרים: </w:t>
      </w:r>
      <w:r>
        <w:t>בן/בת זוג של מנוח</w:t>
      </w:r>
    </w:p>
    <w:p/>
    <w:p>
      <w:pPr>
        <w:pStyle w:val="Heading1"/>
        <w:jc w:val="right"/>
        <w:bidi/>
      </w:pPr>
      <w:r>
        <w:t>אתבעל מלך צידונים</w:t>
      </w:r>
    </w:p>
    <w:p>
      <w:pPr>
        <w:jc w:val="right"/>
        <w:bidi/>
      </w:pPr>
      <w:r>
        <w:t>שם באנגלית: Ithobaal I</w:t>
      </w:r>
    </w:p>
    <w:p/>
    <w:p>
      <w:pPr>
        <w:pStyle w:val="Heading1"/>
        <w:jc w:val="right"/>
        <w:bidi/>
      </w:pPr>
      <w:r>
        <w:t>אתי הגתי</w:t>
      </w:r>
    </w:p>
    <w:p>
      <w:pPr>
        <w:jc w:val="right"/>
        <w:bidi/>
      </w:pPr>
      <w:r>
        <w:t>שם באנגלית: Ithai the Gittite</w:t>
      </w:r>
    </w:p>
    <w:p/>
    <w:p>
      <w:pPr>
        <w:pStyle w:val="Heading1"/>
        <w:jc w:val="right"/>
        <w:bidi/>
      </w:pPr>
      <w:r>
        <w:t>בֶּן מִֹשֶׁה</w:t>
      </w:r>
    </w:p>
    <w:p>
      <w:pPr>
        <w:jc w:val="right"/>
        <w:bidi/>
      </w:pPr>
      <w:r>
        <w:t>שם באנגלית: ben Mosheh</w:t>
      </w:r>
    </w:p>
    <w:p/>
    <w:p>
      <w:pPr>
        <w:pStyle w:val="Heading1"/>
        <w:jc w:val="right"/>
        <w:bidi/>
      </w:pPr>
      <w:r>
        <w:t>בַּלע</w:t>
      </w:r>
    </w:p>
    <w:p>
      <w:pPr>
        <w:jc w:val="right"/>
        <w:bidi/>
      </w:pPr>
      <w:r>
        <w:t>שם באנגלית: Bela</w:t>
      </w:r>
    </w:p>
    <w:p>
      <w:pPr>
        <w:jc w:val="right"/>
        <w:bidi/>
      </w:pPr>
      <w:r>
        <w:rPr>
          <w:b/>
        </w:rPr>
        <w:t xml:space="preserve">קשרים: </w:t>
      </w:r>
      <w:r>
        <w:t>בן/בת של בנימין</w:t>
      </w:r>
    </w:p>
    <w:p/>
    <w:p>
      <w:pPr>
        <w:pStyle w:val="Heading1"/>
        <w:jc w:val="right"/>
        <w:bidi/>
      </w:pPr>
      <w:r>
        <w:t>בַּעֲרָה</w:t>
      </w:r>
    </w:p>
    <w:p>
      <w:pPr>
        <w:jc w:val="right"/>
        <w:bidi/>
      </w:pPr>
      <w:r>
        <w:t>שם באנגלית: Ba‘arah</w:t>
      </w:r>
    </w:p>
    <w:p/>
    <w:p>
      <w:pPr>
        <w:pStyle w:val="Heading1"/>
        <w:jc w:val="right"/>
        <w:bidi/>
      </w:pPr>
      <w:r>
        <w:t>בָלָק בֶּן צִפּוֹר</w:t>
      </w:r>
    </w:p>
    <w:p>
      <w:pPr>
        <w:jc w:val="right"/>
        <w:bidi/>
      </w:pPr>
      <w:r>
        <w:t>שם באנגלית: Balaq b. Sippor</w:t>
      </w:r>
    </w:p>
    <w:p/>
    <w:p>
      <w:pPr>
        <w:pStyle w:val="Heading1"/>
        <w:jc w:val="right"/>
        <w:bidi/>
      </w:pPr>
      <w:r>
        <w:t>בארה</w:t>
      </w:r>
    </w:p>
    <w:p>
      <w:pPr>
        <w:jc w:val="right"/>
        <w:bidi/>
      </w:pPr>
      <w:r>
        <w:t>שם באנגלית: Beera</w:t>
      </w:r>
    </w:p>
    <w:p/>
    <w:p>
      <w:pPr>
        <w:pStyle w:val="Heading1"/>
        <w:jc w:val="right"/>
        <w:bidi/>
      </w:pPr>
      <w:r>
        <w:t>בגתא</w:t>
      </w:r>
    </w:p>
    <w:p>
      <w:pPr>
        <w:jc w:val="right"/>
        <w:bidi/>
      </w:pPr>
      <w:r>
        <w:t>שם באנגלית: Bigta</w:t>
      </w:r>
    </w:p>
    <w:p/>
    <w:p>
      <w:pPr>
        <w:pStyle w:val="Heading1"/>
        <w:jc w:val="right"/>
        <w:bidi/>
      </w:pPr>
      <w:r>
        <w:t>בגתן ותרש</w:t>
      </w:r>
    </w:p>
    <w:p>
      <w:pPr>
        <w:jc w:val="right"/>
        <w:bidi/>
      </w:pPr>
      <w:r>
        <w:t>שם באנגלית: Bigthan and Teresh</w:t>
      </w:r>
    </w:p>
    <w:p>
      <w:pPr>
        <w:jc w:val="right"/>
        <w:bidi/>
      </w:pPr>
      <w:r>
        <w:rPr>
          <w:b/>
        </w:rPr>
        <w:t xml:space="preserve">קשרים: </w:t>
      </w:r>
      <w:r>
        <w:t>קשור/ה ל אסתר</w:t>
      </w:r>
    </w:p>
    <w:p/>
    <w:p>
      <w:pPr>
        <w:pStyle w:val="Heading1"/>
        <w:jc w:val="right"/>
        <w:bidi/>
      </w:pPr>
      <w:r>
        <w:t>בועז</w:t>
      </w:r>
    </w:p>
    <w:p>
      <w:pPr>
        <w:jc w:val="right"/>
        <w:bidi/>
      </w:pPr>
      <w:r>
        <w:t>שם באנגלית: Boaz</w:t>
      </w:r>
    </w:p>
    <w:p>
      <w:pPr>
        <w:jc w:val="right"/>
        <w:bidi/>
      </w:pPr>
      <w:r>
        <w:t>בועז הוא מעשירי העיר בית לחם וממנהיגיה. מתוך נדיבותו סייע לעניים ובכלל זה לרות המואבייה שבאה ללקט שיבולים בשדותיו. מאוחר יותר נשא אותה לאישה ונולד להם בן. דוד המלך הוא מצאצאיו.</w:t>
      </w:r>
    </w:p>
    <w:p>
      <w:pPr>
        <w:jc w:val="right"/>
        <w:bidi/>
      </w:pPr>
      <w:r>
        <w:rPr>
          <w:b/>
        </w:rPr>
        <w:t xml:space="preserve">קשרים: </w:t>
      </w:r>
      <w:r>
        <w:t>קשור/ה ל (מקורות) מואב | קשור/ה ל אבצן | קשור/ה ל (מקורות) אלימלך | קשור/ה ל (מקורות) דוד המלך | קשור/ה ל (מקורות) לוט | קשור/ה ל (מקורות) נעמי | בן/בת זוג של רות | קשור/ה ל (מקורות) רות | בן/בת של שלמון | קשור/ה ל (מקורות) תמר | קשור/ה ל (מקורות) גדעון | קשור/ה ל (מקורות) מחלון</w:t>
      </w:r>
    </w:p>
    <w:p/>
    <w:p>
      <w:pPr>
        <w:pStyle w:val="Heading1"/>
        <w:jc w:val="right"/>
        <w:bidi/>
      </w:pPr>
      <w:r>
        <w:t>בלדד</w:t>
      </w:r>
    </w:p>
    <w:p>
      <w:pPr>
        <w:jc w:val="right"/>
        <w:bidi/>
      </w:pPr>
      <w:r>
        <w:t>שם באנגלית: Bildad</w:t>
      </w:r>
    </w:p>
    <w:p/>
    <w:p>
      <w:pPr>
        <w:pStyle w:val="Heading1"/>
        <w:jc w:val="right"/>
        <w:bidi/>
      </w:pPr>
      <w:r>
        <w:t>בלהה</w:t>
      </w:r>
    </w:p>
    <w:p>
      <w:pPr>
        <w:jc w:val="right"/>
        <w:bidi/>
      </w:pPr>
      <w:r>
        <w:t>שם באנגלית: Bilhah</w:t>
      </w:r>
    </w:p>
    <w:p>
      <w:pPr>
        <w:jc w:val="right"/>
        <w:bidi/>
      </w:pPr>
      <w:r>
        <w:t xml:space="preserve">Bilhah is a biblical character first introduced in [Genesis 29:29](https://www.sefaria.org/Genesis.29.29?lang=bi&amp;amp;with=all&amp;amp;lang2=en) as Laban's maidservant, whom he gives to his daughter Rachel upon Rachel's marriage to Jacob. When Rachel cannot bear children, she gives Bilhah to Jacob so that Bilhah can bear children. Bilhah gives birth to two sons, Dan and Naftali. </w:t>
      </w:r>
    </w:p>
    <w:p>
      <w:pPr>
        <w:jc w:val="right"/>
        <w:bidi/>
      </w:pPr>
      <w:r>
        <w:rPr>
          <w:b/>
        </w:rPr>
        <w:t xml:space="preserve">קשרים: </w:t>
      </w:r>
      <w:r>
        <w:t>קשור/ה ל (מקורות) זלפה | קשור/ה ל (מקורות) רחל</w:t>
      </w:r>
    </w:p>
    <w:p/>
    <w:p>
      <w:pPr>
        <w:pStyle w:val="Heading1"/>
        <w:jc w:val="right"/>
        <w:bidi/>
      </w:pPr>
      <w:r>
        <w:t>בלע בן בעור</w:t>
      </w:r>
    </w:p>
    <w:p>
      <w:pPr>
        <w:jc w:val="right"/>
        <w:bidi/>
      </w:pPr>
      <w:r>
        <w:t>שם באנגלית: Bela ben Beor</w:t>
      </w:r>
    </w:p>
    <w:p/>
    <w:p>
      <w:pPr>
        <w:pStyle w:val="Heading1"/>
        <w:jc w:val="right"/>
        <w:bidi/>
      </w:pPr>
      <w:r>
        <w:t>בלעם</w:t>
      </w:r>
    </w:p>
    <w:p>
      <w:pPr>
        <w:jc w:val="right"/>
        <w:bidi/>
      </w:pPr>
      <w:r>
        <w:t>שם באנגלית: Balaam</w:t>
      </w:r>
    </w:p>
    <w:p>
      <w:pPr>
        <w:jc w:val="right"/>
        <w:bidi/>
      </w:pPr>
      <w:r>
        <w:t>בלעם בן בעור הוא נביא מקראי שאינו מבני ישראל. בשעת נדודי בני ישראל במדבר שילם לו בלק מלך מואב שיקלל את בני ישראל. הוא הצליח להוציא מפיו רק את המילים שהאל שם בפיו, וכך בסופו של דבר בירך את עם ישראל במקום לקללו.</w:t>
      </w:r>
    </w:p>
    <w:p>
      <w:pPr>
        <w:jc w:val="right"/>
        <w:bidi/>
      </w:pPr>
      <w:r>
        <w:rPr>
          <w:b/>
        </w:rPr>
        <w:t xml:space="preserve">קשרים: </w:t>
      </w:r>
      <w:r>
        <w:t>קשור/ה ל (מקורות) מואב | קשור/ה ל (מקורות) פינחס | קשור/ה ל (מקורות) עגלון | קשור/ה ל (מקורות) רות | קשור/ה ל (מקורות) פרשת בלק</w:t>
      </w:r>
    </w:p>
    <w:p/>
    <w:p>
      <w:pPr>
        <w:pStyle w:val="Heading1"/>
        <w:jc w:val="right"/>
        <w:bidi/>
      </w:pPr>
      <w:r>
        <w:t>בלק</w:t>
      </w:r>
    </w:p>
    <w:p>
      <w:pPr>
        <w:jc w:val="right"/>
        <w:bidi/>
      </w:pPr>
      <w:r>
        <w:t>שם באנגלית: Balaq</w:t>
      </w:r>
    </w:p>
    <w:p/>
    <w:p>
      <w:pPr>
        <w:pStyle w:val="Heading1"/>
        <w:jc w:val="right"/>
        <w:bidi/>
      </w:pPr>
      <w:r>
        <w:t>בלשאצר</w:t>
      </w:r>
    </w:p>
    <w:p>
      <w:pPr>
        <w:jc w:val="right"/>
        <w:bidi/>
      </w:pPr>
      <w:r>
        <w:t>שם באנגלית: Belshatzar</w:t>
      </w:r>
    </w:p>
    <w:p>
      <w:pPr>
        <w:jc w:val="right"/>
        <w:bidi/>
      </w:pPr>
      <w:r>
        <w:rPr>
          <w:b/>
        </w:rPr>
        <w:t xml:space="preserve">קשרים: </w:t>
      </w:r>
      <w:r>
        <w:t>קשור/ה ל (מקורות) דניאל</w:t>
      </w:r>
    </w:p>
    <w:p/>
    <w:p>
      <w:pPr>
        <w:pStyle w:val="Heading1"/>
        <w:jc w:val="right"/>
        <w:bidi/>
      </w:pPr>
      <w:r>
        <w:t>בן הדד</w:t>
      </w:r>
    </w:p>
    <w:p>
      <w:pPr>
        <w:jc w:val="right"/>
        <w:bidi/>
      </w:pPr>
      <w:r>
        <w:t>שם באנגלית: Ben-Hadad I</w:t>
      </w:r>
    </w:p>
    <w:p>
      <w:pPr>
        <w:jc w:val="right"/>
        <w:bidi/>
      </w:pPr>
      <w:r>
        <w:rPr>
          <w:b/>
        </w:rPr>
        <w:t xml:space="preserve">קשרים: </w:t>
      </w:r>
      <w:r>
        <w:t>מנהיג/ה של ארם</w:t>
      </w:r>
    </w:p>
    <w:p/>
    <w:p>
      <w:pPr>
        <w:pStyle w:val="Heading1"/>
        <w:jc w:val="right"/>
        <w:bidi/>
      </w:pPr>
      <w:r>
        <w:t>בן-הדד השני</w:t>
      </w:r>
    </w:p>
    <w:p>
      <w:pPr>
        <w:jc w:val="right"/>
        <w:bidi/>
      </w:pPr>
      <w:r>
        <w:t>שם באנגלית: Hadadezer</w:t>
      </w:r>
    </w:p>
    <w:p>
      <w:pPr>
        <w:jc w:val="right"/>
        <w:bidi/>
      </w:pPr>
      <w:r>
        <w:rPr>
          <w:b/>
        </w:rPr>
        <w:t xml:space="preserve">קשרים: </w:t>
      </w:r>
      <w:r>
        <w:t>בן/בת של בן הדד</w:t>
      </w:r>
    </w:p>
    <w:p/>
    <w:p>
      <w:pPr>
        <w:pStyle w:val="Heading1"/>
        <w:jc w:val="right"/>
        <w:bidi/>
      </w:pPr>
      <w:r>
        <w:t>בן־עמי</w:t>
      </w:r>
    </w:p>
    <w:p>
      <w:pPr>
        <w:jc w:val="right"/>
        <w:bidi/>
      </w:pPr>
      <w:r>
        <w:t>שם באנגלית: Ben-Ammi</w:t>
      </w:r>
    </w:p>
    <w:p>
      <w:pPr>
        <w:jc w:val="right"/>
        <w:bidi/>
      </w:pPr>
      <w:r>
        <w:rPr>
          <w:b/>
        </w:rPr>
        <w:t xml:space="preserve">קשרים: </w:t>
      </w:r>
      <w:r>
        <w:t>בן/בת של לוט</w:t>
      </w:r>
    </w:p>
    <w:p/>
    <w:p>
      <w:pPr>
        <w:pStyle w:val="Heading1"/>
        <w:jc w:val="right"/>
        <w:bidi/>
      </w:pPr>
      <w:r>
        <w:t>בניהו</w:t>
      </w:r>
    </w:p>
    <w:p>
      <w:pPr>
        <w:jc w:val="right"/>
        <w:bidi/>
      </w:pPr>
      <w:r>
        <w:t>שם באנגלית: Beniyahu</w:t>
      </w:r>
    </w:p>
    <w:p/>
    <w:p>
      <w:pPr>
        <w:pStyle w:val="Heading1"/>
        <w:jc w:val="right"/>
        <w:bidi/>
      </w:pPr>
      <w:r>
        <w:t>בנימין</w:t>
      </w:r>
    </w:p>
    <w:p>
      <w:pPr>
        <w:jc w:val="right"/>
        <w:bidi/>
      </w:pPr>
      <w:r>
        <w:t>שם באנגלית: Benjamin</w:t>
      </w:r>
    </w:p>
    <w:p>
      <w:pPr>
        <w:jc w:val="right"/>
        <w:bidi/>
      </w:pPr>
      <w:r>
        <w:t>בנימין הוא הצעיר בבני יעקב, בן זקונים לאביו. אימו רחל מתה בלידתו. הוא היה אהוב במיוחד על יעקב. כאשר נסע עם אֶחיו למצרים לבקש אוכל, יוסף, שהיה המשנה למלך מצרים, האשים אותו בגנבה. יתר אחיו הגנו עליו בהפגנת נאמנות שהעידה על שינוי בגישתם כלפי בני רחל.</w:t>
      </w:r>
    </w:p>
    <w:p>
      <w:pPr>
        <w:jc w:val="right"/>
        <w:bidi/>
      </w:pPr>
      <w:r>
        <w:rPr>
          <w:b/>
        </w:rPr>
        <w:t xml:space="preserve">קשרים: </w:t>
      </w:r>
      <w:r>
        <w:t>קשור/ה ל (מקורות) ראובן | קשור/ה ל (מקורות) מצרים | קשור/ה ל (מקורות) יהודה | קשור/ה ל (מקורות) יוסף | קשור/ה ל (מקורות) פרעה | בן/בת של יעקב | קשור/ה ל (מקורות) יעקב | קשור/ה ל (מקורות) דינה | קשור/ה ל (מקורות) רבקה | קשור/ה ל (מקורות) אפרים | בן/בת של רחל | קשור/ה ל (מקורות) רחל | קשור/ה ל (מקורות) שמעון</w:t>
      </w:r>
    </w:p>
    <w:p/>
    <w:p>
      <w:pPr>
        <w:pStyle w:val="Heading1"/>
        <w:jc w:val="right"/>
        <w:bidi/>
      </w:pPr>
      <w:r>
        <w:t>בעלת האוב מעין דור</w:t>
      </w:r>
    </w:p>
    <w:p>
      <w:pPr>
        <w:jc w:val="right"/>
        <w:bidi/>
      </w:pPr>
      <w:r>
        <w:t>שם באנגלית: Witch of Endor</w:t>
      </w:r>
    </w:p>
    <w:p/>
    <w:p>
      <w:pPr>
        <w:pStyle w:val="Heading1"/>
        <w:jc w:val="right"/>
        <w:bidi/>
      </w:pPr>
      <w:r>
        <w:t>בעשא</w:t>
      </w:r>
    </w:p>
    <w:p>
      <w:pPr>
        <w:jc w:val="right"/>
        <w:bidi/>
      </w:pPr>
      <w:r>
        <w:t>שם באנגלית: Baasha</w:t>
      </w:r>
    </w:p>
    <w:p/>
    <w:p>
      <w:pPr>
        <w:pStyle w:val="Heading1"/>
        <w:jc w:val="right"/>
        <w:bidi/>
      </w:pPr>
      <w:r>
        <w:t>בצלאל</w:t>
      </w:r>
    </w:p>
    <w:p>
      <w:pPr>
        <w:jc w:val="right"/>
        <w:bidi/>
      </w:pPr>
      <w:r>
        <w:t>שם באנגלית: Betzalel</w:t>
      </w:r>
    </w:p>
    <w:p>
      <w:pPr>
        <w:jc w:val="right"/>
        <w:bidi/>
      </w:pPr>
      <w:r>
        <w:t>Betzalel is a biblical character who features in the book of Exodus. He was the artisan charged with building the [mishkan](https://www.sefaria.org/topics/mishkan?tab=sources) (Tabernacle), its vessels, and the [priestly garments](https://www.sefaria.org/topics/priestly-garments?tab=sources), assisted by Oholiav and other workers. The Torah describes how God filled Betzalel with ["with the spirit of God, in wisdom, and in understanding, and in knowledge, and in all manner of workmanship."](https://www.sefaria.org/Exodus.31.3?ven=The_Koren_Jerusalem_Bible&amp;amp;lang=bi&amp;amp;with=all&amp;amp;lang2=en)</w:t>
        <w:br/>
      </w:r>
    </w:p>
    <w:p/>
    <w:p>
      <w:pPr>
        <w:pStyle w:val="Heading1"/>
        <w:jc w:val="right"/>
        <w:bidi/>
      </w:pPr>
      <w:r>
        <w:t>ברוך בן נריה</w:t>
      </w:r>
    </w:p>
    <w:p>
      <w:pPr>
        <w:jc w:val="right"/>
        <w:bidi/>
      </w:pPr>
      <w:r>
        <w:t>שם באנגלית: Barukh ben Neriah</w:t>
      </w:r>
    </w:p>
    <w:p/>
    <w:p>
      <w:pPr>
        <w:pStyle w:val="Heading1"/>
        <w:jc w:val="right"/>
        <w:bidi/>
      </w:pPr>
      <w:r>
        <w:t>ברזילי הגלעדי</w:t>
      </w:r>
    </w:p>
    <w:p>
      <w:pPr>
        <w:jc w:val="right"/>
        <w:bidi/>
      </w:pPr>
      <w:r>
        <w:t>שם באנגלית: Barzilai the Giladi</w:t>
      </w:r>
    </w:p>
    <w:p/>
    <w:p>
      <w:pPr>
        <w:pStyle w:val="Heading1"/>
        <w:jc w:val="right"/>
        <w:bidi/>
      </w:pPr>
      <w:r>
        <w:t>ברע</w:t>
      </w:r>
    </w:p>
    <w:p>
      <w:pPr>
        <w:jc w:val="right"/>
        <w:bidi/>
      </w:pPr>
      <w:r>
        <w:t>שם באנגלית: Bera</w:t>
      </w:r>
    </w:p>
    <w:p/>
    <w:p>
      <w:pPr>
        <w:pStyle w:val="Heading1"/>
        <w:jc w:val="right"/>
        <w:bidi/>
      </w:pPr>
      <w:r>
        <w:t>ברק</w:t>
      </w:r>
    </w:p>
    <w:p>
      <w:pPr>
        <w:jc w:val="right"/>
        <w:bidi/>
      </w:pPr>
      <w:r>
        <w:t>שם באנגלית: Barak</w:t>
      </w:r>
    </w:p>
    <w:p>
      <w:pPr>
        <w:jc w:val="right"/>
        <w:bidi/>
      </w:pPr>
      <w:r>
        <w:rPr>
          <w:b/>
        </w:rPr>
        <w:t xml:space="preserve">קשרים: </w:t>
      </w:r>
      <w:r>
        <w:t>התנגד/ה ל סיסרא | קשור/ה ל דבורה | קשור/ה ל (מקורות) דבורה</w:t>
      </w:r>
    </w:p>
    <w:p/>
    <w:p>
      <w:pPr>
        <w:pStyle w:val="Heading1"/>
        <w:jc w:val="right"/>
        <w:bidi/>
      </w:pPr>
      <w:r>
        <w:t>בשמת בת ישמעאל</w:t>
      </w:r>
    </w:p>
    <w:p>
      <w:pPr>
        <w:jc w:val="right"/>
        <w:bidi/>
      </w:pPr>
      <w:r>
        <w:t>שם באנגלית: Basemath</w:t>
      </w:r>
    </w:p>
    <w:p>
      <w:pPr>
        <w:jc w:val="right"/>
        <w:bidi/>
      </w:pPr>
      <w:r>
        <w:rPr>
          <w:b/>
        </w:rPr>
        <w:t xml:space="preserve">קשרים: </w:t>
      </w:r>
      <w:r>
        <w:t>בן/בת זוג של עשיו | בן/בת של ישמעאל</w:t>
      </w:r>
    </w:p>
    <w:p/>
    <w:p>
      <w:pPr>
        <w:pStyle w:val="Heading1"/>
        <w:jc w:val="right"/>
        <w:bidi/>
      </w:pPr>
      <w:r>
        <w:t>בת שבע</w:t>
      </w:r>
    </w:p>
    <w:p>
      <w:pPr>
        <w:jc w:val="right"/>
        <w:bidi/>
      </w:pPr>
      <w:r>
        <w:t>שם באנגלית: Batsheva</w:t>
      </w:r>
    </w:p>
    <w:p>
      <w:pPr>
        <w:jc w:val="right"/>
        <w:bidi/>
      </w:pPr>
      <w:r>
        <w:t>בת שבע הייתה אחת מנשיו של דוד המלך. דוד ראה אותה רוחצת על גג ביתה ודאג שבעלה אוריה יישלח לחזית המלחמה כדי שייהרג והוא עצמו יוכל לשאת אותה לאישה. בנם שלמה ירש את המלוכה מאביו, אף שהיו לו אחים רבים מבוגרים ממנו.</w:t>
      </w:r>
    </w:p>
    <w:p>
      <w:pPr>
        <w:jc w:val="right"/>
        <w:bidi/>
      </w:pPr>
      <w:r>
        <w:rPr>
          <w:b/>
        </w:rPr>
        <w:t xml:space="preserve">קשרים: </w:t>
      </w:r>
      <w:r>
        <w:t>קשור/ה ל (מקורות) נתן הנביא | קשור/ה ל (מקורות) אדוניה | קשור/ה ל (מקורות) יואב | בן/בת זוג של אוריה החתי | קשור/ה ל (מקורות) דוד המלך | קשור/ה ל (מקורות) רות | קשור/ה ל (מקורות) שְׁלֹמֹה | קשור/ה ל (מקורות) שמואל הנביא | קשור/ה ל (מקורות) תמר</w:t>
      </w:r>
    </w:p>
    <w:p/>
    <w:p>
      <w:pPr>
        <w:pStyle w:val="Heading1"/>
        <w:jc w:val="right"/>
        <w:bidi/>
      </w:pPr>
      <w:r>
        <w:t>בת-שוע</w:t>
      </w:r>
    </w:p>
    <w:p>
      <w:pPr>
        <w:jc w:val="right"/>
        <w:bidi/>
      </w:pPr>
      <w:r>
        <w:t>שם באנגלית: Judah's wife</w:t>
      </w:r>
    </w:p>
    <w:p>
      <w:pPr>
        <w:jc w:val="right"/>
        <w:bidi/>
      </w:pPr>
      <w:r>
        <w:rPr>
          <w:b/>
        </w:rPr>
        <w:t xml:space="preserve">קשרים: </w:t>
      </w:r>
      <w:r>
        <w:t>בן/בת זוג של יהודה | בן/בת של שוע</w:t>
      </w:r>
    </w:p>
    <w:p/>
    <w:p>
      <w:pPr>
        <w:pStyle w:val="Heading1"/>
        <w:jc w:val="right"/>
        <w:bidi/>
      </w:pPr>
      <w:r>
        <w:t>בתואל</w:t>
      </w:r>
    </w:p>
    <w:p>
      <w:pPr>
        <w:jc w:val="right"/>
        <w:bidi/>
      </w:pPr>
      <w:r>
        <w:t>שם באנגלית: Betuel</w:t>
      </w:r>
    </w:p>
    <w:p>
      <w:pPr>
        <w:jc w:val="right"/>
        <w:bidi/>
      </w:pPr>
      <w:r>
        <w:rPr>
          <w:b/>
        </w:rPr>
        <w:t xml:space="preserve">קשרים: </w:t>
      </w:r>
      <w:r>
        <w:t>התכתב עם אליעזר | בן/בת של נחור | בן/בת של מלכה</w:t>
      </w:r>
    </w:p>
    <w:p/>
    <w:p>
      <w:pPr>
        <w:pStyle w:val="Heading1"/>
        <w:jc w:val="right"/>
        <w:bidi/>
      </w:pPr>
      <w:r>
        <w:t>בתיה</w:t>
      </w:r>
    </w:p>
    <w:p>
      <w:pPr>
        <w:jc w:val="right"/>
        <w:bidi/>
      </w:pPr>
      <w:r>
        <w:t>שם באנגלית: Pharaoh's Daughter</w:t>
      </w:r>
    </w:p>
    <w:p>
      <w:pPr>
        <w:jc w:val="right"/>
        <w:bidi/>
      </w:pPr>
      <w:r>
        <w:t>בִּתְיָה הוא השם שנותן המדרש לבת פרעה, שהצילה את משה מן היאור וגידלה אותו בארמון פרעה. בספרות המדרשית בת פרעה מתגיירת וניתן לה השם בִּתְיָה שמשמעותו "בתו של האל".</w:t>
      </w:r>
    </w:p>
    <w:p>
      <w:pPr>
        <w:jc w:val="right"/>
        <w:bidi/>
      </w:pPr>
      <w:r>
        <w:rPr>
          <w:b/>
        </w:rPr>
        <w:t xml:space="preserve">קשרים: </w:t>
      </w:r>
      <w:r>
        <w:t>קשור/ה ל (מקורות) מצרים | קשור/ה ל (מקורות) יוכבד | קשור/ה ל (מקורות) מרים | קשור/ה ל (מקורות) פרעה | קשור/ה ל (מקורות) משה | קשור/ה ל (מקורות) שפרה ופועה</w:t>
      </w:r>
    </w:p>
    <w:p/>
    <w:p>
      <w:pPr>
        <w:pStyle w:val="Heading1"/>
        <w:jc w:val="right"/>
        <w:bidi/>
      </w:pPr>
      <w:r>
        <w:t>גִישְׁפָּא</w:t>
      </w:r>
    </w:p>
    <w:p>
      <w:pPr>
        <w:jc w:val="right"/>
        <w:bidi/>
      </w:pPr>
      <w:r>
        <w:t>שם באנגלית: Gishpa</w:t>
      </w:r>
    </w:p>
    <w:p/>
    <w:p>
      <w:pPr>
        <w:pStyle w:val="Heading1"/>
        <w:jc w:val="right"/>
        <w:bidi/>
      </w:pPr>
      <w:r>
        <w:t>גֵּרְשׁוֹם</w:t>
      </w:r>
    </w:p>
    <w:p>
      <w:pPr>
        <w:jc w:val="right"/>
        <w:bidi/>
      </w:pPr>
      <w:r>
        <w:t>שם באנגלית: Gershom</w:t>
      </w:r>
    </w:p>
    <w:p/>
    <w:p>
      <w:pPr>
        <w:pStyle w:val="Heading1"/>
        <w:jc w:val="right"/>
        <w:bidi/>
      </w:pPr>
      <w:r>
        <w:t>גד</w:t>
      </w:r>
    </w:p>
    <w:p>
      <w:pPr>
        <w:jc w:val="right"/>
        <w:bidi/>
      </w:pPr>
      <w:r>
        <w:t>שם באנגלית: Gad</w:t>
      </w:r>
    </w:p>
    <w:p>
      <w:pPr>
        <w:jc w:val="right"/>
        <w:bidi/>
      </w:pPr>
      <w:r>
        <w:t>גד, בנו השביעי של יעקב ובנה הראשון של זלפה פילגש יעקב, הוא אבי שבט גד.</w:t>
      </w:r>
    </w:p>
    <w:p>
      <w:pPr>
        <w:jc w:val="right"/>
        <w:bidi/>
      </w:pPr>
      <w:r>
        <w:rPr>
          <w:b/>
        </w:rPr>
        <w:t xml:space="preserve">קשרים: </w:t>
      </w:r>
      <w:r>
        <w:t>קשור/ה ל (מקורות) ראובן | בן/בת של זלפה | בן/בת של יעקב</w:t>
      </w:r>
    </w:p>
    <w:p/>
    <w:p>
      <w:pPr>
        <w:pStyle w:val="Heading1"/>
        <w:jc w:val="right"/>
        <w:bidi/>
      </w:pPr>
      <w:r>
        <w:t>גד החוזה</w:t>
      </w:r>
    </w:p>
    <w:p>
      <w:pPr>
        <w:jc w:val="right"/>
        <w:bidi/>
      </w:pPr>
      <w:r>
        <w:t>שם באנגלית: Gad the Seer</w:t>
      </w:r>
    </w:p>
    <w:p>
      <w:pPr>
        <w:jc w:val="right"/>
        <w:bidi/>
      </w:pPr>
      <w:r>
        <w:t>A prophet.</w:t>
      </w:r>
    </w:p>
    <w:p/>
    <w:p>
      <w:pPr>
        <w:pStyle w:val="Heading1"/>
        <w:jc w:val="right"/>
        <w:bidi/>
      </w:pPr>
      <w:r>
        <w:t>גדליה</w:t>
      </w:r>
    </w:p>
    <w:p>
      <w:pPr>
        <w:jc w:val="right"/>
        <w:bidi/>
      </w:pPr>
      <w:r>
        <w:t>שם באנגלית: Gedaliah</w:t>
      </w:r>
    </w:p>
    <w:p/>
    <w:p>
      <w:pPr>
        <w:pStyle w:val="Heading1"/>
        <w:jc w:val="right"/>
        <w:bidi/>
      </w:pPr>
      <w:r>
        <w:t>גדעון</w:t>
      </w:r>
    </w:p>
    <w:p>
      <w:pPr>
        <w:jc w:val="right"/>
        <w:bidi/>
      </w:pPr>
      <w:r>
        <w:t>שם באנגלית: Gideon</w:t>
      </w:r>
    </w:p>
    <w:p>
      <w:pPr>
        <w:jc w:val="right"/>
        <w:bidi/>
      </w:pPr>
      <w:r>
        <w:t>גדעון היה שופט ומנהיג צבאי בספר שופטים. הוא הוביל את בני ישראל, שהיו חלשים בתקופתו, לניצחון על המדיינים. העם הציע להמליכו, אבל הוא סירב בהדגישו שהאל הוא הריבון היחיד.</w:t>
      </w:r>
    </w:p>
    <w:p>
      <w:pPr>
        <w:jc w:val="right"/>
        <w:bidi/>
      </w:pPr>
      <w:r>
        <w:rPr>
          <w:b/>
        </w:rPr>
        <w:t xml:space="preserve">קשרים: </w:t>
      </w:r>
      <w:r>
        <w:t>קשור/ה ל (מקורות) בועז | קשור/ה ל (מקורות) עתליה | קשור/ה ל (מקורות) דוד המלך | קשור/ה ל (מקורות) רות</w:t>
      </w:r>
    </w:p>
    <w:p/>
    <w:p>
      <w:pPr>
        <w:pStyle w:val="Heading1"/>
        <w:jc w:val="right"/>
        <w:bidi/>
      </w:pPr>
      <w:r>
        <w:t>גומר בן יפת</w:t>
      </w:r>
    </w:p>
    <w:p>
      <w:pPr>
        <w:jc w:val="right"/>
        <w:bidi/>
      </w:pPr>
      <w:r>
        <w:t>שם באנגלית: Gomer</w:t>
      </w:r>
    </w:p>
    <w:p>
      <w:pPr>
        <w:jc w:val="right"/>
        <w:bidi/>
      </w:pPr>
      <w:r>
        <w:rPr>
          <w:b/>
        </w:rPr>
        <w:t xml:space="preserve">קשרים: </w:t>
      </w:r>
      <w:r>
        <w:t>בן/בת של יפת</w:t>
      </w:r>
    </w:p>
    <w:p/>
    <w:p>
      <w:pPr>
        <w:pStyle w:val="Heading1"/>
        <w:jc w:val="right"/>
        <w:bidi/>
      </w:pPr>
      <w:r>
        <w:t>גומר בת דבלים</w:t>
      </w:r>
    </w:p>
    <w:p>
      <w:pPr>
        <w:jc w:val="right"/>
        <w:bidi/>
      </w:pPr>
      <w:r>
        <w:t>שם באנגלית: Gomer</w:t>
      </w:r>
    </w:p>
    <w:p>
      <w:pPr>
        <w:jc w:val="right"/>
        <w:bidi/>
      </w:pPr>
      <w:r>
        <w:rPr>
          <w:b/>
        </w:rPr>
        <w:t xml:space="preserve">קשרים: </w:t>
      </w:r>
      <w:r>
        <w:t>בן/בת זוג של הושע (הנביא)</w:t>
      </w:r>
    </w:p>
    <w:p/>
    <w:p>
      <w:pPr>
        <w:pStyle w:val="Heading1"/>
        <w:jc w:val="right"/>
        <w:bidi/>
      </w:pPr>
      <w:r>
        <w:t>גחזי</w:t>
      </w:r>
    </w:p>
    <w:p>
      <w:pPr>
        <w:jc w:val="right"/>
        <w:bidi/>
      </w:pPr>
      <w:r>
        <w:t>שם באנגלית: Gechazi</w:t>
      </w:r>
    </w:p>
    <w:p>
      <w:pPr>
        <w:jc w:val="right"/>
        <w:bidi/>
      </w:pPr>
      <w:r>
        <w:rPr>
          <w:b/>
        </w:rPr>
        <w:t xml:space="preserve">קשרים: </w:t>
      </w:r>
      <w:r>
        <w:t>קשור/ה ל (מקורות) אלישע</w:t>
      </w:r>
    </w:p>
    <w:p/>
    <w:p>
      <w:pPr>
        <w:pStyle w:val="Heading1"/>
        <w:jc w:val="right"/>
        <w:bidi/>
      </w:pPr>
      <w:r>
        <w:t>גלית</w:t>
      </w:r>
    </w:p>
    <w:p>
      <w:pPr>
        <w:jc w:val="right"/>
        <w:bidi/>
      </w:pPr>
      <w:r>
        <w:t>שם באנגלית: Goliath</w:t>
      </w:r>
    </w:p>
    <w:p>
      <w:pPr>
        <w:jc w:val="right"/>
        <w:bidi/>
      </w:pPr>
      <w:r>
        <w:rPr>
          <w:b/>
        </w:rPr>
        <w:t xml:space="preserve">קשרים: </w:t>
      </w:r>
      <w:r>
        <w:t>בן/בת של ערפה | קשור/ה ל (מקורות) דוד המלך</w:t>
      </w:r>
    </w:p>
    <w:p/>
    <w:p>
      <w:pPr>
        <w:pStyle w:val="Heading1"/>
        <w:jc w:val="right"/>
        <w:bidi/>
      </w:pPr>
      <w:r>
        <w:t>געל</w:t>
      </w:r>
    </w:p>
    <w:p>
      <w:pPr>
        <w:jc w:val="right"/>
        <w:bidi/>
      </w:pPr>
      <w:r>
        <w:t>שם באנגלית: Gaal</w:t>
      </w:r>
    </w:p>
    <w:p/>
    <w:p>
      <w:pPr>
        <w:pStyle w:val="Heading1"/>
        <w:jc w:val="right"/>
        <w:bidi/>
      </w:pPr>
      <w:r>
        <w:t>גרשם</w:t>
      </w:r>
    </w:p>
    <w:p>
      <w:pPr>
        <w:jc w:val="right"/>
        <w:bidi/>
      </w:pPr>
      <w:r>
        <w:t>שם באנגלית: Gershom</w:t>
      </w:r>
    </w:p>
    <w:p>
      <w:pPr>
        <w:jc w:val="right"/>
        <w:bidi/>
      </w:pPr>
      <w:r>
        <w:rPr>
          <w:b/>
        </w:rPr>
        <w:t xml:space="preserve">קשרים: </w:t>
      </w:r>
      <w:r>
        <w:t>בן/בת של משה</w:t>
      </w:r>
    </w:p>
    <w:p/>
    <w:p>
      <w:pPr>
        <w:pStyle w:val="Heading1"/>
        <w:jc w:val="right"/>
        <w:bidi/>
      </w:pPr>
      <w:r>
        <w:t>גשם הערבי</w:t>
      </w:r>
    </w:p>
    <w:p>
      <w:pPr>
        <w:jc w:val="right"/>
        <w:bidi/>
      </w:pPr>
      <w:r>
        <w:t>שם באנגלית: Geshem the Arabian</w:t>
      </w:r>
    </w:p>
    <w:p/>
    <w:p>
      <w:pPr>
        <w:pStyle w:val="Heading1"/>
        <w:jc w:val="right"/>
        <w:bidi/>
      </w:pPr>
      <w:r>
        <w:t>גתר</w:t>
      </w:r>
    </w:p>
    <w:p>
      <w:pPr>
        <w:jc w:val="right"/>
        <w:bidi/>
      </w:pPr>
      <w:r>
        <w:t>שם באנגלית: Gether</w:t>
      </w:r>
    </w:p>
    <w:p>
      <w:pPr>
        <w:jc w:val="right"/>
        <w:bidi/>
      </w:pPr>
      <w:r>
        <w:rPr>
          <w:b/>
        </w:rPr>
        <w:t xml:space="preserve">קשרים: </w:t>
      </w:r>
      <w:r>
        <w:t>בן/בת של ארם</w:t>
      </w:r>
    </w:p>
    <w:p/>
    <w:p>
      <w:pPr>
        <w:pStyle w:val="Heading1"/>
        <w:jc w:val="right"/>
        <w:bidi/>
      </w:pPr>
      <w:r>
        <w:t>דְּבוֹרָה הַנְּבִיאָה</w:t>
      </w:r>
    </w:p>
    <w:p>
      <w:pPr>
        <w:jc w:val="right"/>
        <w:bidi/>
      </w:pPr>
      <w:r>
        <w:t>שם באנגלית: Deborah the Prophetess</w:t>
      </w:r>
    </w:p>
    <w:p/>
    <w:p>
      <w:pPr>
        <w:pStyle w:val="Heading1"/>
        <w:jc w:val="right"/>
        <w:bidi/>
      </w:pPr>
      <w:r>
        <w:t>דבורה</w:t>
      </w:r>
    </w:p>
    <w:p>
      <w:pPr>
        <w:jc w:val="right"/>
        <w:bidi/>
      </w:pPr>
      <w:r>
        <w:t>שם באנגלית: Deborah</w:t>
      </w:r>
    </w:p>
    <w:p>
      <w:pPr>
        <w:jc w:val="right"/>
        <w:bidi/>
      </w:pPr>
      <w:r>
        <w:t>דבורה, נביאה בספר שופטים, שפטה את ישראל תחת עץ תומר. היא יעצה לברק בנוגע למלחמה נגד סיסרא, שר הצבא האשורי.</w:t>
      </w:r>
    </w:p>
    <w:p>
      <w:pPr>
        <w:jc w:val="right"/>
        <w:bidi/>
      </w:pPr>
      <w:r>
        <w:rPr>
          <w:b/>
        </w:rPr>
        <w:t xml:space="preserve">קשרים: </w:t>
      </w:r>
      <w:r>
        <w:t>קשור/ה ל (מקורות) אביגיל | קשור/ה ל (מקורות) עשיו | קשור/ה ל (מקורות) סיסרא | קשור/ה ל (מקורות) מרים | קשור/ה ל (מקורות) יעל אשת חבר הקיני | קשור/ה ל (מקורות) דוד המלך | קשור/ה ל (מקורות) חולדה נביאה | קשור/ה ל (מקורות) אסתר | קשור/ה ל (מקורות) חנה | קשור/ה ל (מקורות) ירמיהו | קשור/ה ל (מקורות) רבקה | קשור/ה ל (מקורות) רחל | קשור/ה ל (מקורות) שרה | קשור/ה ל (מקורות) ברק</w:t>
      </w:r>
    </w:p>
    <w:p/>
    <w:p>
      <w:pPr>
        <w:pStyle w:val="Heading1"/>
        <w:jc w:val="right"/>
        <w:bidi/>
      </w:pPr>
      <w:r>
        <w:t>דבורה מינקת רבקה</w:t>
      </w:r>
    </w:p>
    <w:p>
      <w:pPr>
        <w:jc w:val="right"/>
        <w:bidi/>
      </w:pPr>
      <w:r>
        <w:t>שם באנגלית: Deborah, Rebecca's Nursemaid</w:t>
      </w:r>
    </w:p>
    <w:p/>
    <w:p>
      <w:pPr>
        <w:pStyle w:val="Heading1"/>
        <w:jc w:val="right"/>
        <w:bidi/>
      </w:pPr>
      <w:r>
        <w:t>דדנים</w:t>
      </w:r>
    </w:p>
    <w:p>
      <w:pPr>
        <w:jc w:val="right"/>
        <w:bidi/>
      </w:pPr>
      <w:r>
        <w:t>שם באנגלית: Dodanim</w:t>
      </w:r>
    </w:p>
    <w:p>
      <w:pPr>
        <w:jc w:val="right"/>
        <w:bidi/>
      </w:pPr>
      <w:r>
        <w:rPr>
          <w:b/>
        </w:rPr>
        <w:t xml:space="preserve">קשרים: </w:t>
      </w:r>
      <w:r>
        <w:t>בן/בת של יוון</w:t>
      </w:r>
    </w:p>
    <w:p/>
    <w:p>
      <w:pPr>
        <w:pStyle w:val="Heading1"/>
        <w:jc w:val="right"/>
        <w:bidi/>
      </w:pPr>
      <w:r>
        <w:t>דואג</w:t>
      </w:r>
    </w:p>
    <w:p>
      <w:pPr>
        <w:jc w:val="right"/>
        <w:bidi/>
      </w:pPr>
      <w:r>
        <w:t>שם באנגלית: Doeg</w:t>
      </w:r>
    </w:p>
    <w:p>
      <w:pPr>
        <w:jc w:val="right"/>
        <w:bidi/>
      </w:pPr>
      <w:r>
        <w:t>דואג, משרתו האדומי של שאול המלך, הוציא להורג כמה כוהנים שסייעו לדוד בתקופת בריחתו משאול.</w:t>
      </w:r>
    </w:p>
    <w:p>
      <w:pPr>
        <w:jc w:val="right"/>
        <w:bidi/>
      </w:pPr>
      <w:r>
        <w:rPr>
          <w:b/>
        </w:rPr>
        <w:t xml:space="preserve">קשרים: </w:t>
      </w:r>
      <w:r>
        <w:t>קשור/ה ל (מקורות) דוד המלך</w:t>
      </w:r>
    </w:p>
    <w:p/>
    <w:p>
      <w:pPr>
        <w:pStyle w:val="Heading1"/>
        <w:jc w:val="right"/>
        <w:bidi/>
      </w:pPr>
      <w:r>
        <w:t>דוד המלך</w:t>
      </w:r>
    </w:p>
    <w:p>
      <w:pPr>
        <w:jc w:val="right"/>
        <w:bidi/>
      </w:pPr>
      <w:r>
        <w:t>שם באנגלית: King David</w:t>
      </w:r>
    </w:p>
    <w:p>
      <w:pPr>
        <w:jc w:val="right"/>
        <w:bidi/>
      </w:pPr>
      <w:r>
        <w:t>דוד המלך הוא המלך השני של ישראל ומייסד שושלת בית דוד. הוא קבע את ירושלים כעיר הבירה. מקובל לייחס לו את כתיבת ספר תהילים. יורש העצר שלו היה בנו שלמה. נאמר שהמשיח העתידי הוא מצאצאיו.</w:t>
      </w:r>
    </w:p>
    <w:p>
      <w:pPr>
        <w:jc w:val="right"/>
        <w:bidi/>
      </w:pPr>
      <w:r>
        <w:rPr>
          <w:b/>
        </w:rPr>
        <w:t xml:space="preserve">קשרים: </w:t>
      </w:r>
      <w:r>
        <w:t>בן/בת זוג של אביגיל | התכתב עם אכיש | קשור/ה ל אחיתופל | צאצא של פרץ | אח/אחות של אליאב | קשור/ה ל ברזילי הגלעדי | בן/בת של ישי | התכתב עם ארונה | צאצא של רות | קשור/ה ל (מקורות) רות | קשור/ה ל (מקורות) המלך שאול | קשור/ה ל (מקורות) שְׁלֹמֹה | קשור/ה ל (מקורות) שמואל הנביא | בן/בת זוג של בת שבע | קשור/ה ל (מקורות) בת שבע</w:t>
      </w:r>
    </w:p>
    <w:p/>
    <w:p>
      <w:pPr>
        <w:pStyle w:val="Heading1"/>
        <w:jc w:val="right"/>
        <w:bidi/>
      </w:pPr>
      <w:r>
        <w:t>דומה</w:t>
      </w:r>
    </w:p>
    <w:p>
      <w:pPr>
        <w:jc w:val="right"/>
        <w:bidi/>
      </w:pPr>
      <w:r>
        <w:t>שם באנגלית: Dumah</w:t>
      </w:r>
    </w:p>
    <w:p>
      <w:pPr>
        <w:jc w:val="right"/>
        <w:bidi/>
      </w:pPr>
      <w:r>
        <w:t>The angel over cemeteries.</w:t>
      </w:r>
    </w:p>
    <w:p>
      <w:pPr>
        <w:jc w:val="right"/>
        <w:bidi/>
      </w:pPr>
      <w:r>
        <w:rPr>
          <w:b/>
        </w:rPr>
        <w:t xml:space="preserve">קשרים: </w:t>
      </w:r>
      <w:r>
        <w:t>בן/בת של ישמעאל</w:t>
      </w:r>
    </w:p>
    <w:p/>
    <w:p>
      <w:pPr>
        <w:pStyle w:val="Heading1"/>
        <w:jc w:val="right"/>
        <w:bidi/>
      </w:pPr>
      <w:r>
        <w:t>דינה</w:t>
      </w:r>
    </w:p>
    <w:p>
      <w:pPr>
        <w:jc w:val="right"/>
        <w:bidi/>
      </w:pPr>
      <w:r>
        <w:t>שם באנגלית: Dinah</w:t>
      </w:r>
    </w:p>
    <w:p>
      <w:pPr>
        <w:jc w:val="right"/>
        <w:bidi/>
      </w:pPr>
      <w:r>
        <w:t>דינה היא בתו של יעקב אבינו. כאשר יצאה אל העיר שכם, נלקחה בכוח על ידי נסיך העיר, עונתה והוחזקה בארמונו. כנקמה הרגו אחֶיה שמעון ולוי את כל הזכרים בשכם והחזירו את דינה אחותם.</w:t>
      </w:r>
    </w:p>
    <w:p>
      <w:pPr>
        <w:jc w:val="right"/>
        <w:bidi/>
      </w:pPr>
      <w:r>
        <w:rPr>
          <w:b/>
        </w:rPr>
        <w:t xml:space="preserve">קשרים: </w:t>
      </w:r>
      <w:r>
        <w:t>קשור/ה ל (מקורות) עשיו | קשור/ה ל (מקורות) ראובן | קשור/ה ל (מקורות) יוסף | בן/בת של לאה | קשור/ה ל (מקורות) לאה | בן/בת של יעקב | קשור/ה ל (מקורות) יעקב | קשור/ה ל (מקורות) אמנון | קשור/ה ל אסנת | קשור/ה ל (מקורות) שכם | קשור/ה ל (מקורות) לוי | קשור/ה ל (מקורות) תמר | קשור/ה ל (מקורות) שמעון</w:t>
      </w:r>
    </w:p>
    <w:p/>
    <w:p>
      <w:pPr>
        <w:pStyle w:val="Heading1"/>
        <w:jc w:val="right"/>
        <w:bidi/>
      </w:pPr>
      <w:r>
        <w:t>דלילה</w:t>
      </w:r>
    </w:p>
    <w:p>
      <w:pPr>
        <w:jc w:val="right"/>
        <w:bidi/>
      </w:pPr>
      <w:r>
        <w:t>שם באנגלית: Delilah</w:t>
      </w:r>
    </w:p>
    <w:p>
      <w:pPr>
        <w:jc w:val="right"/>
        <w:bidi/>
      </w:pPr>
      <w:r>
        <w:rPr>
          <w:b/>
        </w:rPr>
        <w:t xml:space="preserve">קשרים: </w:t>
      </w:r>
      <w:r>
        <w:t>קשור/ה ל (מקורות) שמשון</w:t>
      </w:r>
    </w:p>
    <w:p/>
    <w:p>
      <w:pPr>
        <w:pStyle w:val="Heading1"/>
        <w:jc w:val="right"/>
        <w:bidi/>
      </w:pPr>
      <w:r>
        <w:t>דן</w:t>
      </w:r>
    </w:p>
    <w:p>
      <w:pPr>
        <w:jc w:val="right"/>
        <w:bidi/>
      </w:pPr>
      <w:r>
        <w:t>שם באנגלית: Dan</w:t>
      </w:r>
    </w:p>
    <w:p>
      <w:pPr>
        <w:jc w:val="right"/>
        <w:bidi/>
      </w:pPr>
      <w:r>
        <w:t>דן, בנו החמישי של יעקב ובנה הראשון של בלהה פילגש יעקב, הוא אבי שבט דן.</w:t>
      </w:r>
    </w:p>
    <w:p>
      <w:pPr>
        <w:jc w:val="right"/>
        <w:bidi/>
      </w:pPr>
      <w:r>
        <w:rPr>
          <w:b/>
        </w:rPr>
        <w:t xml:space="preserve">קשרים: </w:t>
      </w:r>
      <w:r>
        <w:t>קשור/ה ל (מקורות) אשר | קשור/ה ל (מקורות) ראובן | קשור/ה ל (מקורות) יהודה | קשור/ה ל (מקורות) זבולון | בן/בת של יעקב | קשור/ה ל (מקורות) יעקב | קשור/ה ל (מקורות) נפתלי | קשור/ה ל (מקורות) יששכר | בן/בת של בלהה</w:t>
      </w:r>
    </w:p>
    <w:p/>
    <w:p>
      <w:pPr>
        <w:pStyle w:val="Heading1"/>
        <w:jc w:val="right"/>
        <w:bidi/>
      </w:pPr>
      <w:r>
        <w:t>דניאל</w:t>
      </w:r>
    </w:p>
    <w:p>
      <w:pPr>
        <w:jc w:val="right"/>
        <w:bidi/>
      </w:pPr>
      <w:r>
        <w:t>שם באנגלית: Daniel</w:t>
      </w:r>
    </w:p>
    <w:p>
      <w:pPr>
        <w:jc w:val="right"/>
        <w:bidi/>
      </w:pPr>
      <w:r>
        <w:t>דניאל הוא הגיבור של ספר דניאל המקראי. לאחר כיבוש ירושלים וחורבן העיר על ידי הבבלים הוא נלקח לחצר נבוכדנצר מלך בבל. הוא גדל בבית המלך אך נותר נאמן לאמונתו. הוא ניבא את חורבן בבל על ידי ממלכת פרס ואת עליית האימפריה המקדוני והסלאוקי.</w:t>
      </w:r>
    </w:p>
    <w:p>
      <w:pPr>
        <w:jc w:val="right"/>
        <w:bidi/>
      </w:pPr>
      <w:r>
        <w:rPr>
          <w:b/>
        </w:rPr>
        <w:t xml:space="preserve">קשרים: </w:t>
      </w:r>
      <w:r>
        <w:t>קשור/ה ל (מקורות) המן | קשור/ה ל (מקורות) נבוכדנאצר | קשור/ה ל (מקורות) מרדכי | קשור/ה ל (מקורות) יוסף | קשור/ה ל בלשאצר | קשור/ה ל (מקורות) בלשאצר | קשור/ה ל (מקורות) אסתר | קשור/ה ל (מקורות) ירמיהו</w:t>
      </w:r>
    </w:p>
    <w:p/>
    <w:p>
      <w:pPr>
        <w:pStyle w:val="Heading1"/>
        <w:jc w:val="right"/>
        <w:bidi/>
      </w:pPr>
      <w:r>
        <w:t>דריוש</w:t>
      </w:r>
    </w:p>
    <w:p>
      <w:pPr>
        <w:jc w:val="right"/>
        <w:bidi/>
      </w:pPr>
      <w:r>
        <w:t>שם באנגלית: Darius</w:t>
      </w:r>
    </w:p>
    <w:p>
      <w:pPr>
        <w:jc w:val="right"/>
        <w:bidi/>
      </w:pPr>
      <w:r>
        <w:rPr>
          <w:b/>
        </w:rPr>
        <w:t xml:space="preserve">קשרים: </w:t>
      </w:r>
      <w:r>
        <w:t>קשור/ה ל (מקורות) כורש | קשור/ה ל (מקורות) עזרא | התנגד/ה ל דניאל</w:t>
      </w:r>
    </w:p>
    <w:p/>
    <w:p>
      <w:pPr>
        <w:pStyle w:val="Heading1"/>
        <w:jc w:val="right"/>
        <w:bidi/>
      </w:pPr>
      <w:r>
        <w:t>דתן ואבירם</w:t>
      </w:r>
    </w:p>
    <w:p>
      <w:pPr>
        <w:jc w:val="right"/>
        <w:bidi/>
      </w:pPr>
      <w:r>
        <w:t>שם באנגלית: Datan and Aviram</w:t>
      </w:r>
    </w:p>
    <w:p>
      <w:pPr>
        <w:jc w:val="right"/>
        <w:bidi/>
      </w:pPr>
      <w:r>
        <w:rPr>
          <w:b/>
        </w:rPr>
        <w:t xml:space="preserve">קשרים: </w:t>
      </w:r>
      <w:r>
        <w:t>קשור/ה ל (מקורות) קרח</w:t>
      </w:r>
    </w:p>
    <w:p/>
    <w:p>
      <w:pPr>
        <w:pStyle w:val="Heading1"/>
        <w:jc w:val="right"/>
        <w:bidi/>
      </w:pPr>
      <w:r>
        <w:t>האישה החכמה מאבל בית מעכה</w:t>
      </w:r>
    </w:p>
    <w:p>
      <w:pPr>
        <w:jc w:val="right"/>
        <w:bidi/>
      </w:pPr>
      <w:r>
        <w:t>שם באנגלית: Wise woman of Abel</w:t>
      </w:r>
    </w:p>
    <w:p/>
    <w:p>
      <w:pPr>
        <w:pStyle w:val="Heading1"/>
        <w:jc w:val="right"/>
        <w:bidi/>
      </w:pPr>
      <w:r>
        <w:t>האישה החכמה מתקוע</w:t>
      </w:r>
    </w:p>
    <w:p>
      <w:pPr>
        <w:jc w:val="right"/>
        <w:bidi/>
      </w:pPr>
      <w:r>
        <w:t>שם באנגלית: Woman of Tekoa</w:t>
      </w:r>
    </w:p>
    <w:p/>
    <w:p>
      <w:pPr>
        <w:pStyle w:val="Heading1"/>
        <w:jc w:val="right"/>
        <w:bidi/>
      </w:pPr>
      <w:r>
        <w:t>האישה מצרפת</w:t>
      </w:r>
    </w:p>
    <w:p>
      <w:pPr>
        <w:jc w:val="right"/>
        <w:bidi/>
      </w:pPr>
      <w:r>
        <w:t>שם באנגלית: Widow of Zarephath</w:t>
      </w:r>
    </w:p>
    <w:p/>
    <w:p>
      <w:pPr>
        <w:pStyle w:val="Heading1"/>
        <w:jc w:val="right"/>
        <w:bidi/>
      </w:pPr>
      <w:r>
        <w:t>הבל</w:t>
      </w:r>
    </w:p>
    <w:p>
      <w:pPr>
        <w:jc w:val="right"/>
        <w:bidi/>
      </w:pPr>
      <w:r>
        <w:t>שם באנגלית: Abel</w:t>
      </w:r>
    </w:p>
    <w:p>
      <w:pPr>
        <w:jc w:val="right"/>
        <w:bidi/>
      </w:pPr>
      <w:r>
        <w:t>הבל, בנם השני של אדם וחוה, היה רועה הצאן הראשון. האל קיבל את מנחתו שהובאה מבכורות צאנו  אבל דחה את מנחת פירות האדמה של אחיו קין. בשל כך רצח קין, האח הקנאי, את הבל.</w:t>
      </w:r>
    </w:p>
    <w:p>
      <w:pPr>
        <w:jc w:val="right"/>
        <w:bidi/>
      </w:pPr>
      <w:r>
        <w:rPr>
          <w:b/>
        </w:rPr>
        <w:t xml:space="preserve">קשרים: </w:t>
      </w:r>
      <w:r>
        <w:t>קשור/ה ל (מקורות) אברהם | קשור/ה ל (מקורות) קין | בן/בת של אדם הראשון | קשור/ה ל (מקורות) אדם הראשון | קשור/ה ל (מקורות) יוסף | קשור/ה ל (מקורות) קהלת | בן/בת של חוה | קשור/ה ל (מקורות) חוה | קשור/ה ל (מקורות) שת</w:t>
      </w:r>
    </w:p>
    <w:p/>
    <w:p>
      <w:pPr>
        <w:pStyle w:val="Heading1"/>
        <w:jc w:val="right"/>
        <w:bidi/>
      </w:pPr>
      <w:r>
        <w:t>הגי</w:t>
      </w:r>
    </w:p>
    <w:p>
      <w:pPr>
        <w:jc w:val="right"/>
        <w:bidi/>
      </w:pPr>
      <w:r>
        <w:t>שם באנגלית: Hegai</w:t>
      </w:r>
    </w:p>
    <w:p>
      <w:pPr>
        <w:jc w:val="right"/>
        <w:bidi/>
      </w:pPr>
      <w:r>
        <w:rPr>
          <w:b/>
        </w:rPr>
        <w:t xml:space="preserve">קשרים: </w:t>
      </w:r>
      <w:r>
        <w:t>קשור/ה ל אסתר | קשור/ה ל אחשוורוש</w:t>
      </w:r>
    </w:p>
    <w:p/>
    <w:p>
      <w:pPr>
        <w:pStyle w:val="Heading1"/>
        <w:jc w:val="right"/>
        <w:bidi/>
      </w:pPr>
      <w:r>
        <w:t>הגר</w:t>
      </w:r>
    </w:p>
    <w:p>
      <w:pPr>
        <w:jc w:val="right"/>
        <w:bidi/>
      </w:pPr>
      <w:r>
        <w:t>שם באנגלית: Hagar</w:t>
      </w:r>
    </w:p>
    <w:p>
      <w:pPr>
        <w:jc w:val="right"/>
        <w:bidi/>
      </w:pPr>
      <w:r>
        <w:t>שרה סבלה מעקרות והציעה לאברהם לקחת את שפחתה הגר לפילגש. הגר ילדה לו את ישמעאל ומאוחר יותר שולחה עם בנה אל המדבר. השניים ניצלו על ידי מלאך והיו לאבות האומה הישמעאלית.</w:t>
      </w:r>
    </w:p>
    <w:p>
      <w:pPr>
        <w:jc w:val="right"/>
        <w:bidi/>
      </w:pPr>
      <w:r>
        <w:rPr>
          <w:b/>
        </w:rPr>
        <w:t xml:space="preserve">קשרים: </w:t>
      </w:r>
      <w:r>
        <w:t>בן/בת זוג של אברהם | קשור/ה ל (מקורות) אברהם | קשור/ה ל (מקורות) קטורה | קשור/ה ל (מקורות) יצחק | קשור/ה ל (מקורות) ישמעאל | קשור/ה ל (מקורות) שרה</w:t>
      </w:r>
    </w:p>
    <w:p/>
    <w:p>
      <w:pPr>
        <w:pStyle w:val="Heading1"/>
        <w:jc w:val="right"/>
        <w:bidi/>
      </w:pPr>
      <w:r>
        <w:t>הדד בן בדד</w:t>
      </w:r>
    </w:p>
    <w:p>
      <w:pPr>
        <w:jc w:val="right"/>
        <w:bidi/>
      </w:pPr>
      <w:r>
        <w:t>שם באנגלית: Hadad ben Bedad</w:t>
      </w:r>
    </w:p>
    <w:p/>
    <w:p>
      <w:pPr>
        <w:pStyle w:val="Heading1"/>
        <w:jc w:val="right"/>
        <w:bidi/>
      </w:pPr>
      <w:r>
        <w:t>הדורם</w:t>
      </w:r>
    </w:p>
    <w:p>
      <w:pPr>
        <w:jc w:val="right"/>
        <w:bidi/>
      </w:pPr>
      <w:r>
        <w:t>שם באנגלית: Hadoram</w:t>
      </w:r>
    </w:p>
    <w:p>
      <w:pPr>
        <w:jc w:val="right"/>
        <w:bidi/>
      </w:pPr>
      <w:r>
        <w:rPr>
          <w:b/>
        </w:rPr>
        <w:t xml:space="preserve">קשרים: </w:t>
      </w:r>
      <w:r>
        <w:t>בן/בת של יקטן</w:t>
      </w:r>
    </w:p>
    <w:p/>
    <w:p>
      <w:pPr>
        <w:pStyle w:val="Heading1"/>
        <w:jc w:val="right"/>
        <w:bidi/>
      </w:pPr>
      <w:r>
        <w:t>הושע (הנביא)</w:t>
      </w:r>
    </w:p>
    <w:p>
      <w:pPr>
        <w:jc w:val="right"/>
        <w:bidi/>
      </w:pPr>
      <w:r>
        <w:t>שם באנגלית: Hosea</w:t>
      </w:r>
    </w:p>
    <w:p>
      <w:pPr>
        <w:jc w:val="right"/>
        <w:bidi/>
      </w:pPr>
      <w:r>
        <w:t>הושע היה נביא בממלכת ישראל. האל ציווה אותו לקחת אישה זנונית בתור מטפורה לעם ישראל שזנו אחרי אלוהים אחרים.</w:t>
      </w:r>
    </w:p>
    <w:p>
      <w:pPr>
        <w:jc w:val="right"/>
        <w:bidi/>
      </w:pPr>
      <w:r>
        <w:rPr>
          <w:b/>
        </w:rPr>
        <w:t xml:space="preserve">קשרים: </w:t>
      </w:r>
      <w:r>
        <w:t>קשור/ה ל (מקורות) הגר | קשור/ה ל (מקורות) מיכה הנביא | קשור/ה ל (מקורות) יהושע | קשור/ה ל (מקורות) דוד המלך | קשור/ה ל (מקורות) משה | קשור/ה ל (מקורות) ירמיהו | קשור/ה ל (מקורות) ישעיהו | קשור/ה ל (מקורות) אפרים</w:t>
      </w:r>
    </w:p>
    <w:p/>
    <w:p>
      <w:pPr>
        <w:pStyle w:val="Heading1"/>
        <w:jc w:val="right"/>
        <w:bidi/>
      </w:pPr>
      <w:r>
        <w:t>הושע בן אלה</w:t>
      </w:r>
    </w:p>
    <w:p>
      <w:pPr>
        <w:jc w:val="right"/>
        <w:bidi/>
      </w:pPr>
      <w:r>
        <w:t>שם באנגלית: Hosea, the Son of Elah</w:t>
      </w:r>
    </w:p>
    <w:p/>
    <w:p>
      <w:pPr>
        <w:pStyle w:val="Heading1"/>
        <w:jc w:val="right"/>
        <w:bidi/>
      </w:pPr>
      <w:r>
        <w:t>הימן</w:t>
      </w:r>
    </w:p>
    <w:p>
      <w:pPr>
        <w:jc w:val="right"/>
        <w:bidi/>
      </w:pPr>
      <w:r>
        <w:t>שם באנגלית: Heyman</w:t>
      </w:r>
    </w:p>
    <w:p/>
    <w:p>
      <w:pPr>
        <w:pStyle w:val="Heading1"/>
        <w:jc w:val="right"/>
        <w:bidi/>
      </w:pPr>
      <w:r>
        <w:t>המלך מנשה</w:t>
      </w:r>
    </w:p>
    <w:p>
      <w:pPr>
        <w:jc w:val="right"/>
        <w:bidi/>
      </w:pPr>
      <w:r>
        <w:t>שם באנגלית: Menashe</w:t>
      </w:r>
    </w:p>
    <w:p>
      <w:pPr>
        <w:jc w:val="right"/>
        <w:bidi/>
      </w:pPr>
      <w:r>
        <w:t>מנשה היה המלך הארבעה־עשר של יהודה ומתואר כמלך רשע. הוא חידש את עבודת האלילים ביהודה והיה כפוף למלך אשור.</w:t>
      </w:r>
    </w:p>
    <w:p>
      <w:pPr>
        <w:jc w:val="right"/>
        <w:bidi/>
      </w:pPr>
      <w:r>
        <w:rPr>
          <w:b/>
        </w:rPr>
        <w:t xml:space="preserve">קשרים: </w:t>
      </w:r>
      <w:r>
        <w:t>בן/בת של חזקיה</w:t>
      </w:r>
    </w:p>
    <w:p/>
    <w:p>
      <w:pPr>
        <w:pStyle w:val="Heading1"/>
        <w:jc w:val="right"/>
        <w:bidi/>
      </w:pPr>
      <w:r>
        <w:t>המלך שאול</w:t>
      </w:r>
    </w:p>
    <w:p>
      <w:pPr>
        <w:jc w:val="right"/>
        <w:bidi/>
      </w:pPr>
      <w:r>
        <w:t>שם באנגלית: King Saul</w:t>
      </w:r>
    </w:p>
    <w:p>
      <w:pPr>
        <w:jc w:val="right"/>
        <w:bidi/>
      </w:pPr>
      <w:r>
        <w:t>שאול הוא המלך הישראלי הראשון. הוא נמשח למלוכה על ידי שמואל הנביא ששימש לו יועץ. אף על פי שבתחילה היה לו קשר טוב עם דוד ששירת בחצרו, בחלוף הזמן פיתח חשדנות כלפיו וביקש להורגו. דוד נבחר על ידי האל למלוך תחת שאול ונשא לאישה את מיכל בתו. לאחר ששאול שלח יד בנפשו בקרב, קיבל דוד את המלוכה.</w:t>
      </w:r>
    </w:p>
    <w:p>
      <w:pPr>
        <w:jc w:val="right"/>
        <w:bidi/>
      </w:pPr>
      <w:r>
        <w:rPr>
          <w:b/>
        </w:rPr>
        <w:t xml:space="preserve">קשרים: </w:t>
      </w:r>
      <w:r>
        <w:t>קשור/ה ל (מקורות) מואב | קשור/ה ל (מקורות) עמלק | התנגד/ה ל אגג | קשור/ה ל (מקורות) יהונתן בן שאול | קשור/ה ל פלטי בן ליש | התנגד/ה ל אחימלך | קשור/ה ל (מקורות) דוד המלך | קשור/ה ל (מקורות) ירבעם בן נבט | קשור/ה ל ציבא | קשור/ה ל (מקורות) שמואל הנביא | קשור/ה ל (מקורות) תמנע</w:t>
      </w:r>
    </w:p>
    <w:p/>
    <w:p>
      <w:pPr>
        <w:pStyle w:val="Heading1"/>
        <w:jc w:val="right"/>
        <w:bidi/>
      </w:pPr>
      <w:r>
        <w:t>המן</w:t>
      </w:r>
    </w:p>
    <w:p>
      <w:pPr>
        <w:jc w:val="right"/>
        <w:bidi/>
      </w:pPr>
      <w:r>
        <w:t>שם באנגלית: Haman</w:t>
      </w:r>
    </w:p>
    <w:p>
      <w:pPr>
        <w:jc w:val="right"/>
        <w:bidi/>
      </w:pPr>
      <w:r>
        <w:t>המן הוא הרשע במגילת אסתר והבכיר בין שרי המלך אחשוורוש. הוא תכנן לבצע רצח עם שבו יושמדו היהודים בכל מדינות המלך אחשוורוש. תוכניתו סוכלה על ידי מרדכי ואסתר.</w:t>
      </w:r>
    </w:p>
    <w:p>
      <w:pPr>
        <w:jc w:val="right"/>
        <w:bidi/>
      </w:pPr>
      <w:r>
        <w:rPr>
          <w:b/>
        </w:rPr>
        <w:t xml:space="preserve">קשרים: </w:t>
      </w:r>
      <w:r>
        <w:t>צאצא של עמלק | קשור/ה ל (מקורות) עמלק | קשור/ה ל (מקורות) מרדכי | קשור/ה ל (מקורות) ושתי | התנגד/ה ל אסתר | קשור/ה ל (מקורות) אסתר | קשור/ה ל (מקורות) דניאל | קשור/ה ל אחשוורוש | קשור/ה ל (מקורות) אחשוורוש</w:t>
      </w:r>
    </w:p>
    <w:p/>
    <w:p>
      <w:pPr>
        <w:pStyle w:val="Heading1"/>
        <w:jc w:val="right"/>
        <w:bidi/>
      </w:pPr>
      <w:r>
        <w:t>הצללפוני</w:t>
      </w:r>
    </w:p>
    <w:p>
      <w:pPr>
        <w:jc w:val="right"/>
        <w:bidi/>
      </w:pPr>
      <w:r>
        <w:t>שם באנגלית: Tselelponit</w:t>
      </w:r>
    </w:p>
    <w:p/>
    <w:p>
      <w:pPr>
        <w:pStyle w:val="Heading1"/>
        <w:jc w:val="right"/>
        <w:bidi/>
      </w:pPr>
      <w:r>
        <w:t>הרן</w:t>
      </w:r>
    </w:p>
    <w:p>
      <w:pPr>
        <w:jc w:val="right"/>
        <w:bidi/>
      </w:pPr>
      <w:r>
        <w:t>שם באנגלית: Haran</w:t>
      </w:r>
    </w:p>
    <w:p>
      <w:pPr>
        <w:jc w:val="right"/>
        <w:bidi/>
      </w:pPr>
      <w:r>
        <w:rPr>
          <w:b/>
        </w:rPr>
        <w:t xml:space="preserve">קשרים: </w:t>
      </w:r>
      <w:r>
        <w:t>קשור/ה ל (מקורות) אברהם | קשור/ה ל (מקורות) יעקב | בן/בת של תרח | קשור/ה ל (מקורות) תרח</w:t>
      </w:r>
    </w:p>
    <w:p/>
    <w:p>
      <w:pPr>
        <w:pStyle w:val="Heading1"/>
        <w:jc w:val="right"/>
        <w:bidi/>
      </w:pPr>
      <w:r>
        <w:t>התך</w:t>
      </w:r>
    </w:p>
    <w:p>
      <w:pPr>
        <w:jc w:val="right"/>
        <w:bidi/>
      </w:pPr>
      <w:r>
        <w:t>שם באנגלית: Hatach</w:t>
      </w:r>
    </w:p>
    <w:p>
      <w:pPr>
        <w:jc w:val="right"/>
        <w:bidi/>
      </w:pPr>
      <w:r>
        <w:rPr>
          <w:b/>
        </w:rPr>
        <w:t xml:space="preserve">קשרים: </w:t>
      </w:r>
      <w:r>
        <w:t>קשור/ה ל אסתר</w:t>
      </w:r>
    </w:p>
    <w:p/>
    <w:p>
      <w:pPr>
        <w:pStyle w:val="Heading1"/>
        <w:jc w:val="right"/>
        <w:bidi/>
      </w:pPr>
      <w:r>
        <w:t>ושתי</w:t>
      </w:r>
    </w:p>
    <w:p>
      <w:pPr>
        <w:jc w:val="right"/>
        <w:bidi/>
      </w:pPr>
      <w:r>
        <w:t>שם באנגלית: Vashti</w:t>
      </w:r>
    </w:p>
    <w:p>
      <w:pPr>
        <w:jc w:val="right"/>
        <w:bidi/>
      </w:pPr>
      <w:r>
        <w:t>ושתי הייתה אשתו של אחשוורוש. הוא קרא לה להציג לראווה את יופייה בפני רעיו שישבו איתו במשתה. כאשר סירבה לבוא, הוא גירש אותה.</w:t>
      </w:r>
    </w:p>
    <w:p>
      <w:pPr>
        <w:jc w:val="right"/>
        <w:bidi/>
      </w:pPr>
      <w:r>
        <w:rPr>
          <w:b/>
        </w:rPr>
        <w:t xml:space="preserve">קשרים: </w:t>
      </w:r>
      <w:r>
        <w:t>קשור/ה ל (מקורות) המן | קשור/ה ל (מקורות) נבוכדנאצר | קשור/ה ל (מקורות) מרדכי | בן/בת של בלשאצר | קשור/ה ל (מקורות) זרש | קשור/ה ל (מקורות) אסתר | בן/בת זוג של אחשוורוש | קשור/ה ל (מקורות) אחשוורוש</w:t>
      </w:r>
    </w:p>
    <w:p/>
    <w:p>
      <w:pPr>
        <w:pStyle w:val="Heading1"/>
        <w:jc w:val="right"/>
        <w:bidi/>
      </w:pPr>
      <w:r>
        <w:t>זבד בן נתן</w:t>
      </w:r>
    </w:p>
    <w:p>
      <w:pPr>
        <w:jc w:val="right"/>
        <w:bidi/>
      </w:pPr>
      <w:r>
        <w:t>שם באנגלית: Zabad, son of Nathan</w:t>
      </w:r>
    </w:p>
    <w:p/>
    <w:p>
      <w:pPr>
        <w:pStyle w:val="Heading1"/>
        <w:jc w:val="right"/>
        <w:bidi/>
      </w:pPr>
      <w:r>
        <w:t>זבודה בת פדיה</w:t>
      </w:r>
    </w:p>
    <w:p>
      <w:pPr>
        <w:jc w:val="right"/>
        <w:bidi/>
      </w:pPr>
      <w:r>
        <w:t>שם באנגלית: Zebudah</w:t>
      </w:r>
    </w:p>
    <w:p/>
    <w:p>
      <w:pPr>
        <w:pStyle w:val="Heading1"/>
        <w:jc w:val="right"/>
        <w:bidi/>
      </w:pPr>
      <w:r>
        <w:t>זבולון</w:t>
      </w:r>
    </w:p>
    <w:p>
      <w:pPr>
        <w:jc w:val="right"/>
        <w:bidi/>
      </w:pPr>
      <w:r>
        <w:t>שם באנגלית: Zevulun</w:t>
      </w:r>
    </w:p>
    <w:p>
      <w:pPr>
        <w:jc w:val="right"/>
        <w:bidi/>
      </w:pPr>
      <w:r>
        <w:t>זבולון, הבן העשירי של יעקב והבן השישי של לאה, הוא אבי שבט זבולון.</w:t>
      </w:r>
    </w:p>
    <w:p>
      <w:pPr>
        <w:jc w:val="right"/>
        <w:bidi/>
      </w:pPr>
      <w:r>
        <w:rPr>
          <w:b/>
        </w:rPr>
        <w:t xml:space="preserve">קשרים: </w:t>
      </w:r>
      <w:r>
        <w:t>קשור/ה ל (מקורות) אשר | קשור/ה ל (מקורות) ראובן | קשור/ה ל (מקורות) יהודה | קשור/ה ל (מקורות) יוסף | בן/בת של לאה | בן/בת של יעקב | קשור/ה ל (מקורות) יעקב | קשור/ה ל (מקורות) דן | קשור/ה ל (מקורות) נפתלי | קשור/ה ל (מקורות) יששכר</w:t>
      </w:r>
    </w:p>
    <w:p/>
    <w:p>
      <w:pPr>
        <w:pStyle w:val="Heading1"/>
        <w:jc w:val="right"/>
        <w:bidi/>
      </w:pPr>
      <w:r>
        <w:t>זכריה</w:t>
      </w:r>
    </w:p>
    <w:p>
      <w:pPr>
        <w:jc w:val="right"/>
        <w:bidi/>
      </w:pPr>
      <w:r>
        <w:t>שם באנגלית: Zechariah</w:t>
      </w:r>
    </w:p>
    <w:p>
      <w:pPr>
        <w:jc w:val="right"/>
        <w:bidi/>
      </w:pPr>
      <w:r>
        <w:t>זכריה היה נביא בתקופת דריווש מלך פרס. נבואותיו נגעו לימות המשיח.</w:t>
      </w:r>
    </w:p>
    <w:p>
      <w:pPr>
        <w:jc w:val="right"/>
        <w:bidi/>
      </w:pPr>
      <w:r>
        <w:rPr>
          <w:b/>
        </w:rPr>
        <w:t xml:space="preserve">קשרים: </w:t>
      </w:r>
      <w:r>
        <w:t>קשור/ה ל (מקורות) עמוס | קשור/ה ל (מקורות) יחזקאל | קשור/ה ל (מקורות) דוד המלך | קשור/ה ל (מקורות) אסתר | קשור/ה ל (מקורות) ירמיהו | קשור/ה ל (מקורות) ישעיהו | קשור/ה ל (מקורות) חגי</w:t>
      </w:r>
    </w:p>
    <w:p/>
    <w:p>
      <w:pPr>
        <w:pStyle w:val="Heading1"/>
        <w:jc w:val="right"/>
        <w:bidi/>
      </w:pPr>
      <w:r>
        <w:t>זכריה בן יהוידע</w:t>
      </w:r>
    </w:p>
    <w:p>
      <w:pPr>
        <w:jc w:val="right"/>
        <w:bidi/>
      </w:pPr>
      <w:r>
        <w:t>שם באנגלית: Zekhariyah ben Yehoyada</w:t>
      </w:r>
    </w:p>
    <w:p/>
    <w:p>
      <w:pPr>
        <w:pStyle w:val="Heading1"/>
        <w:jc w:val="right"/>
        <w:bidi/>
      </w:pPr>
      <w:r>
        <w:t>זלפה</w:t>
      </w:r>
    </w:p>
    <w:p>
      <w:pPr>
        <w:jc w:val="right"/>
        <w:bidi/>
      </w:pPr>
      <w:r>
        <w:t>שם באנגלית: Zilpah</w:t>
      </w:r>
    </w:p>
    <w:p>
      <w:pPr>
        <w:jc w:val="right"/>
        <w:bidi/>
      </w:pPr>
      <w:r>
        <w:t>Zilpah is a biblical character first introduced in [Genesis 29:24](https://www.sefaria.org/Genesis.29.24?lang=bi&amp;amp;with=all&amp;amp;lang2=en) as Laban's maidservant, whom he gives to his daughter Leah upon Leah's marriage to Jacob. When Leah sees that she has stopped bearing children, she gives Zilpah to Jacob so that Zilpah can bear children. Zilpah gives birth to two sons, Gad and Asher.</w:t>
        <w:br/>
      </w:r>
    </w:p>
    <w:p>
      <w:pPr>
        <w:jc w:val="right"/>
        <w:bidi/>
      </w:pPr>
      <w:r>
        <w:rPr>
          <w:b/>
        </w:rPr>
        <w:t xml:space="preserve">קשרים: </w:t>
      </w:r>
      <w:r>
        <w:t>קשור/ה ל (מקורות) לאה | קשור/ה ל (מקורות) רחל | קשור/ה ל (מקורות) בלהה</w:t>
      </w:r>
    </w:p>
    <w:p/>
    <w:p>
      <w:pPr>
        <w:pStyle w:val="Heading1"/>
        <w:jc w:val="right"/>
        <w:bidi/>
      </w:pPr>
      <w:r>
        <w:t>זמרי</w:t>
      </w:r>
    </w:p>
    <w:p>
      <w:pPr>
        <w:jc w:val="right"/>
        <w:bidi/>
      </w:pPr>
      <w:r>
        <w:t>שם באנגלית: Zimri</w:t>
      </w:r>
    </w:p>
    <w:p>
      <w:pPr>
        <w:jc w:val="right"/>
        <w:bidi/>
      </w:pPr>
      <w:r>
        <w:t xml:space="preserve">בן סלוא </w:t>
      </w:r>
    </w:p>
    <w:p>
      <w:pPr>
        <w:jc w:val="right"/>
        <w:bidi/>
      </w:pPr>
      <w:r>
        <w:rPr>
          <w:b/>
        </w:rPr>
        <w:t xml:space="preserve">קשרים: </w:t>
      </w:r>
      <w:r>
        <w:t>קשור/ה ל (מקורות) פינחס | קשור/ה ל (מקורות) כזבי</w:t>
      </w:r>
    </w:p>
    <w:p/>
    <w:p>
      <w:pPr>
        <w:pStyle w:val="Heading1"/>
        <w:jc w:val="right"/>
        <w:bidi/>
      </w:pPr>
      <w:r>
        <w:t>זמרן</w:t>
      </w:r>
    </w:p>
    <w:p>
      <w:pPr>
        <w:jc w:val="right"/>
        <w:bidi/>
      </w:pPr>
      <w:r>
        <w:t>שם באנגלית: Zimran</w:t>
      </w:r>
    </w:p>
    <w:p>
      <w:pPr>
        <w:jc w:val="right"/>
        <w:bidi/>
      </w:pPr>
      <w:r>
        <w:rPr>
          <w:b/>
        </w:rPr>
        <w:t xml:space="preserve">קשרים: </w:t>
      </w:r>
      <w:r>
        <w:t>בן/בת של אברהם | בן/בת של קטורה</w:t>
      </w:r>
    </w:p>
    <w:p/>
    <w:p>
      <w:pPr>
        <w:pStyle w:val="Heading1"/>
        <w:jc w:val="right"/>
        <w:bidi/>
      </w:pPr>
      <w:r>
        <w:t>זרובבל</w:t>
      </w:r>
    </w:p>
    <w:p>
      <w:pPr>
        <w:jc w:val="right"/>
        <w:bidi/>
      </w:pPr>
      <w:r>
        <w:t>שם באנגלית: Zerubavel</w:t>
      </w:r>
    </w:p>
    <w:p/>
    <w:p>
      <w:pPr>
        <w:pStyle w:val="Heading1"/>
        <w:jc w:val="right"/>
        <w:bidi/>
      </w:pPr>
      <w:r>
        <w:t>זרח</w:t>
      </w:r>
    </w:p>
    <w:p>
      <w:pPr>
        <w:jc w:val="right"/>
        <w:bidi/>
      </w:pPr>
      <w:r>
        <w:t>שם באנגלית: Zerah</w:t>
      </w:r>
    </w:p>
    <w:p>
      <w:pPr>
        <w:jc w:val="right"/>
        <w:bidi/>
      </w:pPr>
      <w:r>
        <w:rPr>
          <w:b/>
        </w:rPr>
        <w:t xml:space="preserve">קשרים: </w:t>
      </w:r>
      <w:r>
        <w:t>בן/בת של יהודה | בן/בת של תמר</w:t>
      </w:r>
    </w:p>
    <w:p/>
    <w:p>
      <w:pPr>
        <w:pStyle w:val="Heading1"/>
        <w:jc w:val="right"/>
        <w:bidi/>
      </w:pPr>
      <w:r>
        <w:t>זרח מלך כוש</w:t>
      </w:r>
    </w:p>
    <w:p>
      <w:pPr>
        <w:jc w:val="right"/>
        <w:bidi/>
      </w:pPr>
      <w:r>
        <w:t>שם באנגלית: Zerah, King of Kush</w:t>
      </w:r>
    </w:p>
    <w:p/>
    <w:p>
      <w:pPr>
        <w:pStyle w:val="Heading1"/>
        <w:jc w:val="right"/>
        <w:bidi/>
      </w:pPr>
      <w:r>
        <w:t>זרש</w:t>
      </w:r>
    </w:p>
    <w:p>
      <w:pPr>
        <w:jc w:val="right"/>
        <w:bidi/>
      </w:pPr>
      <w:r>
        <w:t>שם באנגלית: Zeresh</w:t>
      </w:r>
    </w:p>
    <w:p>
      <w:pPr>
        <w:jc w:val="right"/>
        <w:bidi/>
      </w:pPr>
      <w:r>
        <w:rPr>
          <w:b/>
        </w:rPr>
        <w:t xml:space="preserve">קשרים: </w:t>
      </w:r>
      <w:r>
        <w:t>בן/בת זוג של המן | קשור/ה ל (מקורות) המן | קשור/ה ל (מקורות) ושתי | קשור/ה ל (מקורות) אסתר</w:t>
      </w:r>
    </w:p>
    <w:p/>
    <w:p>
      <w:pPr>
        <w:pStyle w:val="Heading1"/>
        <w:jc w:val="right"/>
        <w:bidi/>
      </w:pPr>
      <w:r>
        <w:t>חֲנַנְיָה בֶּן עַזּוּר</w:t>
      </w:r>
    </w:p>
    <w:p>
      <w:pPr>
        <w:jc w:val="right"/>
        <w:bidi/>
      </w:pPr>
      <w:r>
        <w:t>שם באנגלית: Hanania b. Azzur</w:t>
      </w:r>
    </w:p>
    <w:p/>
    <w:p>
      <w:pPr>
        <w:pStyle w:val="Heading1"/>
        <w:jc w:val="right"/>
        <w:bidi/>
      </w:pPr>
      <w:r>
        <w:t>חבקוק</w:t>
      </w:r>
    </w:p>
    <w:p>
      <w:pPr>
        <w:jc w:val="right"/>
        <w:bidi/>
      </w:pPr>
      <w:r>
        <w:t>שם באנגלית: Habakkuk</w:t>
      </w:r>
    </w:p>
    <w:p/>
    <w:p>
      <w:pPr>
        <w:pStyle w:val="Heading1"/>
        <w:jc w:val="right"/>
        <w:bidi/>
      </w:pPr>
      <w:r>
        <w:t>חבר הקיני</w:t>
      </w:r>
    </w:p>
    <w:p>
      <w:pPr>
        <w:jc w:val="right"/>
        <w:bidi/>
      </w:pPr>
      <w:r>
        <w:t>שם באנגלית: Heber the Kenite</w:t>
      </w:r>
    </w:p>
    <w:p>
      <w:pPr>
        <w:jc w:val="right"/>
        <w:bidi/>
      </w:pPr>
      <w:r>
        <w:rPr>
          <w:b/>
        </w:rPr>
        <w:t xml:space="preserve">קשרים: </w:t>
      </w:r>
      <w:r>
        <w:t>בן/בת זוג של יעל אשת חבר הקיני</w:t>
      </w:r>
    </w:p>
    <w:p/>
    <w:p>
      <w:pPr>
        <w:pStyle w:val="Heading1"/>
        <w:jc w:val="right"/>
        <w:bidi/>
      </w:pPr>
      <w:r>
        <w:t>חגי</w:t>
      </w:r>
    </w:p>
    <w:p>
      <w:pPr>
        <w:jc w:val="right"/>
        <w:bidi/>
      </w:pPr>
      <w:r>
        <w:t>שם באנגלית: Haggai</w:t>
      </w:r>
    </w:p>
    <w:p>
      <w:pPr>
        <w:jc w:val="right"/>
        <w:bidi/>
      </w:pPr>
      <w:r>
        <w:rPr>
          <w:b/>
        </w:rPr>
        <w:t xml:space="preserve">קשרים: </w:t>
      </w:r>
      <w:r>
        <w:t>קשור/ה ל (מקורות) זכריה</w:t>
      </w:r>
    </w:p>
    <w:p/>
    <w:p>
      <w:pPr>
        <w:pStyle w:val="Heading1"/>
        <w:jc w:val="right"/>
        <w:bidi/>
      </w:pPr>
      <w:r>
        <w:t>חגלה</w:t>
      </w:r>
    </w:p>
    <w:p>
      <w:pPr>
        <w:jc w:val="right"/>
        <w:bidi/>
      </w:pPr>
      <w:r>
        <w:t>שם באנגלית: Hoglah</w:t>
      </w:r>
    </w:p>
    <w:p>
      <w:pPr>
        <w:jc w:val="right"/>
        <w:bidi/>
      </w:pPr>
      <w:r>
        <w:rPr>
          <w:b/>
        </w:rPr>
        <w:t xml:space="preserve">קשרים: </w:t>
      </w:r>
      <w:r>
        <w:t>בן/בת של צלפחד</w:t>
      </w:r>
    </w:p>
    <w:p/>
    <w:p>
      <w:pPr>
        <w:pStyle w:val="Heading1"/>
        <w:jc w:val="right"/>
        <w:bidi/>
      </w:pPr>
      <w:r>
        <w:t>חוּשִׁים</w:t>
      </w:r>
    </w:p>
    <w:p>
      <w:pPr>
        <w:jc w:val="right"/>
        <w:bidi/>
      </w:pPr>
      <w:r>
        <w:t>שם באנגלית: Hushim</w:t>
      </w:r>
    </w:p>
    <w:p/>
    <w:p>
      <w:pPr>
        <w:pStyle w:val="Heading1"/>
        <w:jc w:val="right"/>
        <w:bidi/>
      </w:pPr>
      <w:r>
        <w:t>חוה</w:t>
      </w:r>
    </w:p>
    <w:p>
      <w:pPr>
        <w:jc w:val="right"/>
        <w:bidi/>
      </w:pPr>
      <w:r>
        <w:t>שם באנגלית: Eve</w:t>
      </w:r>
    </w:p>
    <w:p>
      <w:pPr>
        <w:jc w:val="right"/>
        <w:bidi/>
      </w:pPr>
      <w:r>
        <w:t>חוה היא האישה הראשונה מבנות מינה ואם כל חי. היא נוצרה מצלעו של אדם והופרדה ממנו. הנחש בגן עדן שכנע אותה לטעום מפרי עץ הדעת, וממנו האכילה גם את אדם. בעקבות זאת גורשו שניהם מגן עדן, ובנות מינה קוללו בלידות קשות ובשיעבוד לגברים.</w:t>
      </w:r>
    </w:p>
    <w:p>
      <w:pPr>
        <w:jc w:val="right"/>
        <w:bidi/>
      </w:pPr>
      <w:r>
        <w:rPr>
          <w:b/>
        </w:rPr>
        <w:t xml:space="preserve">קשרים: </w:t>
      </w:r>
      <w:r>
        <w:t>קשור/ה ל (מקורות) הבל | קשור/ה ל (מקורות) קין | בן/בת זוג של אדם הראשון | קשור/ה ל (מקורות) אדם הראשון | קשור/ה ל (מקורות) שת</w:t>
      </w:r>
    </w:p>
    <w:p/>
    <w:p>
      <w:pPr>
        <w:pStyle w:val="Heading1"/>
        <w:jc w:val="right"/>
        <w:bidi/>
      </w:pPr>
      <w:r>
        <w:t>חוילה</w:t>
      </w:r>
    </w:p>
    <w:p>
      <w:pPr>
        <w:jc w:val="right"/>
        <w:bidi/>
      </w:pPr>
      <w:r>
        <w:t>שם באנגלית: Havilah</w:t>
      </w:r>
    </w:p>
    <w:p>
      <w:pPr>
        <w:jc w:val="right"/>
        <w:bidi/>
      </w:pPr>
      <w:r>
        <w:rPr>
          <w:b/>
        </w:rPr>
        <w:t xml:space="preserve">קשרים: </w:t>
      </w:r>
      <w:r>
        <w:t>בן/בת של כוש</w:t>
      </w:r>
    </w:p>
    <w:p/>
    <w:p>
      <w:pPr>
        <w:pStyle w:val="Heading1"/>
        <w:jc w:val="right"/>
        <w:bidi/>
      </w:pPr>
      <w:r>
        <w:t>חול</w:t>
      </w:r>
    </w:p>
    <w:p>
      <w:pPr>
        <w:jc w:val="right"/>
        <w:bidi/>
      </w:pPr>
      <w:r>
        <w:t>שם באנגלית: Hul</w:t>
      </w:r>
    </w:p>
    <w:p>
      <w:pPr>
        <w:jc w:val="right"/>
        <w:bidi/>
      </w:pPr>
      <w:r>
        <w:rPr>
          <w:b/>
        </w:rPr>
        <w:t xml:space="preserve">קשרים: </w:t>
      </w:r>
      <w:r>
        <w:t>בן/בת של ארם</w:t>
      </w:r>
    </w:p>
    <w:p/>
    <w:p>
      <w:pPr>
        <w:pStyle w:val="Heading1"/>
        <w:jc w:val="right"/>
        <w:bidi/>
      </w:pPr>
      <w:r>
        <w:t>חולדה נביאה</w:t>
      </w:r>
    </w:p>
    <w:p>
      <w:pPr>
        <w:jc w:val="right"/>
        <w:bidi/>
      </w:pPr>
      <w:r>
        <w:t>שם באנגלית: Huldah</w:t>
      </w:r>
    </w:p>
    <w:p>
      <w:pPr>
        <w:jc w:val="right"/>
        <w:bidi/>
      </w:pPr>
      <w:r>
        <w:t xml:space="preserve">Huldah was a prophetess in the Southern Kingdom of Judah in the late seventh century BCE. King Josiah consults her when he finds a scroll of the law in the Temple, which she then authenticated. </w:t>
      </w:r>
    </w:p>
    <w:p>
      <w:pPr>
        <w:jc w:val="right"/>
        <w:bidi/>
      </w:pPr>
      <w:r>
        <w:rPr>
          <w:b/>
        </w:rPr>
        <w:t xml:space="preserve">קשרים: </w:t>
      </w:r>
      <w:r>
        <w:t>קשור/ה ל (מקורות) אביגיל | קשור/ה ל (מקורות) מרים | קשור/ה ל (מקורות) דבורה | קשור/ה ל (מקורות) דוד המלך | קשור/ה ל (מקורות) אסתר | קשור/ה ל (מקורות) חנה | קשור/ה ל (מקורות) יאשיהו | קשור/ה ל (מקורות) שרה</w:t>
      </w:r>
    </w:p>
    <w:p/>
    <w:p>
      <w:pPr>
        <w:pStyle w:val="Heading1"/>
        <w:jc w:val="right"/>
        <w:bidi/>
      </w:pPr>
      <w:r>
        <w:t>חור</w:t>
      </w:r>
    </w:p>
    <w:p>
      <w:pPr>
        <w:jc w:val="right"/>
        <w:bidi/>
      </w:pPr>
      <w:r>
        <w:t>שם באנגלית: Chur</w:t>
      </w:r>
    </w:p>
    <w:p>
      <w:pPr>
        <w:jc w:val="right"/>
        <w:bidi/>
      </w:pPr>
      <w:r>
        <w:rPr>
          <w:b/>
        </w:rPr>
        <w:t xml:space="preserve">קשרים: </w:t>
      </w:r>
      <w:r>
        <w:t>בן/בת של מרים | בן/בת של כלב בן יפונה</w:t>
      </w:r>
    </w:p>
    <w:p/>
    <w:p>
      <w:pPr>
        <w:pStyle w:val="Heading1"/>
        <w:jc w:val="right"/>
        <w:bidi/>
      </w:pPr>
      <w:r>
        <w:t>חושי</w:t>
      </w:r>
    </w:p>
    <w:p>
      <w:pPr>
        <w:jc w:val="right"/>
        <w:bidi/>
      </w:pPr>
      <w:r>
        <w:t>שם באנגלית: Chushi</w:t>
      </w:r>
    </w:p>
    <w:p/>
    <w:p>
      <w:pPr>
        <w:pStyle w:val="Heading1"/>
        <w:jc w:val="right"/>
        <w:bidi/>
      </w:pPr>
      <w:r>
        <w:t>חושים בן דן</w:t>
      </w:r>
    </w:p>
    <w:p>
      <w:pPr>
        <w:jc w:val="right"/>
        <w:bidi/>
      </w:pPr>
      <w:r>
        <w:t>שם באנגלית: Chushim, the son of Dan</w:t>
      </w:r>
    </w:p>
    <w:p/>
    <w:p>
      <w:pPr>
        <w:pStyle w:val="Heading1"/>
        <w:jc w:val="right"/>
        <w:bidi/>
      </w:pPr>
      <w:r>
        <w:t>חזאל</w:t>
      </w:r>
    </w:p>
    <w:p>
      <w:pPr>
        <w:jc w:val="right"/>
        <w:bidi/>
      </w:pPr>
      <w:r>
        <w:t>שם באנגלית: Chazael</w:t>
      </w:r>
    </w:p>
    <w:p>
      <w:pPr>
        <w:jc w:val="right"/>
        <w:bidi/>
      </w:pPr>
      <w:r>
        <w:rPr>
          <w:b/>
        </w:rPr>
        <w:t xml:space="preserve">קשרים: </w:t>
      </w:r>
      <w:r>
        <w:t>התכתב עם אלישע | מנהיג/ה של ארם</w:t>
      </w:r>
    </w:p>
    <w:p/>
    <w:p>
      <w:pPr>
        <w:pStyle w:val="Heading1"/>
        <w:jc w:val="right"/>
        <w:bidi/>
      </w:pPr>
      <w:r>
        <w:t>חזקיה</w:t>
      </w:r>
    </w:p>
    <w:p>
      <w:pPr>
        <w:jc w:val="right"/>
        <w:bidi/>
      </w:pPr>
      <w:r>
        <w:t>שם באנגלית: Hezekiah</w:t>
      </w:r>
    </w:p>
    <w:p>
      <w:pPr>
        <w:jc w:val="right"/>
        <w:bidi/>
      </w:pPr>
      <w:r>
        <w:t>חזקיהו הוא ממלכי יהודה שהנהיג רפורמה דתית שמטרתה ביסוס המונותאיזם הישראלי. הוא חיזק את ירושלים לקראת מצור אשורי, והעיר ניצלה בזכות שילוב של השגחת האל עם המפעל המרשים של חזקיהו: חציבת נקבת השילוח שהבטיחה אספקת מים לעיר במהלך המצור.</w:t>
      </w:r>
    </w:p>
    <w:p>
      <w:pPr>
        <w:jc w:val="right"/>
        <w:bidi/>
      </w:pPr>
      <w:r>
        <w:rPr>
          <w:b/>
        </w:rPr>
        <w:t xml:space="preserve">קשרים: </w:t>
      </w:r>
      <w:r>
        <w:t>קשור/ה ל (מקורות) אברהם | קשור/ה ל (מקורות) סנחריב | בן/בת של אחז | קשור/ה ל (מקורות) משה | התנגד/ה ל אשור | קשור/ה ל (מקורות) שְׁלֹמֹה | קשור/ה ל (מקורות) יאשיהו | קשור/ה ל (מקורות) תרח</w:t>
      </w:r>
    </w:p>
    <w:p/>
    <w:p>
      <w:pPr>
        <w:pStyle w:val="Heading1"/>
        <w:jc w:val="right"/>
        <w:bidi/>
      </w:pPr>
      <w:r>
        <w:t>חיאל</w:t>
      </w:r>
    </w:p>
    <w:p>
      <w:pPr>
        <w:jc w:val="right"/>
        <w:bidi/>
      </w:pPr>
      <w:r>
        <w:t>שם באנגלית: Chiel</w:t>
      </w:r>
    </w:p>
    <w:p/>
    <w:p>
      <w:pPr>
        <w:pStyle w:val="Heading1"/>
        <w:jc w:val="right"/>
        <w:bidi/>
      </w:pPr>
      <w:r>
        <w:t>חירם</w:t>
      </w:r>
    </w:p>
    <w:p>
      <w:pPr>
        <w:jc w:val="right"/>
        <w:bidi/>
      </w:pPr>
      <w:r>
        <w:t>שם באנגלית: Hiram</w:t>
      </w:r>
    </w:p>
    <w:p>
      <w:pPr>
        <w:jc w:val="right"/>
        <w:bidi/>
      </w:pPr>
      <w:r>
        <w:rPr>
          <w:b/>
        </w:rPr>
        <w:t xml:space="preserve">קשרים: </w:t>
      </w:r>
      <w:r>
        <w:t>קשור/ה ל צור</w:t>
      </w:r>
    </w:p>
    <w:p/>
    <w:p>
      <w:pPr>
        <w:pStyle w:val="Heading1"/>
        <w:jc w:val="right"/>
        <w:bidi/>
      </w:pPr>
      <w:r>
        <w:t>חלקיה</w:t>
      </w:r>
    </w:p>
    <w:p>
      <w:pPr>
        <w:jc w:val="right"/>
        <w:bidi/>
      </w:pPr>
      <w:r>
        <w:t>שם באנגלית: Hilkiah</w:t>
      </w:r>
    </w:p>
    <w:p/>
    <w:p>
      <w:pPr>
        <w:pStyle w:val="Heading1"/>
        <w:jc w:val="right"/>
        <w:bidi/>
      </w:pPr>
      <w:r>
        <w:t>חלקיהו בן שלום</w:t>
      </w:r>
    </w:p>
    <w:p>
      <w:pPr>
        <w:jc w:val="right"/>
        <w:bidi/>
      </w:pPr>
      <w:r>
        <w:t>שם באנגלית: Hilkiah</w:t>
      </w:r>
    </w:p>
    <w:p/>
    <w:p>
      <w:pPr>
        <w:pStyle w:val="Heading1"/>
        <w:jc w:val="right"/>
        <w:bidi/>
      </w:pPr>
      <w:r>
        <w:t>חם</w:t>
      </w:r>
    </w:p>
    <w:p>
      <w:pPr>
        <w:jc w:val="right"/>
        <w:bidi/>
      </w:pPr>
      <w:r>
        <w:t>שם באנגלית: Ham</w:t>
      </w:r>
    </w:p>
    <w:p>
      <w:pPr>
        <w:jc w:val="right"/>
        <w:bidi/>
      </w:pPr>
      <w:r>
        <w:t>חם, בנו של נח, קולל משום שהביט בערוות אביו בזמן היותו שיכור. הוא אבי העם הכנעני.</w:t>
      </w:r>
    </w:p>
    <w:p>
      <w:pPr>
        <w:jc w:val="right"/>
        <w:bidi/>
      </w:pPr>
      <w:r>
        <w:rPr>
          <w:b/>
        </w:rPr>
        <w:t xml:space="preserve">קשרים: </w:t>
      </w:r>
      <w:r>
        <w:t>בן/בת של נח | קשור/ה ל (מקורות) נח | קשור/ה ל (מקורות) יפת | קשור/ה ל (מקורות) שֵׁם | קשור/ה ל (מקורות) כנען</w:t>
      </w:r>
    </w:p>
    <w:p/>
    <w:p>
      <w:pPr>
        <w:pStyle w:val="Heading1"/>
        <w:jc w:val="right"/>
        <w:bidi/>
      </w:pPr>
      <w:r>
        <w:t>חמוטל בת ירמיהו</w:t>
      </w:r>
    </w:p>
    <w:p>
      <w:pPr>
        <w:jc w:val="right"/>
        <w:bidi/>
      </w:pPr>
      <w:r>
        <w:t>שם באנגלית: Hamutal</w:t>
      </w:r>
    </w:p>
    <w:p/>
    <w:p>
      <w:pPr>
        <w:pStyle w:val="Heading1"/>
        <w:jc w:val="right"/>
        <w:bidi/>
      </w:pPr>
      <w:r>
        <w:t>חמור</w:t>
      </w:r>
    </w:p>
    <w:p>
      <w:pPr>
        <w:jc w:val="right"/>
        <w:bidi/>
      </w:pPr>
      <w:r>
        <w:t>שם באנגלית: Hamor</w:t>
      </w:r>
    </w:p>
    <w:p/>
    <w:p>
      <w:pPr>
        <w:pStyle w:val="Heading1"/>
        <w:jc w:val="right"/>
        <w:bidi/>
      </w:pPr>
      <w:r>
        <w:t>חנה</w:t>
      </w:r>
    </w:p>
    <w:p>
      <w:pPr>
        <w:jc w:val="right"/>
        <w:bidi/>
      </w:pPr>
      <w:r>
        <w:t>שם באנגלית: Hannah</w:t>
      </w:r>
    </w:p>
    <w:p>
      <w:pPr>
        <w:jc w:val="right"/>
        <w:bidi/>
      </w:pPr>
      <w:r>
        <w:t xml:space="preserve">חנה היא אשת אלקנה ואם שמואל הנביא. היא התמודדה עם עקרות ממושכת, ובמצוקתה הגיעה למשכן בשילה. במקום להקריב קורבן בלבד היא נשאה תפילה בפה לילד, תפילה מילולית. האל שמע את תפילתה, והיא ילדה את שמואל, שבבגרותו היה לנביא ולמנהיג שהוביל את עם ישראל. על פי המסורת, חנה שימשה מודל לתפילה מילולית. </w:t>
      </w:r>
    </w:p>
    <w:p>
      <w:pPr>
        <w:jc w:val="right"/>
        <w:bidi/>
      </w:pPr>
      <w:r>
        <w:rPr>
          <w:b/>
        </w:rPr>
        <w:t xml:space="preserve">קשרים: </w:t>
      </w:r>
      <w:r>
        <w:t>קשור/ה ל (מקורות) אביגיל | קשור/ה ל (מקורות) מרים | קשור/ה ל (מקורות) דבורה | קשור/ה ל (מקורות) חולדה נביאה | בן/בת זוג של אלקנה | קשור/ה ל (מקורות) אלקנה | קשור/ה ל (מקורות) אסתר | קשור/ה ל (מקורות) עלי | קשור/ה ל (מקורות) שמואל הנביא | קשור/ה ל (מקורות) שרה</w:t>
      </w:r>
    </w:p>
    <w:p/>
    <w:p>
      <w:pPr>
        <w:pStyle w:val="Heading1"/>
        <w:jc w:val="right"/>
        <w:bidi/>
      </w:pPr>
      <w:r>
        <w:t>חנוך בן ירד</w:t>
      </w:r>
    </w:p>
    <w:p>
      <w:pPr>
        <w:jc w:val="right"/>
        <w:bidi/>
      </w:pPr>
      <w:r>
        <w:t>שם באנגלית: Enoch</w:t>
      </w:r>
    </w:p>
    <w:p/>
    <w:p>
      <w:pPr>
        <w:pStyle w:val="Heading1"/>
        <w:jc w:val="right"/>
        <w:bidi/>
      </w:pPr>
      <w:r>
        <w:t>חנניה מישאל ועזריה</w:t>
      </w:r>
    </w:p>
    <w:p>
      <w:pPr>
        <w:jc w:val="right"/>
        <w:bidi/>
      </w:pPr>
      <w:r>
        <w:t>שם באנגלית: Chananiah, Mishael and Azariah</w:t>
      </w:r>
    </w:p>
    <w:p>
      <w:pPr>
        <w:jc w:val="right"/>
        <w:bidi/>
      </w:pPr>
      <w:r>
        <w:rPr>
          <w:b/>
        </w:rPr>
        <w:t xml:space="preserve">קשרים: </w:t>
      </w:r>
      <w:r>
        <w:t>קשור/ה ל דניאל</w:t>
      </w:r>
    </w:p>
    <w:p/>
    <w:p>
      <w:pPr>
        <w:pStyle w:val="Heading1"/>
        <w:jc w:val="right"/>
        <w:bidi/>
      </w:pPr>
      <w:r>
        <w:t>חפני</w:t>
      </w:r>
    </w:p>
    <w:p>
      <w:pPr>
        <w:jc w:val="right"/>
        <w:bidi/>
      </w:pPr>
      <w:r>
        <w:t>שם באנגלית: Hofni</w:t>
      </w:r>
    </w:p>
    <w:p/>
    <w:p>
      <w:pPr>
        <w:pStyle w:val="Heading1"/>
        <w:jc w:val="right"/>
        <w:bidi/>
      </w:pPr>
      <w:r>
        <w:t>חפצי בה</w:t>
      </w:r>
    </w:p>
    <w:p>
      <w:pPr>
        <w:jc w:val="right"/>
        <w:bidi/>
      </w:pPr>
      <w:r>
        <w:t>שם באנגלית: Cheftsi-bah</w:t>
      </w:r>
    </w:p>
    <w:p/>
    <w:p>
      <w:pPr>
        <w:pStyle w:val="Heading1"/>
        <w:jc w:val="right"/>
        <w:bidi/>
      </w:pPr>
      <w:r>
        <w:t>חצרון</w:t>
      </w:r>
    </w:p>
    <w:p>
      <w:pPr>
        <w:jc w:val="right"/>
        <w:bidi/>
      </w:pPr>
      <w:r>
        <w:t>שם באנגלית: Hezron</w:t>
      </w:r>
    </w:p>
    <w:p>
      <w:pPr>
        <w:jc w:val="right"/>
        <w:bidi/>
      </w:pPr>
      <w:r>
        <w:rPr>
          <w:b/>
        </w:rPr>
        <w:t xml:space="preserve">קשרים: </w:t>
      </w:r>
      <w:r>
        <w:t>בן/בת של פרץ</w:t>
      </w:r>
    </w:p>
    <w:p/>
    <w:p>
      <w:pPr>
        <w:pStyle w:val="Heading1"/>
        <w:jc w:val="right"/>
        <w:bidi/>
      </w:pPr>
      <w:r>
        <w:t>חרבונה</w:t>
      </w:r>
    </w:p>
    <w:p>
      <w:pPr>
        <w:jc w:val="right"/>
        <w:bidi/>
      </w:pPr>
      <w:r>
        <w:t>שם באנגלית: Charbonah</w:t>
      </w:r>
    </w:p>
    <w:p>
      <w:pPr>
        <w:jc w:val="right"/>
        <w:bidi/>
      </w:pPr>
      <w:r>
        <w:rPr>
          <w:b/>
        </w:rPr>
        <w:t xml:space="preserve">קשרים: </w:t>
      </w:r>
      <w:r>
        <w:t>התנגד/ה ל המן | קשור/ה ל אסתר</w:t>
      </w:r>
    </w:p>
    <w:p/>
    <w:p>
      <w:pPr>
        <w:pStyle w:val="Heading1"/>
        <w:jc w:val="right"/>
        <w:bidi/>
      </w:pPr>
      <w:r>
        <w:t>טובי</w:t>
      </w:r>
    </w:p>
    <w:p>
      <w:pPr>
        <w:jc w:val="right"/>
        <w:bidi/>
      </w:pPr>
      <w:r>
        <w:t>שם באנגלית: Tobit</w:t>
      </w:r>
    </w:p>
    <w:p/>
    <w:p>
      <w:pPr>
        <w:pStyle w:val="Heading1"/>
        <w:jc w:val="right"/>
        <w:bidi/>
      </w:pPr>
      <w:r>
        <w:t>טוביה</w:t>
      </w:r>
    </w:p>
    <w:p>
      <w:pPr>
        <w:jc w:val="right"/>
        <w:bidi/>
      </w:pPr>
      <w:r>
        <w:t>שם באנגלית: Tobias</w:t>
      </w:r>
    </w:p>
    <w:p>
      <w:pPr>
        <w:jc w:val="right"/>
        <w:bidi/>
      </w:pPr>
      <w:r>
        <w:rPr>
          <w:b/>
        </w:rPr>
        <w:t xml:space="preserve">קשרים: </w:t>
      </w:r>
      <w:r>
        <w:t>בן/בת של טובי</w:t>
      </w:r>
    </w:p>
    <w:p/>
    <w:p>
      <w:pPr>
        <w:pStyle w:val="Heading1"/>
        <w:jc w:val="right"/>
        <w:bidi/>
      </w:pPr>
      <w:r>
        <w:t>יִשְׁמָעֵ֣אל בֶּן־נְ֠תַנְיָה בֶּן־אֱלִ֨ישָׁמָ֝ע</w:t>
      </w:r>
    </w:p>
    <w:p>
      <w:pPr>
        <w:jc w:val="right"/>
        <w:bidi/>
      </w:pPr>
      <w:r>
        <w:t>שם באנגלית: Ismael b. Netaniah b. Elishama</w:t>
      </w:r>
    </w:p>
    <w:p/>
    <w:p>
      <w:pPr>
        <w:pStyle w:val="Heading1"/>
        <w:jc w:val="right"/>
        <w:bidi/>
      </w:pPr>
      <w:r>
        <w:t>יֶרֶד</w:t>
      </w:r>
    </w:p>
    <w:p>
      <w:pPr>
        <w:jc w:val="right"/>
        <w:bidi/>
      </w:pPr>
      <w:r>
        <w:t>שם באנגלית: Jared</w:t>
      </w:r>
    </w:p>
    <w:p>
      <w:pPr>
        <w:jc w:val="right"/>
        <w:bidi/>
      </w:pPr>
      <w:r>
        <w:rPr>
          <w:b/>
        </w:rPr>
        <w:t xml:space="preserve">קשרים: </w:t>
      </w:r>
      <w:r>
        <w:t>בן/בת של מהללאל</w:t>
      </w:r>
    </w:p>
    <w:p/>
    <w:p>
      <w:pPr>
        <w:pStyle w:val="Heading1"/>
        <w:jc w:val="right"/>
        <w:bidi/>
      </w:pPr>
      <w:r>
        <w:t>יאיר</w:t>
      </w:r>
    </w:p>
    <w:p>
      <w:pPr>
        <w:jc w:val="right"/>
        <w:bidi/>
      </w:pPr>
      <w:r>
        <w:t>שם באנגלית: Yair</w:t>
      </w:r>
    </w:p>
    <w:p/>
    <w:p>
      <w:pPr>
        <w:pStyle w:val="Heading1"/>
        <w:jc w:val="right"/>
        <w:bidi/>
      </w:pPr>
      <w:r>
        <w:t>יאיר</w:t>
      </w:r>
    </w:p>
    <w:p>
      <w:pPr>
        <w:jc w:val="right"/>
        <w:bidi/>
      </w:pPr>
      <w:r>
        <w:t>שם באנגלית: Yair</w:t>
      </w:r>
    </w:p>
    <w:p/>
    <w:p>
      <w:pPr>
        <w:pStyle w:val="Heading1"/>
        <w:jc w:val="right"/>
        <w:bidi/>
      </w:pPr>
      <w:r>
        <w:t>יאשיהו</w:t>
      </w:r>
    </w:p>
    <w:p>
      <w:pPr>
        <w:jc w:val="right"/>
        <w:bidi/>
      </w:pPr>
      <w:r>
        <w:t>שם באנגלית: Josiah</w:t>
      </w:r>
    </w:p>
    <w:p>
      <w:pPr>
        <w:jc w:val="right"/>
        <w:bidi/>
      </w:pPr>
      <w:r>
        <w:t>יאשיהו היה המלך השישה־עשר של יהודה ומתואר כמלך צדיק, שלא כרבים מאבותיו. הוא שיפץ את בית המקדש וגילה ספר תורה אבוד, ככל הנראה ספר דברים.</w:t>
      </w:r>
    </w:p>
    <w:p>
      <w:pPr>
        <w:jc w:val="right"/>
        <w:bidi/>
      </w:pPr>
      <w:r>
        <w:rPr>
          <w:b/>
        </w:rPr>
        <w:t xml:space="preserve">קשרים: </w:t>
      </w:r>
      <w:r>
        <w:t>קשור/ה ל (מקורות) אביגיל | קשור/ה ל (מקורות) אברהם | בן/בת זוג של יהויקים | קשור/ה ל (מקורות) דוד המלך | קשור/ה ל (מקורות) חולדה נביאה | קשור/ה ל (מקורות) חזקיה | קשור/ה ל (מקורות) ירבעם בן נבט | בן/בת של אמון | קשור/ה ל (מקורות) ירמיהו</w:t>
      </w:r>
    </w:p>
    <w:p/>
    <w:p>
      <w:pPr>
        <w:pStyle w:val="Heading1"/>
        <w:jc w:val="right"/>
        <w:bidi/>
      </w:pPr>
      <w:r>
        <w:t>יבחר</w:t>
      </w:r>
    </w:p>
    <w:p>
      <w:pPr>
        <w:jc w:val="right"/>
        <w:bidi/>
      </w:pPr>
      <w:r>
        <w:t>שם באנגלית: Ibhar</w:t>
      </w:r>
    </w:p>
    <w:p>
      <w:pPr>
        <w:jc w:val="right"/>
        <w:bidi/>
      </w:pPr>
      <w:r>
        <w:rPr>
          <w:b/>
        </w:rPr>
        <w:t xml:space="preserve">קשרים: </w:t>
      </w:r>
      <w:r>
        <w:t>בן/בת של דוד המלך</w:t>
      </w:r>
    </w:p>
    <w:p/>
    <w:p>
      <w:pPr>
        <w:pStyle w:val="Heading1"/>
        <w:jc w:val="right"/>
        <w:bidi/>
      </w:pPr>
      <w:r>
        <w:t>יבל</w:t>
      </w:r>
    </w:p>
    <w:p>
      <w:pPr>
        <w:jc w:val="right"/>
        <w:bidi/>
      </w:pPr>
      <w:r>
        <w:t>שם באנגלית: Jabal</w:t>
      </w:r>
    </w:p>
    <w:p>
      <w:pPr>
        <w:jc w:val="right"/>
        <w:bidi/>
      </w:pPr>
      <w:r>
        <w:rPr>
          <w:b/>
        </w:rPr>
        <w:t xml:space="preserve">קשרים: </w:t>
      </w:r>
      <w:r>
        <w:t>בן/בת של למך | בן/בת של עָדָה</w:t>
      </w:r>
    </w:p>
    <w:p/>
    <w:p>
      <w:pPr>
        <w:pStyle w:val="Heading1"/>
        <w:jc w:val="right"/>
        <w:bidi/>
      </w:pPr>
      <w:r>
        <w:t>ידותון</w:t>
      </w:r>
    </w:p>
    <w:p>
      <w:pPr>
        <w:jc w:val="right"/>
        <w:bidi/>
      </w:pPr>
      <w:r>
        <w:t>שם באנגלית: Yedutun</w:t>
      </w:r>
    </w:p>
    <w:p/>
    <w:p>
      <w:pPr>
        <w:pStyle w:val="Heading1"/>
        <w:jc w:val="right"/>
        <w:bidi/>
      </w:pPr>
      <w:r>
        <w:t>יהוא</w:t>
      </w:r>
    </w:p>
    <w:p>
      <w:pPr>
        <w:jc w:val="right"/>
        <w:bidi/>
      </w:pPr>
      <w:r>
        <w:t>שם באנגלית: Yehu</w:t>
      </w:r>
    </w:p>
    <w:p/>
    <w:p>
      <w:pPr>
        <w:pStyle w:val="Heading1"/>
        <w:jc w:val="right"/>
        <w:bidi/>
      </w:pPr>
      <w:r>
        <w:t>יהודה</w:t>
      </w:r>
    </w:p>
    <w:p>
      <w:pPr>
        <w:jc w:val="right"/>
        <w:bidi/>
      </w:pPr>
      <w:r>
        <w:t>שם באנגלית: Judah</w:t>
      </w:r>
    </w:p>
    <w:p>
      <w:pPr>
        <w:jc w:val="right"/>
        <w:bidi/>
      </w:pPr>
      <w:r>
        <w:t>יהודה הוא בנו הרביעי של יעקב, אבי שבט יהודה, ודוד המלך הוא מצאצאיו. נחלת יהודה קרויה על שמו, וכן עם ישראל בגלגוליו המאוחרים קרוי על שמו עד היום. בברכת יעקב לבניו לפני מותו התברך יהודה שיהיה גביר לאֶחיו.</w:t>
      </w:r>
    </w:p>
    <w:p>
      <w:pPr>
        <w:jc w:val="right"/>
        <w:bidi/>
      </w:pPr>
      <w:r>
        <w:rPr>
          <w:b/>
        </w:rPr>
        <w:t xml:space="preserve">קשרים: </w:t>
      </w:r>
      <w:r>
        <w:t>קשור/ה ל (מקורות) ראובן | קשור/ה ל (מקורות) יוסף | בן/בת של לאה | בן/בת של יעקב | קשור/ה ל (מקורות) בנימין | קשור/ה ל (מקורות) רות | קשור/ה ל (מקורות) תמר</w:t>
      </w:r>
    </w:p>
    <w:p/>
    <w:p>
      <w:pPr>
        <w:pStyle w:val="Heading1"/>
        <w:jc w:val="right"/>
        <w:bidi/>
      </w:pPr>
      <w:r>
        <w:t>יהודי</w:t>
      </w:r>
    </w:p>
    <w:p>
      <w:pPr>
        <w:jc w:val="right"/>
        <w:bidi/>
      </w:pPr>
      <w:r>
        <w:t>שם באנגלית: Jehudi</w:t>
      </w:r>
    </w:p>
    <w:p/>
    <w:p>
      <w:pPr>
        <w:pStyle w:val="Heading1"/>
        <w:jc w:val="right"/>
        <w:bidi/>
      </w:pPr>
      <w:r>
        <w:t>יהוידע</w:t>
      </w:r>
    </w:p>
    <w:p>
      <w:pPr>
        <w:jc w:val="right"/>
        <w:bidi/>
      </w:pPr>
      <w:r>
        <w:t>שם באנגלית: Yehoyada</w:t>
      </w:r>
    </w:p>
    <w:p>
      <w:pPr>
        <w:jc w:val="right"/>
        <w:bidi/>
      </w:pPr>
      <w:r>
        <w:rPr>
          <w:b/>
        </w:rPr>
        <w:t xml:space="preserve">קשרים: </w:t>
      </w:r>
      <w:r>
        <w:t>לימד/ה את יואש</w:t>
      </w:r>
    </w:p>
    <w:p/>
    <w:p>
      <w:pPr>
        <w:pStyle w:val="Heading1"/>
        <w:jc w:val="right"/>
        <w:bidi/>
      </w:pPr>
      <w:r>
        <w:t>יהויכין</w:t>
      </w:r>
    </w:p>
    <w:p>
      <w:pPr>
        <w:jc w:val="right"/>
        <w:bidi/>
      </w:pPr>
      <w:r>
        <w:t>שם באנגלית: Jehoiachin</w:t>
      </w:r>
    </w:p>
    <w:p>
      <w:pPr>
        <w:jc w:val="right"/>
        <w:bidi/>
      </w:pPr>
      <w:r>
        <w:t xml:space="preserve">This king of Judah, whose name means "the Lord will establish" is known in Tanakh by the name Jeconiah (Yekhoniah). He was one of the last kings of the Southern Kingdom of Judah and only reigned for three months before he was taken into Babylonian exile in 597 BCE by the [Nebuchadnezzar](https://www.sefaria.org/topics/nebuchadnezzar?tab=sources), the king of Babylon. </w:t>
      </w:r>
    </w:p>
    <w:p>
      <w:pPr>
        <w:jc w:val="right"/>
        <w:bidi/>
      </w:pPr>
      <w:r>
        <w:rPr>
          <w:b/>
        </w:rPr>
        <w:t xml:space="preserve">קשרים: </w:t>
      </w:r>
      <w:r>
        <w:t>בן/בת של יהויקים</w:t>
      </w:r>
    </w:p>
    <w:p/>
    <w:p>
      <w:pPr>
        <w:pStyle w:val="Heading1"/>
        <w:jc w:val="right"/>
        <w:bidi/>
      </w:pPr>
      <w:r>
        <w:t>יהויקים</w:t>
      </w:r>
    </w:p>
    <w:p>
      <w:pPr>
        <w:jc w:val="right"/>
        <w:bidi/>
      </w:pPr>
      <w:r>
        <w:t>שם באנגלית: Jehoiakim</w:t>
      </w:r>
    </w:p>
    <w:p>
      <w:pPr>
        <w:jc w:val="right"/>
        <w:bidi/>
      </w:pPr>
      <w:r>
        <w:t>יהויקים היה המלך השמונה־עשר של יהודה. בתחילה היה כפוף לממלכת מצרים אך לאחר מכן הכריז על נאמנותו לבבל בתקווה למנוע את חורבן ירושלים. בספרות חז"ל מתואר כמלך רשע.</w:t>
      </w:r>
    </w:p>
    <w:p>
      <w:pPr>
        <w:jc w:val="right"/>
        <w:bidi/>
      </w:pPr>
      <w:r>
        <w:rPr>
          <w:b/>
        </w:rPr>
        <w:t xml:space="preserve">קשרים: </w:t>
      </w:r>
      <w:r>
        <w:t>בן/בת של יאשיהו | בן/בת של זבודה בת פדיה</w:t>
      </w:r>
    </w:p>
    <w:p/>
    <w:p>
      <w:pPr>
        <w:pStyle w:val="Heading1"/>
        <w:jc w:val="right"/>
        <w:bidi/>
      </w:pPr>
      <w:r>
        <w:t>יהונדב</w:t>
      </w:r>
    </w:p>
    <w:p>
      <w:pPr>
        <w:jc w:val="right"/>
        <w:bidi/>
      </w:pPr>
      <w:r>
        <w:t>שם באנגלית: Jonadab</w:t>
      </w:r>
    </w:p>
    <w:p>
      <w:pPr>
        <w:jc w:val="right"/>
        <w:bidi/>
      </w:pPr>
      <w:r>
        <w:rPr>
          <w:b/>
        </w:rPr>
        <w:t xml:space="preserve">קשרים: </w:t>
      </w:r>
      <w:r>
        <w:t>בן/בת דוד/דודה של אמנון</w:t>
      </w:r>
    </w:p>
    <w:p/>
    <w:p>
      <w:pPr>
        <w:pStyle w:val="Heading1"/>
        <w:jc w:val="right"/>
        <w:bidi/>
      </w:pPr>
      <w:r>
        <w:t>יהונדב בן רכב</w:t>
      </w:r>
    </w:p>
    <w:p>
      <w:pPr>
        <w:jc w:val="right"/>
        <w:bidi/>
      </w:pPr>
      <w:r>
        <w:t>שם באנגלית: Jonadab, the Son of Rechab</w:t>
      </w:r>
    </w:p>
    <w:p>
      <w:pPr>
        <w:jc w:val="right"/>
        <w:bidi/>
      </w:pPr>
      <w:r>
        <w:rPr>
          <w:b/>
        </w:rPr>
        <w:t xml:space="preserve">קשרים: </w:t>
      </w:r>
      <w:r>
        <w:t>צאצא של יתרו</w:t>
      </w:r>
    </w:p>
    <w:p/>
    <w:p>
      <w:pPr>
        <w:pStyle w:val="Heading1"/>
        <w:jc w:val="right"/>
        <w:bidi/>
      </w:pPr>
      <w:r>
        <w:t>יהונתן בן גרשם</w:t>
      </w:r>
    </w:p>
    <w:p>
      <w:pPr>
        <w:jc w:val="right"/>
        <w:bidi/>
      </w:pPr>
      <w:r>
        <w:t>שם באנגלית: Yehonatan ben Gershom</w:t>
      </w:r>
    </w:p>
    <w:p/>
    <w:p>
      <w:pPr>
        <w:pStyle w:val="Heading1"/>
        <w:jc w:val="right"/>
        <w:bidi/>
      </w:pPr>
      <w:r>
        <w:t>יהונתן בן שאול</w:t>
      </w:r>
    </w:p>
    <w:p>
      <w:pPr>
        <w:jc w:val="right"/>
        <w:bidi/>
      </w:pPr>
      <w:r>
        <w:t>שם באנגלית: Jonathan</w:t>
      </w:r>
    </w:p>
    <w:p>
      <w:pPr>
        <w:jc w:val="right"/>
        <w:bidi/>
      </w:pPr>
      <w:r>
        <w:t>יהונתן, בנו של שאול המלך וחבר נפש של דוד המלך, צידד בדוד במקום באביו שאול והציל את חיי דוד. נהרג בקרב בצד אביו ואֶחָיו.</w:t>
      </w:r>
    </w:p>
    <w:p>
      <w:pPr>
        <w:jc w:val="right"/>
        <w:bidi/>
      </w:pPr>
      <w:r>
        <w:rPr>
          <w:b/>
        </w:rPr>
        <w:t xml:space="preserve">קשרים: </w:t>
      </w:r>
      <w:r>
        <w:t>קשור/ה ל (מקורות) דוד המלך | בן/בת של המלך שאול | קשור/ה ל (מקורות) המלך שאול</w:t>
      </w:r>
    </w:p>
    <w:p/>
    <w:p>
      <w:pPr>
        <w:pStyle w:val="Heading1"/>
        <w:jc w:val="right"/>
        <w:bidi/>
      </w:pPr>
      <w:r>
        <w:t>יהורם מלך יהודה</w:t>
      </w:r>
    </w:p>
    <w:p>
      <w:pPr>
        <w:jc w:val="right"/>
        <w:bidi/>
      </w:pPr>
      <w:r>
        <w:t>שם באנגלית: Yehoram</w:t>
      </w:r>
    </w:p>
    <w:p>
      <w:pPr>
        <w:jc w:val="right"/>
        <w:bidi/>
      </w:pPr>
      <w:r>
        <w:rPr>
          <w:b/>
        </w:rPr>
        <w:t xml:space="preserve">קשרים: </w:t>
      </w:r>
      <w:r>
        <w:t>בן/בת של יהושפט</w:t>
      </w:r>
    </w:p>
    <w:p/>
    <w:p>
      <w:pPr>
        <w:pStyle w:val="Heading1"/>
        <w:jc w:val="right"/>
        <w:bidi/>
      </w:pPr>
      <w:r>
        <w:t>יהורם מלך ישראל</w:t>
      </w:r>
    </w:p>
    <w:p>
      <w:pPr>
        <w:jc w:val="right"/>
        <w:bidi/>
      </w:pPr>
      <w:r>
        <w:t>שם באנגלית: Yehoram</w:t>
      </w:r>
    </w:p>
    <w:p/>
    <w:p>
      <w:pPr>
        <w:pStyle w:val="Heading1"/>
        <w:jc w:val="right"/>
        <w:bidi/>
      </w:pPr>
      <w:r>
        <w:t>יהושע</w:t>
      </w:r>
    </w:p>
    <w:p>
      <w:pPr>
        <w:jc w:val="right"/>
        <w:bidi/>
      </w:pPr>
      <w:r>
        <w:t>שם באנגלית: Joshua</w:t>
      </w:r>
    </w:p>
    <w:p>
      <w:pPr>
        <w:jc w:val="right"/>
        <w:bidi/>
      </w:pPr>
      <w:r>
        <w:t>בתור יורשו של משה, יהושע הוביל את בני ישראל לתוך הארץ המובטחת. תחת הנהגתו כבש העם חלקים נרחבים מן הארץ. יהושע וכלב הם היחידים מדור יוצאי מצרים ששרדו את המדבר ונכנסו לארץ המובטחת.</w:t>
      </w:r>
    </w:p>
    <w:p>
      <w:pPr>
        <w:jc w:val="right"/>
        <w:bidi/>
      </w:pPr>
      <w:r>
        <w:rPr>
          <w:b/>
        </w:rPr>
        <w:t xml:space="preserve">קשרים: </w:t>
      </w:r>
      <w:r>
        <w:t>קשור/ה ל (מקורות) פינחס | קשור/ה ל (מקורות) כלב בן יפונה | בן/בת של נון | קשור/ה ל (מקורות) משה | קשור/ה ל (מקורות) רחב</w:t>
      </w:r>
    </w:p>
    <w:p/>
    <w:p>
      <w:pPr>
        <w:pStyle w:val="Heading1"/>
        <w:jc w:val="right"/>
        <w:bidi/>
      </w:pPr>
      <w:r>
        <w:t>יהושע כהן גדול</w:t>
      </w:r>
    </w:p>
    <w:p>
      <w:pPr>
        <w:jc w:val="right"/>
        <w:bidi/>
      </w:pPr>
      <w:r>
        <w:t>שם באנגלית: Joshua the High Priest</w:t>
      </w:r>
    </w:p>
    <w:p/>
    <w:p>
      <w:pPr>
        <w:pStyle w:val="Heading1"/>
        <w:jc w:val="right"/>
        <w:bidi/>
      </w:pPr>
      <w:r>
        <w:t>יהושפט</w:t>
      </w:r>
    </w:p>
    <w:p>
      <w:pPr>
        <w:jc w:val="right"/>
        <w:bidi/>
      </w:pPr>
      <w:r>
        <w:t>שם באנגלית: Yehoshafat</w:t>
      </w:r>
    </w:p>
    <w:p>
      <w:pPr>
        <w:jc w:val="right"/>
        <w:bidi/>
      </w:pPr>
      <w:r>
        <w:rPr>
          <w:b/>
        </w:rPr>
        <w:t xml:space="preserve">קשרים: </w:t>
      </w:r>
      <w:r>
        <w:t>בן/בת של אסא | בן/בת של עזובה</w:t>
      </w:r>
    </w:p>
    <w:p/>
    <w:p>
      <w:pPr>
        <w:pStyle w:val="Heading1"/>
        <w:jc w:val="right"/>
        <w:bidi/>
      </w:pPr>
      <w:r>
        <w:t>יוֹחָנָן בֶּן קָרֵחַ</w:t>
      </w:r>
    </w:p>
    <w:p>
      <w:pPr>
        <w:jc w:val="right"/>
        <w:bidi/>
      </w:pPr>
      <w:r>
        <w:t>שם באנגלית: Johanan b. the bald</w:t>
      </w:r>
    </w:p>
    <w:p/>
    <w:p>
      <w:pPr>
        <w:pStyle w:val="Heading1"/>
        <w:jc w:val="right"/>
        <w:bidi/>
      </w:pPr>
      <w:r>
        <w:t>יוֹנָתָן</w:t>
      </w:r>
    </w:p>
    <w:p>
      <w:pPr>
        <w:jc w:val="right"/>
        <w:bidi/>
      </w:pPr>
      <w:r>
        <w:t>שם באנגלית: Jonathan</w:t>
      </w:r>
    </w:p>
    <w:p/>
    <w:p>
      <w:pPr>
        <w:pStyle w:val="Heading1"/>
        <w:jc w:val="right"/>
        <w:bidi/>
      </w:pPr>
      <w:r>
        <w:t>יואב</w:t>
      </w:r>
    </w:p>
    <w:p>
      <w:pPr>
        <w:jc w:val="right"/>
        <w:bidi/>
      </w:pPr>
      <w:r>
        <w:t>שם באנגלית: Yoav</w:t>
      </w:r>
    </w:p>
    <w:p>
      <w:pPr>
        <w:jc w:val="right"/>
        <w:bidi/>
      </w:pPr>
      <w:r>
        <w:t>יואב היה האחיין של דוד המלך ושר צבאו. הוא הנהיג את כוחותיו של דוד נגד מרד בנו אבשלום. מאוחר יותר הצטרף יואב למרד של אדניה, גם הוא בנו של דוד, ובעקבות זאת הורה דוד לשלמה להוציאו להורג.</w:t>
      </w:r>
    </w:p>
    <w:p>
      <w:pPr>
        <w:jc w:val="right"/>
        <w:bidi/>
      </w:pPr>
      <w:r>
        <w:rPr>
          <w:b/>
        </w:rPr>
        <w:t xml:space="preserve">קשרים: </w:t>
      </w:r>
      <w:r>
        <w:t>קשור/ה ל (מקורות) אביגיל | קשור/ה ל (מקורות) נתן הנביא | קשור/ה ל (מקורות) אבנר | קשור/ה ל (מקורות) אבשלום | קשור/ה ל (מקורות) עמשא | קשור/ה ל (מקורות) סרח בת אשר | קשור/ה ל (מקורות) דוד המלך | בן/בת של צרויה | קשור/ה ל (מקורות) בת שבע</w:t>
      </w:r>
    </w:p>
    <w:p/>
    <w:p>
      <w:pPr>
        <w:pStyle w:val="Heading1"/>
        <w:jc w:val="right"/>
        <w:bidi/>
      </w:pPr>
      <w:r>
        <w:t>יואח בן אסף</w:t>
      </w:r>
    </w:p>
    <w:p>
      <w:pPr>
        <w:jc w:val="right"/>
        <w:bidi/>
      </w:pPr>
      <w:r>
        <w:t>שם באנגלית: Joahe son of Asaph</w:t>
      </w:r>
    </w:p>
    <w:p/>
    <w:p>
      <w:pPr>
        <w:pStyle w:val="Heading1"/>
        <w:jc w:val="right"/>
        <w:bidi/>
      </w:pPr>
      <w:r>
        <w:t>יואל</w:t>
      </w:r>
    </w:p>
    <w:p>
      <w:pPr>
        <w:jc w:val="right"/>
        <w:bidi/>
      </w:pPr>
      <w:r>
        <w:t>שם באנגלית: Yoel</w:t>
      </w:r>
    </w:p>
    <w:p>
      <w:pPr>
        <w:jc w:val="right"/>
        <w:bidi/>
      </w:pPr>
      <w:r>
        <w:rPr>
          <w:b/>
        </w:rPr>
        <w:t xml:space="preserve">קשרים: </w:t>
      </w:r>
      <w:r>
        <w:t>קשור/ה ל (מקורות) ישעיהו | בן/בת של שמואל הנביא</w:t>
      </w:r>
    </w:p>
    <w:p/>
    <w:p>
      <w:pPr>
        <w:pStyle w:val="Heading1"/>
        <w:jc w:val="right"/>
        <w:bidi/>
      </w:pPr>
      <w:r>
        <w:t>יואש</w:t>
      </w:r>
    </w:p>
    <w:p>
      <w:pPr>
        <w:jc w:val="right"/>
        <w:bidi/>
      </w:pPr>
      <w:r>
        <w:t>שם באנגלית: Yoash</w:t>
      </w:r>
    </w:p>
    <w:p>
      <w:pPr>
        <w:jc w:val="right"/>
        <w:bidi/>
      </w:pPr>
      <w:r>
        <w:rPr>
          <w:b/>
        </w:rPr>
        <w:t xml:space="preserve">קשרים: </w:t>
      </w:r>
      <w:r>
        <w:t>בן/בת של אחזיה | בן/בת של צביה</w:t>
      </w:r>
    </w:p>
    <w:p/>
    <w:p>
      <w:pPr>
        <w:pStyle w:val="Heading1"/>
        <w:jc w:val="right"/>
        <w:bidi/>
      </w:pPr>
      <w:r>
        <w:t>יואש</w:t>
      </w:r>
    </w:p>
    <w:p>
      <w:pPr>
        <w:jc w:val="right"/>
        <w:bidi/>
      </w:pPr>
      <w:r>
        <w:t>שם באנגלית: Yoash</w:t>
      </w:r>
    </w:p>
    <w:p>
      <w:pPr>
        <w:jc w:val="right"/>
        <w:bidi/>
      </w:pPr>
      <w:r>
        <w:t>A king of Israel.</w:t>
      </w:r>
    </w:p>
    <w:p/>
    <w:p>
      <w:pPr>
        <w:pStyle w:val="Heading1"/>
        <w:jc w:val="right"/>
        <w:bidi/>
      </w:pPr>
      <w:r>
        <w:t>יובב</w:t>
      </w:r>
    </w:p>
    <w:p>
      <w:pPr>
        <w:jc w:val="right"/>
        <w:bidi/>
      </w:pPr>
      <w:r>
        <w:t>שם באנגלית: Jobab</w:t>
      </w:r>
    </w:p>
    <w:p>
      <w:pPr>
        <w:jc w:val="right"/>
        <w:bidi/>
      </w:pPr>
      <w:r>
        <w:rPr>
          <w:b/>
        </w:rPr>
        <w:t xml:space="preserve">קשרים: </w:t>
      </w:r>
      <w:r>
        <w:t>בן/בת של יקטן</w:t>
      </w:r>
    </w:p>
    <w:p/>
    <w:p>
      <w:pPr>
        <w:pStyle w:val="Heading1"/>
        <w:jc w:val="right"/>
        <w:bidi/>
      </w:pPr>
      <w:r>
        <w:t>יובל</w:t>
      </w:r>
    </w:p>
    <w:p>
      <w:pPr>
        <w:jc w:val="right"/>
        <w:bidi/>
      </w:pPr>
      <w:r>
        <w:t>שם באנגלית: Jubal</w:t>
      </w:r>
    </w:p>
    <w:p>
      <w:pPr>
        <w:jc w:val="right"/>
        <w:bidi/>
      </w:pPr>
      <w:r>
        <w:rPr>
          <w:b/>
        </w:rPr>
        <w:t xml:space="preserve">קשרים: </w:t>
      </w:r>
      <w:r>
        <w:t>בן/בת של למך | בן/בת של עָדָה</w:t>
      </w:r>
    </w:p>
    <w:p/>
    <w:p>
      <w:pPr>
        <w:pStyle w:val="Heading1"/>
        <w:jc w:val="right"/>
        <w:bidi/>
      </w:pPr>
      <w:r>
        <w:t>יוון</w:t>
      </w:r>
    </w:p>
    <w:p>
      <w:pPr>
        <w:jc w:val="right"/>
        <w:bidi/>
      </w:pPr>
      <w:r>
        <w:t>שם באנגלית: Javan</w:t>
      </w:r>
    </w:p>
    <w:p>
      <w:pPr>
        <w:jc w:val="right"/>
        <w:bidi/>
      </w:pPr>
      <w:r>
        <w:rPr>
          <w:b/>
        </w:rPr>
        <w:t xml:space="preserve">קשרים: </w:t>
      </w:r>
      <w:r>
        <w:t>בן/בת של יפת</w:t>
      </w:r>
    </w:p>
    <w:p/>
    <w:p>
      <w:pPr>
        <w:pStyle w:val="Heading1"/>
        <w:jc w:val="right"/>
        <w:bidi/>
      </w:pPr>
      <w:r>
        <w:t>יוכבד</w:t>
      </w:r>
    </w:p>
    <w:p>
      <w:pPr>
        <w:jc w:val="right"/>
        <w:bidi/>
      </w:pPr>
      <w:r>
        <w:t>שם באנגלית: Yokheved</w:t>
      </w:r>
    </w:p>
    <w:p>
      <w:pPr>
        <w:jc w:val="right"/>
        <w:bidi/>
      </w:pPr>
      <w:r>
        <w:t>יוכבד היא דמות בספר שמות ואימם של אהרון, מרים ומשה. מחשש לצו של פרעה להשליך את כל ילדי ישראל אל היאור, היא הסתירה את בנה התינוק, משה. כאשר לא היה אפשר עוד להסתירו, יוכבד הניחה אותו בתבה על נהר הנילוס, שם מצאה אותו בת פרעה.</w:t>
      </w:r>
    </w:p>
    <w:p>
      <w:pPr>
        <w:jc w:val="right"/>
        <w:bidi/>
      </w:pPr>
      <w:r>
        <w:rPr>
          <w:b/>
        </w:rPr>
        <w:t xml:space="preserve">קשרים: </w:t>
      </w:r>
      <w:r>
        <w:t>קשור/ה ל (מקורות) עמרם | קשור/ה ל (מקורות) מרים | קשור/ה ל (מקורות) אלישבע | קשור/ה ל (מקורות) משה | בן/בת של לוי | קשור/ה ל (מקורות) שפרה ופועה | קשור/ה ל (מקורות) בתיה</w:t>
      </w:r>
    </w:p>
    <w:p/>
    <w:p>
      <w:pPr>
        <w:pStyle w:val="Heading1"/>
        <w:jc w:val="right"/>
        <w:bidi/>
      </w:pPr>
      <w:r>
        <w:t>יונה הנביא</w:t>
      </w:r>
    </w:p>
    <w:p>
      <w:pPr>
        <w:jc w:val="right"/>
        <w:bidi/>
      </w:pPr>
      <w:r>
        <w:t>שם באנגלית: Jonah</w:t>
      </w:r>
    </w:p>
    <w:p>
      <w:pPr>
        <w:jc w:val="right"/>
        <w:bidi/>
      </w:pPr>
      <w:r>
        <w:t>יונה, גיבורו של ספר יונה המקראי, הוא נביא מסויג. הוא נצטווה על ידי האל לנבא לבני העיר נינווה על חורבנה אם לא יחזרו אנשיה בתשובה, אבל ניסה להתחמק משליחות זו. הוא ברח באונייה ללב ים, הוטל ממנה בשעת סערה גדולה ונבלע על ידי דג גדול. לאחר שניצל באורח נס, הלך לנינווה להזהיר את אנשי העיר מפני החורבן, ואלה נענו לו וחזרו בתשובה.</w:t>
      </w:r>
    </w:p>
    <w:p>
      <w:pPr>
        <w:jc w:val="right"/>
        <w:bidi/>
      </w:pPr>
      <w:r>
        <w:rPr>
          <w:b/>
        </w:rPr>
        <w:t xml:space="preserve">קשרים: </w:t>
      </w:r>
      <w:r>
        <w:t>התכתב עם יהוא | התכתב עם אלישע</w:t>
      </w:r>
    </w:p>
    <w:p/>
    <w:p>
      <w:pPr>
        <w:pStyle w:val="Heading1"/>
        <w:jc w:val="right"/>
        <w:bidi/>
      </w:pPr>
      <w:r>
        <w:t>יונתן בן אביתר</w:t>
      </w:r>
    </w:p>
    <w:p>
      <w:pPr>
        <w:jc w:val="right"/>
        <w:bidi/>
      </w:pPr>
      <w:r>
        <w:t>שם באנגלית: Jonathan son of Abiathar</w:t>
      </w:r>
    </w:p>
    <w:p>
      <w:pPr>
        <w:jc w:val="right"/>
        <w:bidi/>
      </w:pPr>
      <w:r>
        <w:rPr>
          <w:b/>
        </w:rPr>
        <w:t xml:space="preserve">קשרים: </w:t>
      </w:r>
      <w:r>
        <w:t>בן/בת של אביתר</w:t>
      </w:r>
    </w:p>
    <w:p/>
    <w:p>
      <w:pPr>
        <w:pStyle w:val="Heading1"/>
        <w:jc w:val="right"/>
        <w:bidi/>
      </w:pPr>
      <w:r>
        <w:t>יוסף</w:t>
      </w:r>
    </w:p>
    <w:p>
      <w:pPr>
        <w:jc w:val="right"/>
        <w:bidi/>
      </w:pPr>
      <w:r>
        <w:t>שם באנגלית: Joseph</w:t>
      </w:r>
    </w:p>
    <w:p>
      <w:pPr>
        <w:jc w:val="right"/>
        <w:bidi/>
      </w:pPr>
      <w:r>
        <w:t>יוסף הוא בנו האחד־עשר של יעקב, אחד משנים־עשר האחים. לאחר שנמכר לעבדות במצרים על ידי אֶחיו, היה לפותר חלומות ומונה למשנה ויועץ לפרעה. בזכותו עלה בידי יעקב ובניו לרדת למצרים והם ניצלו מהרעב הכבד בארץ כנען, ובזכותו הם השתקעו במצרים בתמיכת פרעה.</w:t>
      </w:r>
    </w:p>
    <w:p>
      <w:pPr>
        <w:jc w:val="right"/>
        <w:bidi/>
      </w:pPr>
      <w:r>
        <w:rPr>
          <w:b/>
        </w:rPr>
        <w:t xml:space="preserve">קשרים: </w:t>
      </w:r>
      <w:r>
        <w:t>קשור/ה ל (מקורות) מצרים | קשור/ה ל (מקורות) יהודה | בעל תפקיד צפנת פענח | בן/בת של יעקב | קשור/ה ל (מקורות) יעקב | אח/אחות של בנימין | בן/בת זוג של אסנת | בן/בת של רחל</w:t>
      </w:r>
    </w:p>
    <w:p/>
    <w:p>
      <w:pPr>
        <w:pStyle w:val="Heading1"/>
        <w:jc w:val="right"/>
        <w:bidi/>
      </w:pPr>
      <w:r>
        <w:t>יותם</w:t>
      </w:r>
    </w:p>
    <w:p>
      <w:pPr>
        <w:jc w:val="right"/>
        <w:bidi/>
      </w:pPr>
      <w:r>
        <w:t>שם באנגלית: Yotam</w:t>
      </w:r>
    </w:p>
    <w:p>
      <w:pPr>
        <w:jc w:val="right"/>
        <w:bidi/>
      </w:pPr>
      <w:r>
        <w:t>A king of Judah.</w:t>
      </w:r>
    </w:p>
    <w:p>
      <w:pPr>
        <w:jc w:val="right"/>
        <w:bidi/>
      </w:pPr>
      <w:r>
        <w:rPr>
          <w:b/>
        </w:rPr>
        <w:t xml:space="preserve">קשרים: </w:t>
      </w:r>
      <w:r>
        <w:t>בן/בת של עוזיה</w:t>
      </w:r>
    </w:p>
    <w:p/>
    <w:p>
      <w:pPr>
        <w:pStyle w:val="Heading1"/>
        <w:jc w:val="right"/>
        <w:bidi/>
      </w:pPr>
      <w:r>
        <w:t>יותם</w:t>
      </w:r>
    </w:p>
    <w:p>
      <w:pPr>
        <w:jc w:val="right"/>
        <w:bidi/>
      </w:pPr>
      <w:r>
        <w:t>שם באנגלית: Yotam</w:t>
      </w:r>
    </w:p>
    <w:p>
      <w:pPr>
        <w:jc w:val="right"/>
        <w:bidi/>
      </w:pPr>
      <w:r>
        <w:rPr>
          <w:b/>
        </w:rPr>
        <w:t xml:space="preserve">קשרים: </w:t>
      </w:r>
      <w:r>
        <w:t>התנגד/ה ל אבימלך | בן/בת של גדעון</w:t>
      </w:r>
    </w:p>
    <w:p/>
    <w:p>
      <w:pPr>
        <w:pStyle w:val="Heading1"/>
        <w:jc w:val="right"/>
        <w:bidi/>
      </w:pPr>
      <w:r>
        <w:t>יחזקאל</w:t>
      </w:r>
    </w:p>
    <w:p>
      <w:pPr>
        <w:jc w:val="right"/>
        <w:bidi/>
      </w:pPr>
      <w:r>
        <w:t>שם באנגלית: Ezekiel</w:t>
      </w:r>
    </w:p>
    <w:p>
      <w:pPr>
        <w:jc w:val="right"/>
        <w:bidi/>
      </w:pPr>
      <w:r>
        <w:t>יחזקאל הוא נביא בתקופת המלכים יאשיהו ויהויכין. נבואותיו מתאפיינות בחזיונות בעלי משמעות מיסטית של מרכבת האל, מלוכתו וצבאותיו. על פי המסורת היהודית, נבואותיו נכתבו כספר בתקופה מאוחרת יותר.</w:t>
      </w:r>
    </w:p>
    <w:p>
      <w:pPr>
        <w:jc w:val="right"/>
        <w:bidi/>
      </w:pPr>
      <w:r>
        <w:rPr>
          <w:b/>
        </w:rPr>
        <w:t xml:space="preserve">קשרים: </w:t>
      </w:r>
      <w:r>
        <w:t>קשור/ה ל (מקורות) ספר איוב | קשור/ה ל (מקורות) אליהו | קשור/ה ל (מקורות) ירמיהו | קשור/ה ל (מקורות) ישעיהו</w:t>
      </w:r>
    </w:p>
    <w:p/>
    <w:p>
      <w:pPr>
        <w:pStyle w:val="Heading1"/>
        <w:jc w:val="right"/>
        <w:bidi/>
      </w:pPr>
      <w:r>
        <w:t>יחלאל</w:t>
      </w:r>
    </w:p>
    <w:p>
      <w:pPr>
        <w:jc w:val="right"/>
        <w:bidi/>
      </w:pPr>
      <w:r>
        <w:t>שם באנגלית: Jahleel</w:t>
      </w:r>
    </w:p>
    <w:p>
      <w:pPr>
        <w:jc w:val="right"/>
        <w:bidi/>
      </w:pPr>
      <w:r>
        <w:rPr>
          <w:b/>
        </w:rPr>
        <w:t xml:space="preserve">קשרים: </w:t>
      </w:r>
      <w:r>
        <w:t>בן/בת של זבולון</w:t>
      </w:r>
    </w:p>
    <w:p/>
    <w:p>
      <w:pPr>
        <w:pStyle w:val="Heading1"/>
        <w:jc w:val="right"/>
        <w:bidi/>
      </w:pPr>
      <w:r>
        <w:t>יטור</w:t>
      </w:r>
    </w:p>
    <w:p>
      <w:pPr>
        <w:jc w:val="right"/>
        <w:bidi/>
      </w:pPr>
      <w:r>
        <w:t>שם באנגלית: Jetur</w:t>
      </w:r>
    </w:p>
    <w:p>
      <w:pPr>
        <w:jc w:val="right"/>
        <w:bidi/>
      </w:pPr>
      <w:r>
        <w:rPr>
          <w:b/>
        </w:rPr>
        <w:t xml:space="preserve">קשרים: </w:t>
      </w:r>
      <w:r>
        <w:t>בן/בת של ישמעאל</w:t>
      </w:r>
    </w:p>
    <w:p/>
    <w:p>
      <w:pPr>
        <w:pStyle w:val="Heading1"/>
        <w:jc w:val="right"/>
        <w:bidi/>
      </w:pPr>
      <w:r>
        <w:t>יכין</w:t>
      </w:r>
    </w:p>
    <w:p>
      <w:pPr>
        <w:jc w:val="right"/>
        <w:bidi/>
      </w:pPr>
      <w:r>
        <w:t>שם באנגלית: Jakin</w:t>
      </w:r>
    </w:p>
    <w:p>
      <w:pPr>
        <w:jc w:val="right"/>
        <w:bidi/>
      </w:pPr>
      <w:r>
        <w:rPr>
          <w:b/>
        </w:rPr>
        <w:t xml:space="preserve">קשרים: </w:t>
      </w:r>
      <w:r>
        <w:t>בן/בת של שמעון</w:t>
      </w:r>
    </w:p>
    <w:p/>
    <w:p>
      <w:pPr>
        <w:pStyle w:val="Heading1"/>
        <w:jc w:val="right"/>
        <w:bidi/>
      </w:pPr>
      <w:r>
        <w:t>ימימה</w:t>
      </w:r>
    </w:p>
    <w:p>
      <w:pPr>
        <w:jc w:val="right"/>
        <w:bidi/>
      </w:pPr>
      <w:r>
        <w:t>שם באנגלית: Jemima</w:t>
      </w:r>
    </w:p>
    <w:p>
      <w:pPr>
        <w:jc w:val="right"/>
        <w:bidi/>
      </w:pPr>
      <w:r>
        <w:rPr>
          <w:b/>
        </w:rPr>
        <w:t xml:space="preserve">קשרים: </w:t>
      </w:r>
      <w:r>
        <w:t>בן/בת של ספר איוב</w:t>
      </w:r>
    </w:p>
    <w:p/>
    <w:p>
      <w:pPr>
        <w:pStyle w:val="Heading1"/>
        <w:jc w:val="right"/>
        <w:bidi/>
      </w:pPr>
      <w:r>
        <w:t>יסכה</w:t>
      </w:r>
    </w:p>
    <w:p>
      <w:pPr>
        <w:jc w:val="right"/>
        <w:bidi/>
      </w:pPr>
      <w:r>
        <w:t>שם באנגלית: Iscah</w:t>
      </w:r>
    </w:p>
    <w:p>
      <w:pPr>
        <w:jc w:val="right"/>
        <w:bidi/>
      </w:pPr>
      <w:r>
        <w:rPr>
          <w:b/>
        </w:rPr>
        <w:t xml:space="preserve">קשרים: </w:t>
      </w:r>
      <w:r>
        <w:t>בן/בת של הרן</w:t>
      </w:r>
    </w:p>
    <w:p/>
    <w:p>
      <w:pPr>
        <w:pStyle w:val="Heading1"/>
        <w:jc w:val="right"/>
        <w:bidi/>
      </w:pPr>
      <w:r>
        <w:t>יעבץ</w:t>
      </w:r>
    </w:p>
    <w:p>
      <w:pPr>
        <w:jc w:val="right"/>
        <w:bidi/>
      </w:pPr>
      <w:r>
        <w:t>שם באנגלית: Ya'vets</w:t>
      </w:r>
    </w:p>
    <w:p/>
    <w:p>
      <w:pPr>
        <w:pStyle w:val="Heading1"/>
        <w:jc w:val="right"/>
        <w:bidi/>
      </w:pPr>
      <w:r>
        <w:t>יעוש</w:t>
      </w:r>
    </w:p>
    <w:p>
      <w:pPr>
        <w:jc w:val="right"/>
        <w:bidi/>
      </w:pPr>
      <w:r>
        <w:t>שם באנגלית: Jeush</w:t>
      </w:r>
    </w:p>
    <w:p>
      <w:pPr>
        <w:jc w:val="right"/>
        <w:bidi/>
      </w:pPr>
      <w:r>
        <w:rPr>
          <w:b/>
        </w:rPr>
        <w:t xml:space="preserve">קשרים: </w:t>
      </w:r>
      <w:r>
        <w:t>בן/בת של עשיו</w:t>
      </w:r>
    </w:p>
    <w:p/>
    <w:p>
      <w:pPr>
        <w:pStyle w:val="Heading1"/>
        <w:jc w:val="right"/>
        <w:bidi/>
      </w:pPr>
      <w:r>
        <w:t>יעל אשת חבר הקיני</w:t>
      </w:r>
    </w:p>
    <w:p>
      <w:pPr>
        <w:jc w:val="right"/>
        <w:bidi/>
      </w:pPr>
      <w:r>
        <w:t>שם באנגלית: Yael</w:t>
      </w:r>
    </w:p>
    <w:p>
      <w:pPr>
        <w:jc w:val="right"/>
        <w:bidi/>
      </w:pPr>
      <w:r>
        <w:t>יעל, דמות בספר שופטים, פיתתה את סיסרא, שר הצבא הכנעני, והזמינה אותו להיכנס לתוך האוהל שלה. לאחר שנתנה לו חלב חם והרדימה אותו, נעצה יתד ברקתו והרגה אותו.</w:t>
      </w:r>
    </w:p>
    <w:p>
      <w:pPr>
        <w:jc w:val="right"/>
        <w:bidi/>
      </w:pPr>
      <w:r>
        <w:rPr>
          <w:b/>
        </w:rPr>
        <w:t xml:space="preserve">קשרים: </w:t>
      </w:r>
      <w:r>
        <w:t>קשור/ה ל (מקורות) סיסרא | קשור/ה ל (מקורות) יונה הנביא | קשור/ה ל (מקורות) דבורה | קשור/ה ל (מקורות) יעקב | קשור/ה ל (מקורות) אסתר | קשור/ה ל (מקורות) תמר | קשור/ה ל (מקורות) שמשון</w:t>
      </w:r>
    </w:p>
    <w:p/>
    <w:p>
      <w:pPr>
        <w:pStyle w:val="Heading1"/>
        <w:jc w:val="right"/>
        <w:bidi/>
      </w:pPr>
      <w:r>
        <w:t>יעקב</w:t>
      </w:r>
    </w:p>
    <w:p>
      <w:pPr>
        <w:jc w:val="right"/>
        <w:bidi/>
      </w:pPr>
      <w:r>
        <w:t>שם באנגלית: Jacob</w:t>
      </w:r>
    </w:p>
    <w:p>
      <w:pPr>
        <w:jc w:val="right"/>
        <w:bidi/>
      </w:pPr>
      <w:r>
        <w:t>יעקב הוא האחרון בין שלושת האבות של עם ישראל, ונשותיו הן רחל ולאה. לאחר שנאבק עם מלאך אלוהים, ניתן לו השם "ישראל", שאומץ כשם האומה היהודית עד היום הזה. ליעקב נולדו שנים־עשר בנים ובת אחת. בניו הם אבות שנים־עשר שבטי ישראל הקרויים על שמם.</w:t>
      </w:r>
    </w:p>
    <w:p>
      <w:pPr>
        <w:jc w:val="right"/>
        <w:bidi/>
      </w:pPr>
      <w:r>
        <w:rPr>
          <w:b/>
        </w:rPr>
        <w:t xml:space="preserve">קשרים: </w:t>
      </w:r>
      <w:r>
        <w:t>קשור/ה ל (מקורות) עשיו | בן/בת זוג של זלפה | קשור/ה ל (מקורות) יוסף | חתן/כלה של לבן בן בתואל | בן/בת של יצחק | קשור/ה ל (מקורות) יצחק | בן/בת של רבקה | קשור/ה ל (מקורות) רחל | בן/בת זוג של בלהה</w:t>
      </w:r>
    </w:p>
    <w:p/>
    <w:p>
      <w:pPr>
        <w:pStyle w:val="Heading1"/>
        <w:jc w:val="right"/>
        <w:bidi/>
      </w:pPr>
      <w:r>
        <w:t>יפת</w:t>
      </w:r>
    </w:p>
    <w:p>
      <w:pPr>
        <w:jc w:val="right"/>
        <w:bidi/>
      </w:pPr>
      <w:r>
        <w:t>שם באנגלית: Yefet</w:t>
      </w:r>
    </w:p>
    <w:p>
      <w:pPr>
        <w:jc w:val="right"/>
        <w:bidi/>
      </w:pPr>
      <w:r>
        <w:t xml:space="preserve">Yefet, known as Japheth in English, is a biblical character first mentioned in Genesis 6:10, where he is listed as the third of Noah’s three sons. Together with his brother Shem, he covers his father’s nakedness when Noah gets drunk after emerging from the ark. For this, Noah blesses him. He is described as having seven sons, among them Yavan, considered to be the father of the Greeks. </w:t>
      </w:r>
    </w:p>
    <w:p>
      <w:pPr>
        <w:jc w:val="right"/>
        <w:bidi/>
      </w:pPr>
      <w:r>
        <w:rPr>
          <w:b/>
        </w:rPr>
        <w:t xml:space="preserve">קשרים: </w:t>
      </w:r>
      <w:r>
        <w:t>בן/בת של נח | קשור/ה ל (מקורות) חם | קשור/ה ל (מקורות) שֵׁם</w:t>
      </w:r>
    </w:p>
    <w:p/>
    <w:p>
      <w:pPr>
        <w:pStyle w:val="Heading1"/>
        <w:jc w:val="right"/>
        <w:bidi/>
      </w:pPr>
      <w:r>
        <w:t>יפתח</w:t>
      </w:r>
    </w:p>
    <w:p>
      <w:pPr>
        <w:jc w:val="right"/>
        <w:bidi/>
      </w:pPr>
      <w:r>
        <w:t>שם באנגלית: Yiftach</w:t>
      </w:r>
    </w:p>
    <w:p/>
    <w:p>
      <w:pPr>
        <w:pStyle w:val="Heading1"/>
        <w:jc w:val="right"/>
        <w:bidi/>
      </w:pPr>
      <w:r>
        <w:t>יצהר</w:t>
      </w:r>
    </w:p>
    <w:p>
      <w:pPr>
        <w:jc w:val="right"/>
        <w:bidi/>
      </w:pPr>
      <w:r>
        <w:t>שם באנגלית: Izhar</w:t>
      </w:r>
    </w:p>
    <w:p>
      <w:pPr>
        <w:jc w:val="right"/>
        <w:bidi/>
      </w:pPr>
      <w:r>
        <w:rPr>
          <w:b/>
        </w:rPr>
        <w:t xml:space="preserve">קשרים: </w:t>
      </w:r>
      <w:r>
        <w:t>בן/בת של קהת</w:t>
      </w:r>
    </w:p>
    <w:p/>
    <w:p>
      <w:pPr>
        <w:pStyle w:val="Heading1"/>
        <w:jc w:val="right"/>
        <w:bidi/>
      </w:pPr>
      <w:r>
        <w:t>יצחק</w:t>
      </w:r>
    </w:p>
    <w:p>
      <w:pPr>
        <w:jc w:val="right"/>
        <w:bidi/>
      </w:pPr>
      <w:r>
        <w:t>שם באנגלית: Isaac</w:t>
      </w:r>
    </w:p>
    <w:p>
      <w:pPr>
        <w:jc w:val="right"/>
        <w:bidi/>
      </w:pPr>
      <w:r>
        <w:t>יצחק הוא השני בין שלושת אבות העם היהודי ובעלה של רבקה. אביו אברהם צוּוה להקריבו כניסיון אמוני, ולאחר שניצל המשיך יצחק את דרכו ואת פועלו של אביו. שושלת העם היהודי המשיכה באמצעות בנו הצעיר יעקב.</w:t>
      </w:r>
    </w:p>
    <w:p>
      <w:pPr>
        <w:jc w:val="right"/>
        <w:bidi/>
      </w:pPr>
      <w:r>
        <w:rPr>
          <w:b/>
        </w:rPr>
        <w:t xml:space="preserve">קשרים: </w:t>
      </w:r>
      <w:r>
        <w:t>קשור/ה ל (מקורות) הגר | קשור/ה ל (מקורות) עשיו | בן/בת של אברהם | קשור/ה ל (מקורות) אברהם | קשור/ה ל (מקורות) יעקב | קשור/ה ל (מקורות) ישמעאל | קשור/ה ל (מקורות) רבקה | בן/בת של שרה | קשור/ה ל (מקורות) שרה</w:t>
      </w:r>
    </w:p>
    <w:p/>
    <w:p>
      <w:pPr>
        <w:pStyle w:val="Heading1"/>
        <w:jc w:val="right"/>
        <w:bidi/>
      </w:pPr>
      <w:r>
        <w:t>יקטן</w:t>
      </w:r>
    </w:p>
    <w:p>
      <w:pPr>
        <w:jc w:val="right"/>
        <w:bidi/>
      </w:pPr>
      <w:r>
        <w:t>שם באנגלית: Yoktan</w:t>
      </w:r>
    </w:p>
    <w:p>
      <w:pPr>
        <w:jc w:val="right"/>
        <w:bidi/>
      </w:pPr>
      <w:r>
        <w:rPr>
          <w:b/>
        </w:rPr>
        <w:t xml:space="preserve">קשרים: </w:t>
      </w:r>
      <w:r>
        <w:t>בן/בת של עבר בן שם</w:t>
      </w:r>
    </w:p>
    <w:p/>
    <w:p>
      <w:pPr>
        <w:pStyle w:val="Heading1"/>
        <w:jc w:val="right"/>
        <w:bidi/>
      </w:pPr>
      <w:r>
        <w:t>יקשן</w:t>
      </w:r>
    </w:p>
    <w:p>
      <w:pPr>
        <w:jc w:val="right"/>
        <w:bidi/>
      </w:pPr>
      <w:r>
        <w:t>שם באנגלית: Jokshan</w:t>
      </w:r>
    </w:p>
    <w:p>
      <w:pPr>
        <w:jc w:val="right"/>
        <w:bidi/>
      </w:pPr>
      <w:r>
        <w:rPr>
          <w:b/>
        </w:rPr>
        <w:t xml:space="preserve">קשרים: </w:t>
      </w:r>
      <w:r>
        <w:t>בן/בת של אברהם | בן/בת של קטורה</w:t>
      </w:r>
    </w:p>
    <w:p/>
    <w:p>
      <w:pPr>
        <w:pStyle w:val="Heading1"/>
        <w:jc w:val="right"/>
        <w:bidi/>
      </w:pPr>
      <w:r>
        <w:t>ירבעם בן יואש</w:t>
      </w:r>
    </w:p>
    <w:p>
      <w:pPr>
        <w:jc w:val="right"/>
        <w:bidi/>
      </w:pPr>
      <w:r>
        <w:t>שם באנגלית: Yerovam</w:t>
      </w:r>
    </w:p>
    <w:p/>
    <w:p>
      <w:pPr>
        <w:pStyle w:val="Heading1"/>
        <w:jc w:val="right"/>
        <w:bidi/>
      </w:pPr>
      <w:r>
        <w:t>ירבעם בן נבט</w:t>
      </w:r>
    </w:p>
    <w:p>
      <w:pPr>
        <w:jc w:val="right"/>
        <w:bidi/>
      </w:pPr>
      <w:r>
        <w:t>שם באנגלית: Jeroboam</w:t>
      </w:r>
    </w:p>
    <w:p>
      <w:pPr>
        <w:jc w:val="right"/>
        <w:bidi/>
      </w:pPr>
      <w:r>
        <w:t>ירבעם היה המלך הראשון בממלכת ישראל אחרי שמרד במלכות שושלת דוד. הוא יצר בממלכתו מערך מקביל של פולחן וכהונה כקריאת תגר על בית המקדש ובכהונה ביהודה.</w:t>
      </w:r>
    </w:p>
    <w:p>
      <w:pPr>
        <w:jc w:val="right"/>
        <w:bidi/>
      </w:pPr>
      <w:r>
        <w:rPr>
          <w:b/>
        </w:rPr>
        <w:t xml:space="preserve">קשרים: </w:t>
      </w:r>
      <w:r>
        <w:t>בן/בת של נבט | קשור/ה ל (מקורות) דוד המלך | קשור/ה ל (מקורות) רחבעם | קשור/ה ל (מקורות) המלך שאול | קשור/ה ל (מקורות) שְׁלֹמֹה | קשור/ה ל (מקורות) יאשיהו</w:t>
      </w:r>
    </w:p>
    <w:p/>
    <w:p>
      <w:pPr>
        <w:pStyle w:val="Heading1"/>
        <w:jc w:val="right"/>
        <w:bidi/>
      </w:pPr>
      <w:r>
        <w:t>ירמיהו</w:t>
      </w:r>
    </w:p>
    <w:p>
      <w:pPr>
        <w:jc w:val="right"/>
        <w:bidi/>
      </w:pPr>
      <w:r>
        <w:t>שם באנגלית: Jeremiah</w:t>
      </w:r>
    </w:p>
    <w:p>
      <w:pPr>
        <w:jc w:val="right"/>
        <w:bidi/>
      </w:pPr>
      <w:r>
        <w:t>ירמיהו הוא אחד הנביאים הבולטים במקרא. הוא הזהיר את העם שירושלים תיחרב על ידי הבבלים כעונש על חטאי עם ישראל, אך העם לעג לו והתעלם מדבריו. עם חורבן ירושלים גלה ירמיהו לבבל עם רבים מבני יהודה. מקובל לייחס לו את כתיבת ספר ירמיהו וספר איכה.</w:t>
      </w:r>
    </w:p>
    <w:p>
      <w:pPr>
        <w:jc w:val="right"/>
        <w:bidi/>
      </w:pPr>
      <w:r>
        <w:rPr>
          <w:b/>
        </w:rPr>
        <w:t xml:space="preserve">קשרים: </w:t>
      </w:r>
      <w:r>
        <w:t>קשור/ה ל (מקורות) עמוס | התנגד/ה ל יהויקים | קשור/ה ל (מקורות) יחזקאל | קשור/ה ל ברוך בן נריה | בן/בת של חלקיה | קשור/ה ל (מקורות) ישעיהו | קשור/ה ל יאשיהו | קשור/ה ל (מקורות) צדקיהו</w:t>
      </w:r>
    </w:p>
    <w:p/>
    <w:p>
      <w:pPr>
        <w:pStyle w:val="Heading1"/>
        <w:jc w:val="right"/>
        <w:bidi/>
      </w:pPr>
      <w:r>
        <w:t>ישבי</w:t>
      </w:r>
    </w:p>
    <w:p>
      <w:pPr>
        <w:jc w:val="right"/>
        <w:bidi/>
      </w:pPr>
      <w:r>
        <w:t>שם באנגלית: Yishbi</w:t>
      </w:r>
    </w:p>
    <w:p/>
    <w:p>
      <w:pPr>
        <w:pStyle w:val="Heading1"/>
        <w:jc w:val="right"/>
        <w:bidi/>
      </w:pPr>
      <w:r>
        <w:t>ישבק</w:t>
      </w:r>
    </w:p>
    <w:p>
      <w:pPr>
        <w:jc w:val="right"/>
        <w:bidi/>
      </w:pPr>
      <w:r>
        <w:t>שם באנגלית: Ishbak</w:t>
      </w:r>
    </w:p>
    <w:p>
      <w:pPr>
        <w:jc w:val="right"/>
        <w:bidi/>
      </w:pPr>
      <w:r>
        <w:rPr>
          <w:b/>
        </w:rPr>
        <w:t xml:space="preserve">קשרים: </w:t>
      </w:r>
      <w:r>
        <w:t>בן/בת של אברהם | בן/בת של קטורה</w:t>
      </w:r>
    </w:p>
    <w:p/>
    <w:p>
      <w:pPr>
        <w:pStyle w:val="Heading1"/>
        <w:jc w:val="right"/>
        <w:bidi/>
      </w:pPr>
      <w:r>
        <w:t>ישי</w:t>
      </w:r>
    </w:p>
    <w:p>
      <w:pPr>
        <w:jc w:val="right"/>
        <w:bidi/>
      </w:pPr>
      <w:r>
        <w:t>שם באנגלית: Jesse</w:t>
      </w:r>
    </w:p>
    <w:p>
      <w:pPr>
        <w:jc w:val="right"/>
        <w:bidi/>
      </w:pPr>
      <w:r>
        <w:t xml:space="preserve">Yishai </w:t>
      </w:r>
    </w:p>
    <w:p>
      <w:pPr>
        <w:jc w:val="right"/>
        <w:bidi/>
      </w:pPr>
      <w:r>
        <w:rPr>
          <w:b/>
        </w:rPr>
        <w:t xml:space="preserve">קשרים: </w:t>
      </w:r>
      <w:r>
        <w:t>בן/בת של עובד | צאצא של רות</w:t>
      </w:r>
    </w:p>
    <w:p/>
    <w:p>
      <w:pPr>
        <w:pStyle w:val="Heading1"/>
        <w:jc w:val="right"/>
        <w:bidi/>
      </w:pPr>
      <w:r>
        <w:t>ישמעאל</w:t>
      </w:r>
    </w:p>
    <w:p>
      <w:pPr>
        <w:jc w:val="right"/>
        <w:bidi/>
      </w:pPr>
      <w:r>
        <w:t>שם באנגלית: Ishmael</w:t>
      </w:r>
    </w:p>
    <w:p>
      <w:pPr>
        <w:jc w:val="right"/>
        <w:bidi/>
      </w:pPr>
      <w:r>
        <w:t>ישמעאל הוא בנו הבכור של אברהם ובנה של הגר פילגשו. בעקבות עצת שרה וצו האל שולחו ישמעאל והגר מבית אברהם. לאחר שנקלעו למצוקה במדבר, נגלה אליהם מלאך שהוביל אותם לבאר מים ועודד אותם בנוגע לעתידם. ישמעאל הוא אבי העם הישמעאלי.</w:t>
      </w:r>
    </w:p>
    <w:p>
      <w:pPr>
        <w:jc w:val="right"/>
        <w:bidi/>
      </w:pPr>
      <w:r>
        <w:rPr>
          <w:b/>
        </w:rPr>
        <w:t xml:space="preserve">קשרים: </w:t>
      </w:r>
      <w:r>
        <w:t>בן/בת של הגר | קשור/ה ל (מקורות) הגר | קשור/ה ל (מקורות) עשיו | בן/בת של אברהם | קשור/ה ל (מקורות) אברהם | קשור/ה ל (מקורות) יצחק | קשור/ה ל (מקורות) רבקה | קשור/ה ל (מקורות) שרה</w:t>
      </w:r>
    </w:p>
    <w:p/>
    <w:p>
      <w:pPr>
        <w:pStyle w:val="Heading1"/>
        <w:jc w:val="right"/>
        <w:bidi/>
      </w:pPr>
      <w:r>
        <w:t>ישמעאל בן נתניה</w:t>
      </w:r>
    </w:p>
    <w:p>
      <w:pPr>
        <w:jc w:val="right"/>
        <w:bidi/>
      </w:pPr>
      <w:r>
        <w:t>שם באנגלית: Yishmael ben Netanyah</w:t>
      </w:r>
    </w:p>
    <w:p>
      <w:pPr>
        <w:jc w:val="right"/>
        <w:bidi/>
      </w:pPr>
      <w:r>
        <w:rPr>
          <w:b/>
        </w:rPr>
        <w:t xml:space="preserve">קשרים: </w:t>
      </w:r>
      <w:r>
        <w:t>התנגד/ה ל גדליה</w:t>
      </w:r>
    </w:p>
    <w:p/>
    <w:p>
      <w:pPr>
        <w:pStyle w:val="Heading1"/>
        <w:jc w:val="right"/>
        <w:bidi/>
      </w:pPr>
      <w:r>
        <w:t>ישעיהו</w:t>
      </w:r>
    </w:p>
    <w:p>
      <w:pPr>
        <w:jc w:val="right"/>
        <w:bidi/>
      </w:pPr>
      <w:r>
        <w:t>שם באנגלית: Isaiah</w:t>
      </w:r>
    </w:p>
    <w:p>
      <w:pPr>
        <w:jc w:val="right"/>
        <w:bidi/>
      </w:pPr>
      <w:r>
        <w:t>ישעיהו הוא אחד הנביאים החשובים במקרא, ומקובל לייחס לו את ספר ישעיהו. הוא נודע בזכות נבואות החורבן והגאולה שלו. נבואותיו משלבות מרכיבים פוליטיים ומשיחיים.</w:t>
      </w:r>
    </w:p>
    <w:p>
      <w:pPr>
        <w:jc w:val="right"/>
        <w:bidi/>
      </w:pPr>
      <w:r>
        <w:rPr>
          <w:b/>
        </w:rPr>
        <w:t xml:space="preserve">קשרים: </w:t>
      </w:r>
      <w:r>
        <w:t>קשור/ה ל (מקורות) יחזקאל | קשור/ה ל חזקיה | קשור/ה ל (מקורות) ירמיהו | בן/בת של אָמוֹץ</w:t>
      </w:r>
    </w:p>
    <w:p/>
    <w:p>
      <w:pPr>
        <w:pStyle w:val="Heading1"/>
        <w:jc w:val="right"/>
        <w:bidi/>
      </w:pPr>
      <w:r>
        <w:t>יששכר</w:t>
      </w:r>
    </w:p>
    <w:p>
      <w:pPr>
        <w:jc w:val="right"/>
        <w:bidi/>
      </w:pPr>
      <w:r>
        <w:t>שם באנגלית: Issachar</w:t>
      </w:r>
    </w:p>
    <w:p>
      <w:pPr>
        <w:jc w:val="right"/>
        <w:bidi/>
      </w:pPr>
      <w:r>
        <w:t>יששכר, בנו התשיעי של יעקב והבן החמישי של לאה, הוא אבי שבט יששכר.</w:t>
      </w:r>
    </w:p>
    <w:p>
      <w:pPr>
        <w:jc w:val="right"/>
        <w:bidi/>
      </w:pPr>
      <w:r>
        <w:rPr>
          <w:b/>
        </w:rPr>
        <w:t xml:space="preserve">קשרים: </w:t>
      </w:r>
      <w:r>
        <w:t>קשור/ה ל (מקורות) אשר | קשור/ה ל (מקורות) ראובן | קשור/ה ל (מקורות) יהודה | קשור/ה ל (מקורות) זבולון | בן/בת של לאה | קשור/ה ל (מקורות) לאה | בן/בת של יעקב | קשור/ה ל (מקורות) יעקב | קשור/ה ל (מקורות) דן | קשור/ה ל (מקורות) נפתלי | קשור/ה ל (מקורות) רחל</w:t>
      </w:r>
    </w:p>
    <w:p/>
    <w:p>
      <w:pPr>
        <w:pStyle w:val="Heading1"/>
        <w:jc w:val="right"/>
        <w:bidi/>
      </w:pPr>
      <w:r>
        <w:t>יתר הישמעאלי</w:t>
      </w:r>
    </w:p>
    <w:p>
      <w:pPr>
        <w:jc w:val="right"/>
        <w:bidi/>
      </w:pPr>
      <w:r>
        <w:t>שם באנגלית: Yeter HaYishmaelit</w:t>
      </w:r>
    </w:p>
    <w:p/>
    <w:p>
      <w:pPr>
        <w:pStyle w:val="Heading1"/>
        <w:jc w:val="right"/>
        <w:bidi/>
      </w:pPr>
      <w:r>
        <w:t>יתרו</w:t>
      </w:r>
    </w:p>
    <w:p>
      <w:pPr>
        <w:jc w:val="right"/>
        <w:bidi/>
      </w:pPr>
      <w:r>
        <w:t>שם באנגלית: Yitro</w:t>
      </w:r>
    </w:p>
    <w:p>
      <w:pPr>
        <w:jc w:val="right"/>
        <w:bidi/>
      </w:pPr>
      <w:r>
        <w:t>יתרו הוא אבי צפורה, אשת משה, וכוהן מדיין. הוא שימש יועץ למשה בתקופת הנדודים במדבר.</w:t>
        <w:br/>
      </w:r>
    </w:p>
    <w:p>
      <w:pPr>
        <w:jc w:val="right"/>
        <w:bidi/>
      </w:pPr>
      <w:r>
        <w:rPr>
          <w:b/>
        </w:rPr>
        <w:t xml:space="preserve">קשרים: </w:t>
      </w:r>
      <w:r>
        <w:t>קשור/ה ל (מקורות) עמלק | קשור/ה ל (מקורות) משה</w:t>
      </w:r>
    </w:p>
    <w:p/>
    <w:p>
      <w:pPr>
        <w:pStyle w:val="Heading1"/>
        <w:jc w:val="right"/>
        <w:bidi/>
      </w:pPr>
      <w:r>
        <w:t>יתרעם</w:t>
      </w:r>
    </w:p>
    <w:p>
      <w:pPr>
        <w:jc w:val="right"/>
        <w:bidi/>
      </w:pPr>
      <w:r>
        <w:t>שם באנגלית: Ithream</w:t>
      </w:r>
    </w:p>
    <w:p>
      <w:pPr>
        <w:jc w:val="right"/>
        <w:bidi/>
      </w:pPr>
      <w:r>
        <w:rPr>
          <w:b/>
        </w:rPr>
        <w:t xml:space="preserve">קשרים: </w:t>
      </w:r>
      <w:r>
        <w:t>בן/בת של דוד המלך | בן/בת של עֶגְלָה</w:t>
      </w:r>
    </w:p>
    <w:p/>
    <w:p>
      <w:pPr>
        <w:pStyle w:val="Heading1"/>
        <w:jc w:val="right"/>
        <w:bidi/>
      </w:pPr>
      <w:r>
        <w:t>כָּלֵב בֶּן חֶצְרוֹן</w:t>
      </w:r>
    </w:p>
    <w:p>
      <w:pPr>
        <w:jc w:val="right"/>
        <w:bidi/>
      </w:pPr>
      <w:r>
        <w:t>שם באנגלית: Caleb b. Hesron</w:t>
      </w:r>
    </w:p>
    <w:p/>
    <w:p>
      <w:pPr>
        <w:pStyle w:val="Heading1"/>
        <w:jc w:val="right"/>
        <w:bidi/>
      </w:pPr>
      <w:r>
        <w:t>כדרלעומר</w:t>
      </w:r>
    </w:p>
    <w:p>
      <w:pPr>
        <w:jc w:val="right"/>
        <w:bidi/>
      </w:pPr>
      <w:r>
        <w:t>שם באנגלית: Chedorlaomer</w:t>
      </w:r>
    </w:p>
    <w:p/>
    <w:p>
      <w:pPr>
        <w:pStyle w:val="Heading1"/>
        <w:jc w:val="right"/>
        <w:bidi/>
      </w:pPr>
      <w:r>
        <w:t>כורש</w:t>
      </w:r>
    </w:p>
    <w:p>
      <w:pPr>
        <w:jc w:val="right"/>
        <w:bidi/>
      </w:pPr>
      <w:r>
        <w:t>שם באנגלית: Cyrus</w:t>
      </w:r>
    </w:p>
    <w:p>
      <w:pPr>
        <w:jc w:val="right"/>
        <w:bidi/>
      </w:pPr>
      <w:r>
        <w:rPr>
          <w:b/>
        </w:rPr>
        <w:t xml:space="preserve">קשרים: </w:t>
      </w:r>
      <w:r>
        <w:t>קשור/ה ל (מקורות) עזרא | קשור/ה ל (מקורות) דריוש</w:t>
      </w:r>
    </w:p>
    <w:p/>
    <w:p>
      <w:pPr>
        <w:pStyle w:val="Heading1"/>
        <w:jc w:val="right"/>
        <w:bidi/>
      </w:pPr>
      <w:r>
        <w:t>כוש</w:t>
      </w:r>
    </w:p>
    <w:p>
      <w:pPr>
        <w:jc w:val="right"/>
        <w:bidi/>
      </w:pPr>
      <w:r>
        <w:t>שם באנגלית: Kush</w:t>
      </w:r>
    </w:p>
    <w:p>
      <w:pPr>
        <w:jc w:val="right"/>
        <w:bidi/>
      </w:pPr>
      <w:r>
        <w:t>כוש הייתה ממלכה אפריקאית קדומה בדרומו של עמק הנילוס, ובמקורות היהודיים היא מזוהה לרוב עם אתיופיה. בחלק מן המקורות המושג מיוחס לכל אפריקה שמדרום לסהרה או לאנשים כהי עור באופן כללי.</w:t>
      </w:r>
    </w:p>
    <w:p>
      <w:pPr>
        <w:jc w:val="right"/>
        <w:bidi/>
      </w:pPr>
      <w:r>
        <w:rPr>
          <w:b/>
        </w:rPr>
        <w:t xml:space="preserve">קשרים: </w:t>
      </w:r>
      <w:r>
        <w:t>קשור/ה ל חם | בן/בת של חם</w:t>
      </w:r>
    </w:p>
    <w:p/>
    <w:p>
      <w:pPr>
        <w:pStyle w:val="Heading1"/>
        <w:jc w:val="right"/>
        <w:bidi/>
      </w:pPr>
      <w:r>
        <w:t>כושן רשעתים</w:t>
      </w:r>
    </w:p>
    <w:p>
      <w:pPr>
        <w:jc w:val="right"/>
        <w:bidi/>
      </w:pPr>
      <w:r>
        <w:t>שם באנגלית: Cushan-rishathayim</w:t>
      </w:r>
    </w:p>
    <w:p/>
    <w:p>
      <w:pPr>
        <w:pStyle w:val="Heading1"/>
        <w:jc w:val="right"/>
        <w:bidi/>
      </w:pPr>
      <w:r>
        <w:t>כזבי</w:t>
      </w:r>
    </w:p>
    <w:p>
      <w:pPr>
        <w:jc w:val="right"/>
        <w:bidi/>
      </w:pPr>
      <w:r>
        <w:t>שם באנגלית: Cozbi</w:t>
      </w:r>
    </w:p>
    <w:p>
      <w:pPr>
        <w:jc w:val="right"/>
        <w:bidi/>
      </w:pPr>
      <w:r>
        <w:rPr>
          <w:b/>
        </w:rPr>
        <w:t xml:space="preserve">קשרים: </w:t>
      </w:r>
      <w:r>
        <w:t>קשור/ה ל (מקורות) פינחס | קשור/ה ל זמרי | קשור/ה ל (מקורות) זמרי</w:t>
      </w:r>
    </w:p>
    <w:p/>
    <w:p>
      <w:pPr>
        <w:pStyle w:val="Heading1"/>
        <w:jc w:val="right"/>
        <w:bidi/>
      </w:pPr>
      <w:r>
        <w:t>כלאב</w:t>
      </w:r>
    </w:p>
    <w:p>
      <w:pPr>
        <w:jc w:val="right"/>
        <w:bidi/>
      </w:pPr>
      <w:r>
        <w:t>שם באנגלית: Kilav</w:t>
      </w:r>
    </w:p>
    <w:p>
      <w:pPr>
        <w:jc w:val="right"/>
        <w:bidi/>
      </w:pPr>
      <w:r>
        <w:rPr>
          <w:b/>
        </w:rPr>
        <w:t xml:space="preserve">קשרים: </w:t>
      </w:r>
      <w:r>
        <w:t>בן/בת של אביגיל | בן/בת של דוד המלך</w:t>
      </w:r>
    </w:p>
    <w:p/>
    <w:p>
      <w:pPr>
        <w:pStyle w:val="Heading1"/>
        <w:jc w:val="right"/>
        <w:bidi/>
      </w:pPr>
      <w:r>
        <w:t>כלב בן יפונה</w:t>
      </w:r>
    </w:p>
    <w:p>
      <w:pPr>
        <w:jc w:val="right"/>
        <w:bidi/>
      </w:pPr>
      <w:r>
        <w:t>שם באנגלית: Caleb</w:t>
      </w:r>
    </w:p>
    <w:p>
      <w:pPr>
        <w:jc w:val="right"/>
        <w:bidi/>
      </w:pPr>
      <w:r>
        <w:t>כלב בן יפונה היה אחד משנים־עשר המרגלים שיצאו לתור את ארץ כנען אחרי יציאת מצרים. בעוד רוב המרגלים חששו מפני הכנענים ועריהם הבצורות והביאו לעם דיווחים מייאשים, היה דיווחו של כלב מעודד, והותר לו להיכנס לארץ המובטחת.</w:t>
      </w:r>
    </w:p>
    <w:p>
      <w:pPr>
        <w:jc w:val="right"/>
        <w:bidi/>
      </w:pPr>
      <w:r>
        <w:rPr>
          <w:b/>
        </w:rPr>
        <w:t xml:space="preserve">קשרים: </w:t>
      </w:r>
      <w:r>
        <w:t>קשור/ה ל (מקורות) אהרון | קשור/ה ל (מקורות) יהושע | קשור/ה ל (מקורות) דוד המלך | קשור/ה ל (מקורות) משה</w:t>
      </w:r>
    </w:p>
    <w:p/>
    <w:p>
      <w:pPr>
        <w:pStyle w:val="Heading1"/>
        <w:jc w:val="right"/>
        <w:bidi/>
      </w:pPr>
      <w:r>
        <w:t>כליון</w:t>
      </w:r>
    </w:p>
    <w:p>
      <w:pPr>
        <w:jc w:val="right"/>
        <w:bidi/>
      </w:pPr>
      <w:r>
        <w:t>שם באנגלית: Chilion</w:t>
      </w:r>
    </w:p>
    <w:p>
      <w:pPr>
        <w:jc w:val="right"/>
        <w:bidi/>
      </w:pPr>
      <w:r>
        <w:rPr>
          <w:b/>
        </w:rPr>
        <w:t xml:space="preserve">קשרים: </w:t>
      </w:r>
      <w:r>
        <w:t>בן/בת של אלימלך | בן/בת של נעמי</w:t>
      </w:r>
    </w:p>
    <w:p/>
    <w:p>
      <w:pPr>
        <w:pStyle w:val="Heading1"/>
        <w:jc w:val="right"/>
        <w:bidi/>
      </w:pPr>
      <w:r>
        <w:t>כנען</w:t>
      </w:r>
    </w:p>
    <w:p>
      <w:pPr>
        <w:jc w:val="right"/>
        <w:bidi/>
      </w:pPr>
      <w:r>
        <w:t>שם באנגלית: Canaan</w:t>
      </w:r>
    </w:p>
    <w:p>
      <w:pPr>
        <w:jc w:val="right"/>
        <w:bidi/>
      </w:pPr>
      <w:r>
        <w:rPr>
          <w:b/>
        </w:rPr>
        <w:t xml:space="preserve">קשרים: </w:t>
      </w:r>
      <w:r>
        <w:t>קשור/ה ל (מקורות) אברהם | קשור/ה ל (מקורות) מצרים | קשור/ה ל (מקורות) נח | קשור/ה ל (מקורות) יעקב | קשור/ה ל חם | בן/בת של חם | קשור/ה ל (מקורות) חם | קשור/ה ל (מקורות) שֵׁם</w:t>
      </w:r>
    </w:p>
    <w:p/>
    <w:p>
      <w:pPr>
        <w:pStyle w:val="Heading1"/>
        <w:jc w:val="right"/>
        <w:bidi/>
      </w:pPr>
      <w:r>
        <w:t>כתים</w:t>
      </w:r>
    </w:p>
    <w:p>
      <w:pPr>
        <w:jc w:val="right"/>
        <w:bidi/>
      </w:pPr>
      <w:r>
        <w:t>שם באנגלית: Kittim</w:t>
      </w:r>
    </w:p>
    <w:p>
      <w:pPr>
        <w:jc w:val="right"/>
        <w:bidi/>
      </w:pPr>
      <w:r>
        <w:t>A nation originally from Cyprus associated with Rome or Greece.</w:t>
      </w:r>
    </w:p>
    <w:p>
      <w:pPr>
        <w:jc w:val="right"/>
        <w:bidi/>
      </w:pPr>
      <w:r>
        <w:rPr>
          <w:b/>
        </w:rPr>
        <w:t xml:space="preserve">קשרים: </w:t>
      </w:r>
      <w:r>
        <w:t>בן/בת של יוון</w:t>
      </w:r>
    </w:p>
    <w:p/>
    <w:p>
      <w:pPr>
        <w:pStyle w:val="Heading1"/>
        <w:jc w:val="right"/>
        <w:bidi/>
      </w:pPr>
      <w:r>
        <w:t>לֶמֶךְ</w:t>
      </w:r>
    </w:p>
    <w:p>
      <w:pPr>
        <w:jc w:val="right"/>
        <w:bidi/>
      </w:pPr>
      <w:r>
        <w:t>שם באנגלית: Lemekh</w:t>
      </w:r>
    </w:p>
    <w:p/>
    <w:p>
      <w:pPr>
        <w:pStyle w:val="Heading1"/>
        <w:jc w:val="right"/>
        <w:bidi/>
      </w:pPr>
      <w:r>
        <w:t>לאה</w:t>
      </w:r>
    </w:p>
    <w:p>
      <w:pPr>
        <w:jc w:val="right"/>
        <w:bidi/>
      </w:pPr>
      <w:r>
        <w:t>שם באנגלית: Leah</w:t>
      </w:r>
    </w:p>
    <w:p>
      <w:pPr>
        <w:jc w:val="right"/>
        <w:bidi/>
      </w:pPr>
      <w:r>
        <w:t>לאה היא אחת מארבע האימהות של עם ישראל ואשתו הראשונה של יעקב. נישואיה ליעקב נבעו ממעשה הרמאות של אביה, לבן הארמי, שהשיא אותה ליעקב במקום את אחותה רחל. אהבת יעקב לרחל ולא לה ציערה אותה. היא בורכה בשישה בנים ובבת אחת, ומזרעם של השישה נוצרו שישה משבטי ישראל.</w:t>
      </w:r>
    </w:p>
    <w:p>
      <w:pPr>
        <w:jc w:val="right"/>
        <w:bidi/>
      </w:pPr>
      <w:r>
        <w:rPr>
          <w:b/>
        </w:rPr>
        <w:t xml:space="preserve">קשרים: </w:t>
      </w:r>
      <w:r>
        <w:t>בן/בת של לבן בן בתואל | קשור/ה ל (מקורות) לבן בן בתואל | בן/בת זוג של יעקב | קשור/ה ל (מקורות) יעקב | קשור/ה ל (מקורות) יששכר | קשור/ה ל (מקורות) רחל</w:t>
      </w:r>
    </w:p>
    <w:p/>
    <w:p>
      <w:pPr>
        <w:pStyle w:val="Heading1"/>
        <w:jc w:val="right"/>
        <w:bidi/>
      </w:pPr>
      <w:r>
        <w:t>לבן בן בתואל</w:t>
      </w:r>
    </w:p>
    <w:p>
      <w:pPr>
        <w:jc w:val="right"/>
        <w:bidi/>
      </w:pPr>
      <w:r>
        <w:t>שם באנגלית: Laban</w:t>
      </w:r>
    </w:p>
    <w:p>
      <w:pPr>
        <w:jc w:val="right"/>
        <w:bidi/>
      </w:pPr>
      <w:r>
        <w:t xml:space="preserve">Laban is a biblical character who features in the Book of Genesis. He is the brother of Rebecca, father of Rachel and Leah, and father-in-law of Jacob. His actions are marked by trickery, as he deceptively marries Leah off to Jacob rather than Rachel, and later mistreats Jacob as an employee. </w:t>
      </w:r>
    </w:p>
    <w:p>
      <w:pPr>
        <w:jc w:val="right"/>
        <w:bidi/>
      </w:pPr>
      <w:r>
        <w:rPr>
          <w:b/>
        </w:rPr>
        <w:t xml:space="preserve">קשרים: </w:t>
      </w:r>
      <w:r>
        <w:t>בן/בת של בתואל | קשור/ה ל (מקורות) פרעה | קשור/ה ל (מקורות) לאה | קשור/ה ל (מקורות) יעקב | קשור/ה ל (מקורות) רבקה | קשור/ה ל (מקורות) רחל</w:t>
      </w:r>
    </w:p>
    <w:p/>
    <w:p>
      <w:pPr>
        <w:pStyle w:val="Heading1"/>
        <w:jc w:val="right"/>
        <w:bidi/>
      </w:pPr>
      <w:r>
        <w:t>לוד</w:t>
      </w:r>
    </w:p>
    <w:p>
      <w:pPr>
        <w:jc w:val="right"/>
        <w:bidi/>
      </w:pPr>
      <w:r>
        <w:t>שם באנגלית: Lud</w:t>
      </w:r>
    </w:p>
    <w:p>
      <w:pPr>
        <w:jc w:val="right"/>
        <w:bidi/>
      </w:pPr>
      <w:r>
        <w:t>Lod.</w:t>
      </w:r>
    </w:p>
    <w:p>
      <w:pPr>
        <w:jc w:val="right"/>
        <w:bidi/>
      </w:pPr>
      <w:r>
        <w:rPr>
          <w:b/>
        </w:rPr>
        <w:t xml:space="preserve">קשרים: </w:t>
      </w:r>
      <w:r>
        <w:t>בן/בת של שֵׁם</w:t>
      </w:r>
    </w:p>
    <w:p/>
    <w:p>
      <w:pPr>
        <w:pStyle w:val="Heading1"/>
        <w:jc w:val="right"/>
        <w:bidi/>
      </w:pPr>
      <w:r>
        <w:t>לוט</w:t>
      </w:r>
    </w:p>
    <w:p>
      <w:pPr>
        <w:jc w:val="right"/>
        <w:bidi/>
      </w:pPr>
      <w:r>
        <w:t>שם באנגלית: Lot</w:t>
      </w:r>
    </w:p>
    <w:p>
      <w:pPr>
        <w:jc w:val="right"/>
        <w:bidi/>
      </w:pPr>
      <w:r>
        <w:t>לוט היה אחיינו של אברהם. כשהתעשר הפריד את עצמו ואת ביתו מבית אברהם והתיישב בסדום. מלאכים הצילו אותו ואת משפחתו מהפיכת סדום. בנותיו חשבו שהן ולוט הם אחרוני האנשים ששרדו, ולכן הן ילדו לו בנים, שהיו לאבות העמים עמון ומואב.</w:t>
      </w:r>
    </w:p>
    <w:p>
      <w:pPr>
        <w:jc w:val="right"/>
        <w:bidi/>
      </w:pPr>
      <w:r>
        <w:rPr>
          <w:b/>
        </w:rPr>
        <w:t xml:space="preserve">קשרים: </w:t>
      </w:r>
      <w:r>
        <w:t>קשור/ה ל (מקורות) מואב | בן/בת של הרן | קשור/ה ל (מקורות) אברהם | קשור/ה ל (מקורות) בועז | קשור/ה ל (מקורות) אליעזר | קשור/ה ל (מקורות) יצחק | קשור/ה ל (מקורות) רות | קשור/ה ל (מקורות) תמר | קשור/ה ל (מקורות) שרה</w:t>
      </w:r>
    </w:p>
    <w:p/>
    <w:p>
      <w:pPr>
        <w:pStyle w:val="Heading1"/>
        <w:jc w:val="right"/>
        <w:bidi/>
      </w:pPr>
      <w:r>
        <w:t>לוי</w:t>
      </w:r>
    </w:p>
    <w:p>
      <w:pPr>
        <w:jc w:val="right"/>
        <w:bidi/>
      </w:pPr>
      <w:r>
        <w:t>שם באנגלית: Levi</w:t>
      </w:r>
    </w:p>
    <w:p>
      <w:pPr>
        <w:jc w:val="right"/>
        <w:bidi/>
      </w:pPr>
      <w:r>
        <w:t>לוי הוא בנם השלישי של יעקב ולאה. לאחר שאחותו דינה נאנסה ונשבתה בידי שכם, יצא לוי עם אחיו שמעון לנקום בבני עירו. בשל פזיזותו קילל אותו יעקב שצאצאיו יחולקו ויפוצו. הוא אבי שבט לוי.</w:t>
        <w:br/>
      </w:r>
    </w:p>
    <w:p>
      <w:pPr>
        <w:jc w:val="right"/>
        <w:bidi/>
      </w:pPr>
      <w:r>
        <w:rPr>
          <w:b/>
        </w:rPr>
        <w:t xml:space="preserve">קשרים: </w:t>
      </w:r>
      <w:r>
        <w:t>קשור/ה ל (מקורות) ראובן | קשור/ה ל (מקורות) יהודה | קשור/ה ל (מקורות) פינחס | קשור/ה ל (מקורות) יוסף | בן/בת של לאה | קשור/ה ל (מקורות) לאה | בן/בת של יעקב | קשור/ה ל (מקורות) יעקב | קשור/ה ל (מקורות) דינה | קשור/ה ל (מקורות) אפרים | קשור/ה ל (מקורות) שכם | קשור/ה ל (מקורות) שמעון</w:t>
      </w:r>
    </w:p>
    <w:p/>
    <w:p>
      <w:pPr>
        <w:pStyle w:val="Heading1"/>
        <w:jc w:val="right"/>
        <w:bidi/>
      </w:pPr>
      <w:r>
        <w:t>למואל</w:t>
      </w:r>
    </w:p>
    <w:p>
      <w:pPr>
        <w:jc w:val="right"/>
        <w:bidi/>
      </w:pPr>
      <w:r>
        <w:t>שם באנגלית: Lemuel</w:t>
      </w:r>
    </w:p>
    <w:p/>
    <w:p>
      <w:pPr>
        <w:pStyle w:val="Heading1"/>
        <w:jc w:val="right"/>
        <w:bidi/>
      </w:pPr>
      <w:r>
        <w:t>למך</w:t>
      </w:r>
    </w:p>
    <w:p>
      <w:pPr>
        <w:jc w:val="right"/>
        <w:bidi/>
      </w:pPr>
      <w:r>
        <w:t>שם באנגלית: Lemekh</w:t>
      </w:r>
    </w:p>
    <w:p>
      <w:pPr>
        <w:jc w:val="right"/>
        <w:bidi/>
      </w:pPr>
      <w:r>
        <w:rPr>
          <w:b/>
        </w:rPr>
        <w:t xml:space="preserve">קשרים: </w:t>
      </w:r>
      <w:r>
        <w:t>צאצא של קין | קשור/ה ל (מקורות) קין | קשור/ה ל (מקורות) תובל קין | בן/בת של מתושאל</w:t>
      </w:r>
    </w:p>
    <w:p/>
    <w:p>
      <w:pPr>
        <w:pStyle w:val="Heading1"/>
        <w:jc w:val="right"/>
        <w:bidi/>
      </w:pPr>
      <w:r>
        <w:t>מְנַשְּׁה</w:t>
      </w:r>
    </w:p>
    <w:p>
      <w:pPr>
        <w:jc w:val="right"/>
        <w:bidi/>
      </w:pPr>
      <w:r>
        <w:t>שם באנגלית: Manasseh (grandfather of Yonatan ben Gershom)</w:t>
      </w:r>
    </w:p>
    <w:p/>
    <w:p>
      <w:pPr>
        <w:pStyle w:val="Heading1"/>
        <w:jc w:val="right"/>
        <w:bidi/>
      </w:pPr>
      <w:r>
        <w:t>מַחְלָה</w:t>
      </w:r>
    </w:p>
    <w:p>
      <w:pPr>
        <w:jc w:val="right"/>
        <w:bidi/>
      </w:pPr>
      <w:r>
        <w:t>שם באנגלית: Mahlah</w:t>
      </w:r>
    </w:p>
    <w:p>
      <w:pPr>
        <w:jc w:val="right"/>
        <w:bidi/>
      </w:pPr>
      <w:r>
        <w:rPr>
          <w:b/>
        </w:rPr>
        <w:t xml:space="preserve">קשרים: </w:t>
      </w:r>
      <w:r>
        <w:t>בן/בת של צלפחד</w:t>
      </w:r>
    </w:p>
    <w:p/>
    <w:p>
      <w:pPr>
        <w:pStyle w:val="Heading1"/>
        <w:jc w:val="right"/>
        <w:bidi/>
      </w:pPr>
      <w:r>
        <w:t>מבשם</w:t>
      </w:r>
    </w:p>
    <w:p>
      <w:pPr>
        <w:jc w:val="right"/>
        <w:bidi/>
      </w:pPr>
      <w:r>
        <w:t>שם באנגלית: Mibsam</w:t>
      </w:r>
    </w:p>
    <w:p>
      <w:pPr>
        <w:jc w:val="right"/>
        <w:bidi/>
      </w:pPr>
      <w:r>
        <w:rPr>
          <w:b/>
        </w:rPr>
        <w:t xml:space="preserve">קשרים: </w:t>
      </w:r>
      <w:r>
        <w:t>בן/בת של ישמעאל</w:t>
      </w:r>
    </w:p>
    <w:p/>
    <w:p>
      <w:pPr>
        <w:pStyle w:val="Heading1"/>
        <w:jc w:val="right"/>
        <w:bidi/>
      </w:pPr>
      <w:r>
        <w:t>מגוג</w:t>
      </w:r>
    </w:p>
    <w:p>
      <w:pPr>
        <w:jc w:val="right"/>
        <w:bidi/>
      </w:pPr>
      <w:r>
        <w:t>שם באנגלית: Magog</w:t>
      </w:r>
    </w:p>
    <w:p>
      <w:pPr>
        <w:jc w:val="right"/>
        <w:bidi/>
      </w:pPr>
      <w:r>
        <w:rPr>
          <w:b/>
        </w:rPr>
        <w:t xml:space="preserve">קשרים: </w:t>
      </w:r>
      <w:r>
        <w:t>בן/בת של יפת</w:t>
      </w:r>
    </w:p>
    <w:p/>
    <w:p>
      <w:pPr>
        <w:pStyle w:val="Heading1"/>
        <w:jc w:val="right"/>
        <w:bidi/>
      </w:pPr>
      <w:r>
        <w:t>מדי</w:t>
      </w:r>
    </w:p>
    <w:p>
      <w:pPr>
        <w:jc w:val="right"/>
        <w:bidi/>
      </w:pPr>
      <w:r>
        <w:t>שם באנגלית: Madai</w:t>
      </w:r>
    </w:p>
    <w:p>
      <w:pPr>
        <w:jc w:val="right"/>
        <w:bidi/>
      </w:pPr>
      <w:r>
        <w:t>A country next to Persia.</w:t>
      </w:r>
    </w:p>
    <w:p>
      <w:pPr>
        <w:jc w:val="right"/>
        <w:bidi/>
      </w:pPr>
      <w:r>
        <w:rPr>
          <w:b/>
        </w:rPr>
        <w:t xml:space="preserve">קשרים: </w:t>
      </w:r>
      <w:r>
        <w:t>בן/בת של יפת</w:t>
      </w:r>
    </w:p>
    <w:p/>
    <w:p>
      <w:pPr>
        <w:pStyle w:val="Heading1"/>
        <w:jc w:val="right"/>
        <w:bidi/>
      </w:pPr>
      <w:r>
        <w:t>מדין</w:t>
      </w:r>
    </w:p>
    <w:p>
      <w:pPr>
        <w:jc w:val="right"/>
        <w:bidi/>
      </w:pPr>
      <w:r>
        <w:t>שם באנגלית: Midian</w:t>
      </w:r>
    </w:p>
    <w:p>
      <w:pPr>
        <w:jc w:val="right"/>
        <w:bidi/>
      </w:pPr>
      <w:r>
        <w:t>ארץ  מִדְיָן שכנה בין ארץ ישראל למצרים. היא יושבה לראשונה בידי צאצאי מדיין, אחד מבני אברהם, ומכאן שמה. את מרבית זמן גלותו ממצרים עשה משה במדיין, וכן הוא נישא לאישה מדיינית. מאוחר יותר, בשלבים האחרונים של המסע לארץ ישראל, התנכלו המדיינים לעם ישראל.</w:t>
      </w:r>
    </w:p>
    <w:p>
      <w:pPr>
        <w:jc w:val="right"/>
        <w:bidi/>
      </w:pPr>
      <w:r>
        <w:rPr>
          <w:b/>
        </w:rPr>
        <w:t xml:space="preserve">קשרים: </w:t>
      </w:r>
      <w:r>
        <w:t>בן/בת של אברהם | בן/בת של קטורה | קשור/ה ל (מקורות) פינחס | קשור/ה ל כזבי | קשור/ה ל זמרי | קשור/ה ל (מקורות) משה</w:t>
      </w:r>
    </w:p>
    <w:p/>
    <w:p>
      <w:pPr>
        <w:pStyle w:val="Heading1"/>
        <w:jc w:val="right"/>
        <w:bidi/>
      </w:pPr>
      <w:r>
        <w:t>מהללאל</w:t>
      </w:r>
    </w:p>
    <w:p>
      <w:pPr>
        <w:jc w:val="right"/>
        <w:bidi/>
      </w:pPr>
      <w:r>
        <w:t>שם באנגלית: Mahalalel</w:t>
      </w:r>
    </w:p>
    <w:p>
      <w:pPr>
        <w:jc w:val="right"/>
        <w:bidi/>
      </w:pPr>
      <w:r>
        <w:rPr>
          <w:b/>
        </w:rPr>
        <w:t xml:space="preserve">קשרים: </w:t>
      </w:r>
      <w:r>
        <w:t>בן/בת של קינן</w:t>
      </w:r>
    </w:p>
    <w:p/>
    <w:p>
      <w:pPr>
        <w:pStyle w:val="Heading1"/>
        <w:jc w:val="right"/>
        <w:bidi/>
      </w:pPr>
      <w:r>
        <w:t>מואב</w:t>
      </w:r>
    </w:p>
    <w:p>
      <w:pPr>
        <w:jc w:val="right"/>
        <w:bidi/>
      </w:pPr>
      <w:r>
        <w:t>שם באנגלית: Moab</w:t>
      </w:r>
    </w:p>
    <w:p>
      <w:pPr>
        <w:jc w:val="right"/>
        <w:bidi/>
      </w:pPr>
      <w:r>
        <w:t>המואבים הם צאצאי לוט, והתורה מצווה על בני ישראל לא לתקוף אותם אך גם לא להטמיע אותם בהם. דוד המלך הוא צאצא של מואבייה שהתגיירה – רות. ממלכת מואב שכנה בירדן של ימינו.</w:t>
      </w:r>
    </w:p>
    <w:p>
      <w:pPr>
        <w:jc w:val="right"/>
        <w:bidi/>
      </w:pPr>
      <w:r>
        <w:rPr>
          <w:b/>
        </w:rPr>
        <w:t xml:space="preserve">קשרים: </w:t>
      </w:r>
      <w:r>
        <w:t>קשור/ה ל מדין | קשור/ה ל (מקורות) ערפה | קשור/ה ל (מקורות) אדום | קשור/ה ל (מקורות) בועז | קשור/ה ל אהוד | קשור/ה ל (מקורות) יחזקאל | קשור/ה ל בלעם | קשור/ה ל (מקורות) בלעם | קשור/ה ל (מקורות) דוד המלך | בן/בת של לוט | קשור/ה ל לוט | קשור/ה ל (מקורות) לוט | קשור/ה ל (מקורות) נעמי | קשור/ה ל (מקורות) רות | קשור/ה ל (מקורות) המלך שאול | קשור/ה ל (מקורות) תמר | קשור/ה ל פרשת בלק | קשור/ה ל (מקורות) פרשת בלק</w:t>
      </w:r>
    </w:p>
    <w:p/>
    <w:p>
      <w:pPr>
        <w:pStyle w:val="Heading1"/>
        <w:jc w:val="right"/>
        <w:bidi/>
      </w:pPr>
      <w:r>
        <w:t>מחויאל</w:t>
      </w:r>
    </w:p>
    <w:p>
      <w:pPr>
        <w:jc w:val="right"/>
        <w:bidi/>
      </w:pPr>
      <w:r>
        <w:t>שם באנגלית: Mehujael</w:t>
      </w:r>
    </w:p>
    <w:p>
      <w:pPr>
        <w:jc w:val="right"/>
        <w:bidi/>
      </w:pPr>
      <w:r>
        <w:rPr>
          <w:b/>
        </w:rPr>
        <w:t xml:space="preserve">קשרים: </w:t>
      </w:r>
      <w:r>
        <w:t>בן/בת של עירד</w:t>
      </w:r>
    </w:p>
    <w:p/>
    <w:p>
      <w:pPr>
        <w:pStyle w:val="Heading1"/>
        <w:jc w:val="right"/>
        <w:bidi/>
      </w:pPr>
      <w:r>
        <w:t>מחלון</w:t>
      </w:r>
    </w:p>
    <w:p>
      <w:pPr>
        <w:jc w:val="right"/>
        <w:bidi/>
      </w:pPr>
      <w:r>
        <w:t>שם באנגלית: Mahlon</w:t>
      </w:r>
    </w:p>
    <w:p>
      <w:pPr>
        <w:jc w:val="right"/>
        <w:bidi/>
      </w:pPr>
      <w:r>
        <w:rPr>
          <w:b/>
        </w:rPr>
        <w:t xml:space="preserve">קשרים: </w:t>
      </w:r>
      <w:r>
        <w:t>קשור/ה ל (מקורות) בועז | בן/בת של אלימלך | קשור/ה ל (מקורות) אלימלך | בן/בת של נעמי | קשור/ה ל (מקורות) נעמי | בן/בת זוג של רות | קשור/ה ל (מקורות) רות</w:t>
      </w:r>
    </w:p>
    <w:p/>
    <w:p>
      <w:pPr>
        <w:pStyle w:val="Heading1"/>
        <w:jc w:val="right"/>
        <w:bidi/>
      </w:pPr>
      <w:r>
        <w:t>מחלת</w:t>
      </w:r>
    </w:p>
    <w:p>
      <w:pPr>
        <w:jc w:val="right"/>
        <w:bidi/>
      </w:pPr>
      <w:r>
        <w:t>שם באנגלית: Machalat</w:t>
      </w:r>
    </w:p>
    <w:p>
      <w:pPr>
        <w:jc w:val="right"/>
        <w:bidi/>
      </w:pPr>
      <w:r>
        <w:t>An important demon.</w:t>
      </w:r>
    </w:p>
    <w:p>
      <w:pPr>
        <w:jc w:val="right"/>
        <w:bidi/>
      </w:pPr>
      <w:r>
        <w:rPr>
          <w:b/>
        </w:rPr>
        <w:t xml:space="preserve">קשרים: </w:t>
      </w:r>
      <w:r>
        <w:t>בן/בת זוג של עשיו | בן/בת של ישמעאל</w:t>
      </w:r>
    </w:p>
    <w:p/>
    <w:p>
      <w:pPr>
        <w:pStyle w:val="Heading1"/>
        <w:jc w:val="right"/>
        <w:bidi/>
      </w:pPr>
      <w:r>
        <w:t>מיכה הנביא</w:t>
      </w:r>
    </w:p>
    <w:p>
      <w:pPr>
        <w:jc w:val="right"/>
        <w:bidi/>
      </w:pPr>
      <w:r>
        <w:t>שם באנגלית: Micah</w:t>
      </w:r>
    </w:p>
    <w:p>
      <w:pPr>
        <w:jc w:val="right"/>
        <w:bidi/>
      </w:pPr>
      <w:r>
        <w:t xml:space="preserve">Micah son of Imlah, also known as Micaiah or Mikhah in Hebrew, prophesied the death of King Ahab of the Northern Kingdom of Israel. </w:t>
      </w:r>
    </w:p>
    <w:p>
      <w:pPr>
        <w:jc w:val="right"/>
        <w:bidi/>
      </w:pPr>
      <w:r>
        <w:rPr>
          <w:b/>
        </w:rPr>
        <w:t xml:space="preserve">קשרים: </w:t>
      </w:r>
      <w:r>
        <w:t>קשור/ה ל (מקורות) הושע (הנביא) | קשור/ה ל (מקורות) עמוס | קשור/ה ל (מקורות) משה | קשור/ה ל (מקורות) ירמיהו | קשור/ה ל (מקורות) ישעיהו | קשור/ה ל (מקורות) פרשת בלק</w:t>
      </w:r>
    </w:p>
    <w:p/>
    <w:p>
      <w:pPr>
        <w:pStyle w:val="Heading1"/>
        <w:jc w:val="right"/>
        <w:bidi/>
      </w:pPr>
      <w:r>
        <w:t>מיכל</w:t>
      </w:r>
    </w:p>
    <w:p>
      <w:pPr>
        <w:jc w:val="right"/>
        <w:bidi/>
      </w:pPr>
      <w:r>
        <w:t>שם באנגלית: Mikhal</w:t>
      </w:r>
    </w:p>
    <w:p>
      <w:pPr>
        <w:jc w:val="right"/>
        <w:bidi/>
      </w:pPr>
      <w:r>
        <w:t xml:space="preserve">Mikhal was a daughter of King Saul who also becomes the wife of King David. When her father seeks to kill her husband, she helps David escape. According to rabbinic midrash, she only gave birth to a child on the day of her death, suggesting she died in childbirth. </w:t>
      </w:r>
    </w:p>
    <w:p>
      <w:pPr>
        <w:jc w:val="right"/>
        <w:bidi/>
      </w:pPr>
      <w:r>
        <w:rPr>
          <w:b/>
        </w:rPr>
        <w:t xml:space="preserve">קשרים: </w:t>
      </w:r>
      <w:r>
        <w:t>קשור/ה ל (מקורות) אביגיל | בן/בת זוג של דוד המלך | קשור/ה ל (מקורות) דוד המלך | בן/בת של המלך שאול</w:t>
      </w:r>
    </w:p>
    <w:p/>
    <w:p>
      <w:pPr>
        <w:pStyle w:val="Heading1"/>
        <w:jc w:val="right"/>
        <w:bidi/>
      </w:pPr>
      <w:r>
        <w:t>מישע</w:t>
      </w:r>
    </w:p>
    <w:p>
      <w:pPr>
        <w:jc w:val="right"/>
        <w:bidi/>
      </w:pPr>
      <w:r>
        <w:t>שם באנגלית: Meisha</w:t>
      </w:r>
    </w:p>
    <w:p>
      <w:pPr>
        <w:jc w:val="right"/>
        <w:bidi/>
      </w:pPr>
      <w:r>
        <w:rPr>
          <w:b/>
        </w:rPr>
        <w:t xml:space="preserve">קשרים: </w:t>
      </w:r>
      <w:r>
        <w:t>קשור/ה ל מואב</w:t>
      </w:r>
    </w:p>
    <w:p/>
    <w:p>
      <w:pPr>
        <w:pStyle w:val="Heading1"/>
        <w:jc w:val="right"/>
        <w:bidi/>
      </w:pPr>
      <w:r>
        <w:t>מכיר</w:t>
      </w:r>
    </w:p>
    <w:p>
      <w:pPr>
        <w:jc w:val="right"/>
        <w:bidi/>
      </w:pPr>
      <w:r>
        <w:t>שם באנגלית: Machir</w:t>
      </w:r>
    </w:p>
    <w:p/>
    <w:p>
      <w:pPr>
        <w:pStyle w:val="Heading1"/>
        <w:jc w:val="right"/>
        <w:bidi/>
      </w:pPr>
      <w:r>
        <w:t>מלאכי</w:t>
      </w:r>
    </w:p>
    <w:p>
      <w:pPr>
        <w:jc w:val="right"/>
        <w:bidi/>
      </w:pPr>
      <w:r>
        <w:t>שם באנגלית: Malachi</w:t>
      </w:r>
    </w:p>
    <w:p>
      <w:pPr>
        <w:jc w:val="right"/>
        <w:bidi/>
      </w:pPr>
      <w:r>
        <w:rPr>
          <w:b/>
        </w:rPr>
        <w:t xml:space="preserve">קשרים: </w:t>
      </w:r>
      <w:r>
        <w:t>קשור/ה ל (מקורות) עזרא</w:t>
      </w:r>
    </w:p>
    <w:p/>
    <w:p>
      <w:pPr>
        <w:pStyle w:val="Heading1"/>
        <w:jc w:val="right"/>
        <w:bidi/>
      </w:pPr>
      <w:r>
        <w:t>מלך סדום</w:t>
      </w:r>
    </w:p>
    <w:p>
      <w:pPr>
        <w:jc w:val="right"/>
        <w:bidi/>
      </w:pPr>
      <w:r>
        <w:t>שם באנגלית: The King of Sodom</w:t>
      </w:r>
    </w:p>
    <w:p>
      <w:pPr>
        <w:jc w:val="right"/>
        <w:bidi/>
      </w:pPr>
      <w:r>
        <w:rPr>
          <w:b/>
        </w:rPr>
        <w:t xml:space="preserve">קשרים: </w:t>
      </w:r>
      <w:r>
        <w:t>התכתב עם אברהם</w:t>
      </w:r>
    </w:p>
    <w:p/>
    <w:p>
      <w:pPr>
        <w:pStyle w:val="Heading1"/>
        <w:jc w:val="right"/>
        <w:bidi/>
      </w:pPr>
      <w:r>
        <w:t>מלכה</w:t>
      </w:r>
    </w:p>
    <w:p>
      <w:pPr>
        <w:jc w:val="right"/>
        <w:bidi/>
      </w:pPr>
      <w:r>
        <w:t>שם באנגלית: Milcah</w:t>
      </w:r>
    </w:p>
    <w:p>
      <w:pPr>
        <w:jc w:val="right"/>
        <w:bidi/>
      </w:pPr>
      <w:r>
        <w:rPr>
          <w:b/>
        </w:rPr>
        <w:t xml:space="preserve">קשרים: </w:t>
      </w:r>
      <w:r>
        <w:t>בן/בת של הרן | בן/בת זוג של נחור | קשור/ה ל (מקורות) שרה</w:t>
      </w:r>
    </w:p>
    <w:p/>
    <w:p>
      <w:pPr>
        <w:pStyle w:val="Heading1"/>
        <w:jc w:val="right"/>
        <w:bidi/>
      </w:pPr>
      <w:r>
        <w:t>מלכי צדק</w:t>
      </w:r>
    </w:p>
    <w:p>
      <w:pPr>
        <w:jc w:val="right"/>
        <w:bidi/>
      </w:pPr>
      <w:r>
        <w:t>שם באנגלית: Melchizedek</w:t>
      </w:r>
    </w:p>
    <w:p>
      <w:pPr>
        <w:jc w:val="right"/>
        <w:bidi/>
      </w:pPr>
      <w:r>
        <w:rPr>
          <w:b/>
        </w:rPr>
        <w:t xml:space="preserve">קשרים: </w:t>
      </w:r>
      <w:r>
        <w:t>קשור/ה ל (מקורות) אברהם | קשור/ה ל (מקורות) יעקב | צאצא של שֵׁם | קשור/ה ל (מקורות) שֵׁם | קשור/ה ל (מקורות) שרה</w:t>
      </w:r>
    </w:p>
    <w:p/>
    <w:p>
      <w:pPr>
        <w:pStyle w:val="Heading1"/>
        <w:jc w:val="right"/>
        <w:bidi/>
      </w:pPr>
      <w:r>
        <w:t>מלכת שבא</w:t>
      </w:r>
    </w:p>
    <w:p>
      <w:pPr>
        <w:jc w:val="right"/>
        <w:bidi/>
      </w:pPr>
      <w:r>
        <w:t>שם באנגלית: Queen of Sheba</w:t>
      </w:r>
    </w:p>
    <w:p>
      <w:pPr>
        <w:jc w:val="right"/>
        <w:bidi/>
      </w:pPr>
      <w:r>
        <w:t xml:space="preserve">The Queen of Sheba appears briefly in 1 Kings, where she meets King Solomon. This short, lightly narrated encounter has inspired many imaginative, interpretive elaborations to fill in the biblical account's sparse detail. </w:t>
      </w:r>
    </w:p>
    <w:p>
      <w:pPr>
        <w:jc w:val="right"/>
        <w:bidi/>
      </w:pPr>
      <w:r>
        <w:rPr>
          <w:b/>
        </w:rPr>
        <w:t xml:space="preserve">קשרים: </w:t>
      </w:r>
      <w:r>
        <w:t>קשור/ה ל (מקורות) שְׁלֹמֹה</w:t>
      </w:r>
    </w:p>
    <w:p/>
    <w:p>
      <w:pPr>
        <w:pStyle w:val="Heading1"/>
        <w:jc w:val="right"/>
        <w:bidi/>
      </w:pPr>
      <w:r>
        <w:t>ממוכן</w:t>
      </w:r>
    </w:p>
    <w:p>
      <w:pPr>
        <w:jc w:val="right"/>
        <w:bidi/>
      </w:pPr>
      <w:r>
        <w:t>שם באנגלית: Memuchan</w:t>
      </w:r>
    </w:p>
    <w:p>
      <w:pPr>
        <w:jc w:val="right"/>
        <w:bidi/>
      </w:pPr>
      <w:r>
        <w:rPr>
          <w:b/>
        </w:rPr>
        <w:t xml:space="preserve">קשרים: </w:t>
      </w:r>
      <w:r>
        <w:t>התנגד/ה ל המן | קשור/ה ל אסתר | קשור/ה ל אחשוורוש</w:t>
      </w:r>
    </w:p>
    <w:p/>
    <w:p>
      <w:pPr>
        <w:pStyle w:val="Heading1"/>
        <w:jc w:val="right"/>
        <w:bidi/>
      </w:pPr>
      <w:r>
        <w:t>ממרא</w:t>
      </w:r>
    </w:p>
    <w:p>
      <w:pPr>
        <w:jc w:val="right"/>
        <w:bidi/>
      </w:pPr>
      <w:r>
        <w:t>שם באנגלית: Mamre</w:t>
      </w:r>
    </w:p>
    <w:p>
      <w:pPr>
        <w:jc w:val="right"/>
        <w:bidi/>
      </w:pPr>
      <w:r>
        <w:rPr>
          <w:b/>
        </w:rPr>
        <w:t xml:space="preserve">קשרים: </w:t>
      </w:r>
      <w:r>
        <w:t>קשור/ה ל אברהם | קשור/ה ל (מקורות) אברהם | קשור/ה ל (מקורות) ענר</w:t>
      </w:r>
    </w:p>
    <w:p/>
    <w:p>
      <w:pPr>
        <w:pStyle w:val="Heading1"/>
        <w:jc w:val="right"/>
        <w:bidi/>
      </w:pPr>
      <w:r>
        <w:t>מנוח</w:t>
      </w:r>
    </w:p>
    <w:p>
      <w:pPr>
        <w:jc w:val="right"/>
        <w:bidi/>
      </w:pPr>
      <w:r>
        <w:t>שם באנגלית: Manoah</w:t>
      </w:r>
    </w:p>
    <w:p>
      <w:pPr>
        <w:jc w:val="right"/>
        <w:bidi/>
      </w:pPr>
      <w:r>
        <w:rPr>
          <w:b/>
        </w:rPr>
        <w:t xml:space="preserve">קשרים: </w:t>
      </w:r>
      <w:r>
        <w:t>קשור/ה ל (מקורות) שמשון</w:t>
      </w:r>
    </w:p>
    <w:p/>
    <w:p>
      <w:pPr>
        <w:pStyle w:val="Heading1"/>
        <w:jc w:val="right"/>
        <w:bidi/>
      </w:pPr>
      <w:r>
        <w:t>מעכה</w:t>
      </w:r>
    </w:p>
    <w:p>
      <w:pPr>
        <w:jc w:val="right"/>
        <w:bidi/>
      </w:pPr>
      <w:r>
        <w:t>שם באנגלית: Maacah</w:t>
      </w:r>
    </w:p>
    <w:p/>
    <w:p>
      <w:pPr>
        <w:pStyle w:val="Heading1"/>
        <w:jc w:val="right"/>
        <w:bidi/>
      </w:pPr>
      <w:r>
        <w:t>מעכה בת תלמי</w:t>
      </w:r>
    </w:p>
    <w:p>
      <w:pPr>
        <w:jc w:val="right"/>
        <w:bidi/>
      </w:pPr>
      <w:r>
        <w:t>שם באנגלית: Maacah</w:t>
      </w:r>
    </w:p>
    <w:p>
      <w:pPr>
        <w:jc w:val="right"/>
        <w:bidi/>
      </w:pPr>
      <w:r>
        <w:rPr>
          <w:b/>
        </w:rPr>
        <w:t xml:space="preserve">קשרים: </w:t>
      </w:r>
      <w:r>
        <w:t>בן/בת של תלמי מלך גשור</w:t>
      </w:r>
    </w:p>
    <w:p/>
    <w:p>
      <w:pPr>
        <w:pStyle w:val="Heading1"/>
        <w:jc w:val="right"/>
        <w:bidi/>
      </w:pPr>
      <w:r>
        <w:t>מפיבושת</w:t>
      </w:r>
    </w:p>
    <w:p>
      <w:pPr>
        <w:jc w:val="right"/>
        <w:bidi/>
      </w:pPr>
      <w:r>
        <w:t>שם באנגלית: Mefiboshet</w:t>
      </w:r>
    </w:p>
    <w:p>
      <w:pPr>
        <w:jc w:val="right"/>
        <w:bidi/>
      </w:pPr>
      <w:r>
        <w:rPr>
          <w:b/>
        </w:rPr>
        <w:t xml:space="preserve">קשרים: </w:t>
      </w:r>
      <w:r>
        <w:t>בן/בת של יהונתן בן שאול | קשור/ה ל דוד המלך | צאצא של המלך שאול</w:t>
      </w:r>
    </w:p>
    <w:p/>
    <w:p>
      <w:pPr>
        <w:pStyle w:val="Heading1"/>
        <w:jc w:val="right"/>
        <w:bidi/>
      </w:pPr>
      <w:r>
        <w:t>מצרים</w:t>
      </w:r>
    </w:p>
    <w:p>
      <w:pPr>
        <w:jc w:val="right"/>
        <w:bidi/>
      </w:pPr>
      <w:r>
        <w:t>שם באנגלית: Egypt</w:t>
      </w:r>
    </w:p>
    <w:p>
      <w:pPr>
        <w:jc w:val="right"/>
        <w:bidi/>
      </w:pPr>
      <w:r>
        <w:t>למצרים תפקיד חשוב בתנ"ך, והיא מוזכרת בו גם כמקום מפלט וגם כארץ של סכנה ושעבוד, בייחוד בסיפור יציאת מצרים. עבור היהודים מצרים היא תסביך – מצד אחד זהו מקום לידתו של העם היהודי, ומצד שני זהו המקום היחיד שנאסר עליו לגור בו.</w:t>
      </w:r>
    </w:p>
    <w:p>
      <w:pPr>
        <w:jc w:val="right"/>
        <w:bidi/>
      </w:pPr>
      <w:r>
        <w:rPr>
          <w:b/>
        </w:rPr>
        <w:t xml:space="preserve">קשרים: </w:t>
      </w:r>
      <w:r>
        <w:t>קשור/ה ל יוסף | קשור/ה ל (מקורות) יוסף | קשור/ה ל (מקורות) פרעה | בן/בת של חם | קשור/ה ל (מקורות) משה</w:t>
      </w:r>
    </w:p>
    <w:p/>
    <w:p>
      <w:pPr>
        <w:pStyle w:val="Heading1"/>
        <w:jc w:val="right"/>
        <w:bidi/>
      </w:pPr>
      <w:r>
        <w:t>מרב בת שאול</w:t>
      </w:r>
    </w:p>
    <w:p>
      <w:pPr>
        <w:jc w:val="right"/>
        <w:bidi/>
      </w:pPr>
      <w:r>
        <w:t>שם באנגלית: Merab</w:t>
      </w:r>
    </w:p>
    <w:p>
      <w:pPr>
        <w:jc w:val="right"/>
        <w:bidi/>
      </w:pPr>
      <w:r>
        <w:rPr>
          <w:b/>
        </w:rPr>
        <w:t xml:space="preserve">קשרים: </w:t>
      </w:r>
      <w:r>
        <w:t>אח/אחות של מיכל | בן/בת של המלך שאול</w:t>
      </w:r>
    </w:p>
    <w:p/>
    <w:p>
      <w:pPr>
        <w:pStyle w:val="Heading1"/>
        <w:jc w:val="right"/>
        <w:bidi/>
      </w:pPr>
      <w:r>
        <w:t>מרדכי</w:t>
      </w:r>
    </w:p>
    <w:p>
      <w:pPr>
        <w:jc w:val="right"/>
        <w:bidi/>
      </w:pPr>
      <w:r>
        <w:t>שם באנגלית: Mordekhai</w:t>
      </w:r>
    </w:p>
    <w:p>
      <w:pPr>
        <w:jc w:val="right"/>
        <w:bidi/>
      </w:pPr>
      <w:r>
        <w:t>מרדכי הוא מגיבורי מגילת אסתר. הוא היה מחצרני המלך אחשוורוש, הציל את המלך מניסיון רצח וסייע לבת דודו אסתר להציל את העם היהודי מכליה.</w:t>
      </w:r>
    </w:p>
    <w:p>
      <w:pPr>
        <w:jc w:val="right"/>
        <w:bidi/>
      </w:pPr>
      <w:r>
        <w:rPr>
          <w:b/>
        </w:rPr>
        <w:t xml:space="preserve">קשרים: </w:t>
      </w:r>
      <w:r>
        <w:t>קשור/ה ל ממוכן | קשור/ה ל (מקורות) עמלק | התנגד/ה ל בגתן ותרש | התנגד/ה ל המן | קשור/ה ל (מקורות) המן | קשור/ה ל (מקורות) ושתי | קשור/ה ל אסתר | קשור/ה ל (מקורות) אסתר | קשור/ה ל (מקורות) דניאל | קשור/ה ל אחשוורוש | קשור/ה ל (מקורות) אחשוורוש</w:t>
      </w:r>
    </w:p>
    <w:p/>
    <w:p>
      <w:pPr>
        <w:pStyle w:val="Heading1"/>
        <w:jc w:val="right"/>
        <w:bidi/>
      </w:pPr>
      <w:r>
        <w:t>מרודך בלאדן</w:t>
      </w:r>
    </w:p>
    <w:p>
      <w:pPr>
        <w:jc w:val="right"/>
        <w:bidi/>
      </w:pPr>
      <w:r>
        <w:t>שם באנגלית: Merodach-baladan</w:t>
      </w:r>
    </w:p>
    <w:p/>
    <w:p>
      <w:pPr>
        <w:pStyle w:val="Heading1"/>
        <w:jc w:val="right"/>
        <w:bidi/>
      </w:pPr>
      <w:r>
        <w:t>מרים</w:t>
      </w:r>
    </w:p>
    <w:p>
      <w:pPr>
        <w:jc w:val="right"/>
        <w:bidi/>
      </w:pPr>
      <w:r>
        <w:t>שם באנגלית: Miriam</w:t>
      </w:r>
    </w:p>
    <w:p>
      <w:pPr>
        <w:jc w:val="right"/>
        <w:bidi/>
      </w:pPr>
      <w:r>
        <w:t>מרים היא נביאה מקראית, ויחד עם אחיה משה ואהרן הנהיגה את בני ישראל בדרכם במדבר. היא הובילה את הנשים בשיר ובריקוד אחרי קריעת ים סוף. על פי המדרש, בזכותה ליוותה באר מים חיים את בני ישראל במסעותיהם במדבר, והבאר שקעה ונעלמה עם מותה.</w:t>
      </w:r>
    </w:p>
    <w:p>
      <w:pPr>
        <w:jc w:val="right"/>
        <w:bidi/>
      </w:pPr>
      <w:r>
        <w:rPr>
          <w:b/>
        </w:rPr>
        <w:t xml:space="preserve">קשרים: </w:t>
      </w:r>
      <w:r>
        <w:t>בן/בת של עמרם | אח/אחות של אהרון | קשור/ה ל (מקורות) אהרון | בן/בת של יוכבד | אח/אחות של משה | קשור/ה ל (מקורות) משה | קשור/ה ל (מקורות) שפרה ופועה | קשור/ה ל (מקורות) בתיה</w:t>
      </w:r>
    </w:p>
    <w:p/>
    <w:p>
      <w:pPr>
        <w:pStyle w:val="Heading1"/>
        <w:jc w:val="right"/>
        <w:bidi/>
      </w:pPr>
      <w:r>
        <w:t>מררי</w:t>
      </w:r>
    </w:p>
    <w:p>
      <w:pPr>
        <w:jc w:val="right"/>
        <w:bidi/>
      </w:pPr>
      <w:r>
        <w:t>שם באנגלית: Merari</w:t>
      </w:r>
    </w:p>
    <w:p>
      <w:pPr>
        <w:jc w:val="right"/>
        <w:bidi/>
      </w:pPr>
      <w:r>
        <w:rPr>
          <w:b/>
        </w:rPr>
        <w:t xml:space="preserve">קשרים: </w:t>
      </w:r>
      <w:r>
        <w:t>בן/בת של לוי</w:t>
      </w:r>
    </w:p>
    <w:p/>
    <w:p>
      <w:pPr>
        <w:pStyle w:val="Heading1"/>
        <w:jc w:val="right"/>
        <w:bidi/>
      </w:pPr>
      <w:r>
        <w:t>מש</w:t>
      </w:r>
    </w:p>
    <w:p>
      <w:pPr>
        <w:jc w:val="right"/>
        <w:bidi/>
      </w:pPr>
      <w:r>
        <w:t>שם באנגלית: Mash</w:t>
      </w:r>
    </w:p>
    <w:p>
      <w:pPr>
        <w:jc w:val="right"/>
        <w:bidi/>
      </w:pPr>
      <w:r>
        <w:rPr>
          <w:b/>
        </w:rPr>
        <w:t xml:space="preserve">קשרים: </w:t>
      </w:r>
      <w:r>
        <w:t>בן/בת של ארם</w:t>
      </w:r>
    </w:p>
    <w:p/>
    <w:p>
      <w:pPr>
        <w:pStyle w:val="Heading1"/>
        <w:jc w:val="right"/>
        <w:bidi/>
      </w:pPr>
      <w:r>
        <w:t>משא</w:t>
      </w:r>
    </w:p>
    <w:p>
      <w:pPr>
        <w:jc w:val="right"/>
        <w:bidi/>
      </w:pPr>
      <w:r>
        <w:t>שם באנגלית: Massa</w:t>
      </w:r>
    </w:p>
    <w:p>
      <w:pPr>
        <w:jc w:val="right"/>
        <w:bidi/>
      </w:pPr>
      <w:r>
        <w:rPr>
          <w:b/>
        </w:rPr>
        <w:t xml:space="preserve">קשרים: </w:t>
      </w:r>
      <w:r>
        <w:t>בן/בת של ישמעאל</w:t>
      </w:r>
    </w:p>
    <w:p/>
    <w:p>
      <w:pPr>
        <w:pStyle w:val="Heading1"/>
        <w:jc w:val="right"/>
        <w:bidi/>
      </w:pPr>
      <w:r>
        <w:t>משה</w:t>
      </w:r>
    </w:p>
    <w:p>
      <w:pPr>
        <w:jc w:val="right"/>
        <w:bidi/>
      </w:pPr>
      <w:r>
        <w:t>שם באנגלית: Moses</w:t>
      </w:r>
    </w:p>
    <w:p>
      <w:pPr>
        <w:jc w:val="right"/>
        <w:bidi/>
      </w:pPr>
      <w:r>
        <w:t>משה היה גדול הנביאים במסורת המקראית. הוא גדל בבית פרעה, ברח ממצרים ונשלח לשם בחזרה על ידי אלוהים כדי להוציא את בני ישראל מעבדות ולהביאם לארץ המובטחת. משה קיבל את התורה בהר סיני כדי למסור אותה לבני ישראל. הוא נפטר לפני כניסת העם לארץ המובטחת.</w:t>
      </w:r>
    </w:p>
    <w:p>
      <w:pPr>
        <w:jc w:val="right"/>
        <w:bidi/>
      </w:pPr>
      <w:r>
        <w:rPr>
          <w:b/>
        </w:rPr>
        <w:t xml:space="preserve">קשרים: </w:t>
      </w:r>
      <w:r>
        <w:t>בן/בת של עמרם | בן/בת של יוכבד | חתן/כלה של יתרו | קשור/ה ל בתיה</w:t>
      </w:r>
    </w:p>
    <w:p/>
    <w:p>
      <w:pPr>
        <w:pStyle w:val="Heading1"/>
        <w:jc w:val="right"/>
        <w:bidi/>
      </w:pPr>
      <w:r>
        <w:t>משך</w:t>
      </w:r>
    </w:p>
    <w:p>
      <w:pPr>
        <w:jc w:val="right"/>
        <w:bidi/>
      </w:pPr>
      <w:r>
        <w:t>שם באנגלית: Meshech</w:t>
      </w:r>
    </w:p>
    <w:p>
      <w:pPr>
        <w:jc w:val="right"/>
        <w:bidi/>
      </w:pPr>
      <w:r>
        <w:rPr>
          <w:b/>
        </w:rPr>
        <w:t xml:space="preserve">קשרים: </w:t>
      </w:r>
      <w:r>
        <w:t>בן/בת של יפת</w:t>
      </w:r>
    </w:p>
    <w:p/>
    <w:p>
      <w:pPr>
        <w:pStyle w:val="Heading1"/>
        <w:jc w:val="right"/>
        <w:bidi/>
      </w:pPr>
      <w:r>
        <w:t>משמע</w:t>
      </w:r>
    </w:p>
    <w:p>
      <w:pPr>
        <w:jc w:val="right"/>
        <w:bidi/>
      </w:pPr>
      <w:r>
        <w:t>שם באנגלית: Mishma</w:t>
      </w:r>
    </w:p>
    <w:p>
      <w:pPr>
        <w:jc w:val="right"/>
        <w:bidi/>
      </w:pPr>
      <w:r>
        <w:rPr>
          <w:b/>
        </w:rPr>
        <w:t xml:space="preserve">קשרים: </w:t>
      </w:r>
      <w:r>
        <w:t>בן/בת של ישמעאל</w:t>
      </w:r>
    </w:p>
    <w:p/>
    <w:p>
      <w:pPr>
        <w:pStyle w:val="Heading1"/>
        <w:jc w:val="right"/>
        <w:bidi/>
      </w:pPr>
      <w:r>
        <w:t>מתושאל</w:t>
      </w:r>
    </w:p>
    <w:p>
      <w:pPr>
        <w:jc w:val="right"/>
        <w:bidi/>
      </w:pPr>
      <w:r>
        <w:t>שם באנגלית: Methusael</w:t>
      </w:r>
    </w:p>
    <w:p>
      <w:pPr>
        <w:jc w:val="right"/>
        <w:bidi/>
      </w:pPr>
      <w:r>
        <w:rPr>
          <w:b/>
        </w:rPr>
        <w:t xml:space="preserve">קשרים: </w:t>
      </w:r>
      <w:r>
        <w:t>בן/בת של מחויאל</w:t>
      </w:r>
    </w:p>
    <w:p/>
    <w:p>
      <w:pPr>
        <w:pStyle w:val="Heading1"/>
        <w:jc w:val="right"/>
        <w:bidi/>
      </w:pPr>
      <w:r>
        <w:t>מתושלח</w:t>
      </w:r>
    </w:p>
    <w:p>
      <w:pPr>
        <w:jc w:val="right"/>
        <w:bidi/>
      </w:pPr>
      <w:r>
        <w:t>שם באנגלית: Metushelach</w:t>
      </w:r>
    </w:p>
    <w:p/>
    <w:p>
      <w:pPr>
        <w:pStyle w:val="Heading1"/>
        <w:jc w:val="right"/>
        <w:bidi/>
      </w:pPr>
      <w:r>
        <w:t>נבוזראדן</w:t>
      </w:r>
    </w:p>
    <w:p>
      <w:pPr>
        <w:jc w:val="right"/>
        <w:bidi/>
      </w:pPr>
      <w:r>
        <w:t>שם באנגלית: Nebuzaradan</w:t>
      </w:r>
    </w:p>
    <w:p/>
    <w:p>
      <w:pPr>
        <w:pStyle w:val="Heading1"/>
        <w:jc w:val="right"/>
        <w:bidi/>
      </w:pPr>
      <w:r>
        <w:t>נבוכדנאצר</w:t>
      </w:r>
    </w:p>
    <w:p>
      <w:pPr>
        <w:jc w:val="right"/>
        <w:bidi/>
      </w:pPr>
      <w:r>
        <w:t>שם באנגלית: Nebuchadnezzar</w:t>
      </w:r>
    </w:p>
    <w:p>
      <w:pPr>
        <w:jc w:val="right"/>
        <w:bidi/>
      </w:pPr>
      <w:r>
        <w:t>נבוכדנצר הוא ממלכי בבל. הוא כבש את ירושלים והגלה את תושביה לבבל. בספר דניאל מתואר שבתקופה מאוחרת יותר הכיר נבוכדנצר בגדולת אלוהי ישראל ואיבד את שפיותו.</w:t>
      </w:r>
    </w:p>
    <w:p>
      <w:pPr>
        <w:jc w:val="right"/>
        <w:bidi/>
      </w:pPr>
      <w:r>
        <w:rPr>
          <w:b/>
        </w:rPr>
        <w:t xml:space="preserve">קשרים: </w:t>
      </w:r>
      <w:r>
        <w:t>קשור/ה ל נבוזראדן | קשור/ה ל מרודך בלאדן | קשור/ה ל (מקורות) ושתי | קשור/ה ל (מקורות) אסתר | התנגד/ה ל דניאל | קשור/ה ל (מקורות) דניאל | התנגד/ה ל חנניה מישאל ועזריה | קשור/ה ל (מקורות) ירמיהו | קשור/ה ל (מקורות) צדקיהו</w:t>
      </w:r>
    </w:p>
    <w:p/>
    <w:p>
      <w:pPr>
        <w:pStyle w:val="Heading1"/>
        <w:jc w:val="right"/>
        <w:bidi/>
      </w:pPr>
      <w:r>
        <w:t>נבות</w:t>
      </w:r>
    </w:p>
    <w:p>
      <w:pPr>
        <w:jc w:val="right"/>
        <w:bidi/>
      </w:pPr>
      <w:r>
        <w:t>שם באנגלית: Navot</w:t>
      </w:r>
    </w:p>
    <w:p>
      <w:pPr>
        <w:jc w:val="right"/>
        <w:bidi/>
      </w:pPr>
      <w:r>
        <w:t xml:space="preserve">Navot (Naboth in English) owned a vineyard adjacent to the property of King Ahab of the Northern Kingdom. Ahab covets Navot's property and schemes to take ownership of it, which he ultimately did and for which he is properly chastised by the prophet Elijah. </w:t>
      </w:r>
    </w:p>
    <w:p>
      <w:pPr>
        <w:jc w:val="right"/>
        <w:bidi/>
      </w:pPr>
      <w:r>
        <w:rPr>
          <w:b/>
        </w:rPr>
        <w:t xml:space="preserve">קשרים: </w:t>
      </w:r>
      <w:r>
        <w:t>התנגד/ה ל אחאב</w:t>
      </w:r>
    </w:p>
    <w:p/>
    <w:p>
      <w:pPr>
        <w:pStyle w:val="Heading1"/>
        <w:jc w:val="right"/>
        <w:bidi/>
      </w:pPr>
      <w:r>
        <w:t>נבח</w:t>
      </w:r>
    </w:p>
    <w:p>
      <w:pPr>
        <w:jc w:val="right"/>
        <w:bidi/>
      </w:pPr>
      <w:r>
        <w:t>שם באנגלית: Novach</w:t>
      </w:r>
    </w:p>
    <w:p/>
    <w:p>
      <w:pPr>
        <w:pStyle w:val="Heading1"/>
        <w:jc w:val="right"/>
        <w:bidi/>
      </w:pPr>
      <w:r>
        <w:t>נבט</w:t>
      </w:r>
    </w:p>
    <w:p>
      <w:pPr>
        <w:jc w:val="right"/>
        <w:bidi/>
      </w:pPr>
      <w:r>
        <w:t>שם באנגלית: Nevat</w:t>
      </w:r>
    </w:p>
    <w:p/>
    <w:p>
      <w:pPr>
        <w:pStyle w:val="Heading1"/>
        <w:jc w:val="right"/>
        <w:bidi/>
      </w:pPr>
      <w:r>
        <w:t>נביות</w:t>
      </w:r>
    </w:p>
    <w:p>
      <w:pPr>
        <w:jc w:val="right"/>
        <w:bidi/>
      </w:pPr>
      <w:r>
        <w:t>שם באנגלית: Nebaioth</w:t>
      </w:r>
    </w:p>
    <w:p>
      <w:pPr>
        <w:jc w:val="right"/>
        <w:bidi/>
      </w:pPr>
      <w:r>
        <w:rPr>
          <w:b/>
        </w:rPr>
        <w:t xml:space="preserve">קשרים: </w:t>
      </w:r>
      <w:r>
        <w:t>בן/בת של ישמעאל</w:t>
      </w:r>
    </w:p>
    <w:p/>
    <w:p>
      <w:pPr>
        <w:pStyle w:val="Heading1"/>
        <w:jc w:val="right"/>
        <w:bidi/>
      </w:pPr>
      <w:r>
        <w:t>נבל</w:t>
      </w:r>
    </w:p>
    <w:p>
      <w:pPr>
        <w:jc w:val="right"/>
        <w:bidi/>
      </w:pPr>
      <w:r>
        <w:t>שם באנגלית: Naval</w:t>
      </w:r>
    </w:p>
    <w:p>
      <w:pPr>
        <w:jc w:val="right"/>
        <w:bidi/>
      </w:pPr>
      <w:r>
        <w:rPr>
          <w:b/>
        </w:rPr>
        <w:t xml:space="preserve">קשרים: </w:t>
      </w:r>
      <w:r>
        <w:t>בן/בת זוג של אביגיל | קשור/ה ל (מקורות) אביגיל | קשור/ה ל (מקורות) דוד המלך</w:t>
      </w:r>
    </w:p>
    <w:p/>
    <w:p>
      <w:pPr>
        <w:pStyle w:val="Heading1"/>
        <w:jc w:val="right"/>
        <w:bidi/>
      </w:pPr>
      <w:r>
        <w:t>נדב</w:t>
      </w:r>
    </w:p>
    <w:p>
      <w:pPr>
        <w:jc w:val="right"/>
        <w:bidi/>
      </w:pPr>
      <w:r>
        <w:t>שם באנגלית: Nadav</w:t>
      </w:r>
    </w:p>
    <w:p>
      <w:pPr>
        <w:jc w:val="right"/>
        <w:bidi/>
      </w:pPr>
      <w:r>
        <w:rPr>
          <w:b/>
        </w:rPr>
        <w:t xml:space="preserve">קשרים: </w:t>
      </w:r>
      <w:r>
        <w:t>בן/בת של אהרון | קשור/ה ל (מקורות) אהרון | בן/בת של אלישבע | קשור/ה ל (מקורות) משה | קשור/ה ל (מקורות) אביהוא</w:t>
      </w:r>
    </w:p>
    <w:p/>
    <w:p>
      <w:pPr>
        <w:pStyle w:val="Heading1"/>
        <w:jc w:val="right"/>
        <w:bidi/>
      </w:pPr>
      <w:r>
        <w:t>נון</w:t>
      </w:r>
    </w:p>
    <w:p>
      <w:pPr>
        <w:jc w:val="right"/>
        <w:bidi/>
      </w:pPr>
      <w:r>
        <w:t>שם באנגלית: Nun</w:t>
      </w:r>
    </w:p>
    <w:p/>
    <w:p>
      <w:pPr>
        <w:pStyle w:val="Heading1"/>
        <w:jc w:val="right"/>
        <w:bidi/>
      </w:pPr>
      <w:r>
        <w:t>נח</w:t>
      </w:r>
    </w:p>
    <w:p>
      <w:pPr>
        <w:jc w:val="right"/>
        <w:bidi/>
      </w:pPr>
      <w:r>
        <w:t>שם באנגלית: Noah</w:t>
      </w:r>
    </w:p>
    <w:p>
      <w:pPr>
        <w:jc w:val="right"/>
        <w:bidi/>
      </w:pPr>
      <w:r>
        <w:t>נח הוא הצדיק היחיד בדור של רשעים. כאשר החליט האל להחריב את העולם במבול, הוא הזהיר את נח וציווה עליו לבנות תיבה. נח ובני משפחתו ניצלו, ועימם שרדו זוג בעלי חיים מכל מין שנח הביא לתיבה.</w:t>
      </w:r>
    </w:p>
    <w:p>
      <w:pPr>
        <w:jc w:val="right"/>
        <w:bidi/>
      </w:pPr>
      <w:r>
        <w:rPr>
          <w:b/>
        </w:rPr>
        <w:t xml:space="preserve">קשרים: </w:t>
      </w:r>
      <w:r>
        <w:t>קשור/ה ל (מקורות) אברהם | צאצא של מתושלח | קשור/ה ל (מקורות) יונה הנביא | קשור/ה ל (מקורות) נעמה | קשור/ה ל (מקורות) כנען</w:t>
      </w:r>
    </w:p>
    <w:p/>
    <w:p>
      <w:pPr>
        <w:pStyle w:val="Heading1"/>
        <w:jc w:val="right"/>
        <w:bidi/>
      </w:pPr>
      <w:r>
        <w:t>נחום</w:t>
      </w:r>
    </w:p>
    <w:p>
      <w:pPr>
        <w:jc w:val="right"/>
        <w:bidi/>
      </w:pPr>
      <w:r>
        <w:t>שם באנגלית: Nachum</w:t>
      </w:r>
    </w:p>
    <w:p/>
    <w:p>
      <w:pPr>
        <w:pStyle w:val="Heading1"/>
        <w:jc w:val="right"/>
        <w:bidi/>
      </w:pPr>
      <w:r>
        <w:t>נחור</w:t>
      </w:r>
    </w:p>
    <w:p>
      <w:pPr>
        <w:jc w:val="right"/>
        <w:bidi/>
      </w:pPr>
      <w:r>
        <w:t>שם באנגלית: Nahor</w:t>
      </w:r>
    </w:p>
    <w:p>
      <w:pPr>
        <w:jc w:val="right"/>
        <w:bidi/>
      </w:pPr>
      <w:r>
        <w:rPr>
          <w:b/>
        </w:rPr>
        <w:t xml:space="preserve">קשרים: </w:t>
      </w:r>
      <w:r>
        <w:t>אח/אחות של אברהם | בן/בת של תרח</w:t>
      </w:r>
    </w:p>
    <w:p/>
    <w:p>
      <w:pPr>
        <w:pStyle w:val="Heading1"/>
        <w:jc w:val="right"/>
        <w:bidi/>
      </w:pPr>
      <w:r>
        <w:t>נחמיה</w:t>
      </w:r>
    </w:p>
    <w:p>
      <w:pPr>
        <w:jc w:val="right"/>
        <w:bidi/>
      </w:pPr>
      <w:r>
        <w:t>שם באנגלית: Nehemiah</w:t>
      </w:r>
    </w:p>
    <w:p>
      <w:pPr>
        <w:jc w:val="right"/>
        <w:bidi/>
      </w:pPr>
      <w:r>
        <w:t>נחמיה היה חצרן יהודי בפרס שהיה לאחד ממנהיגי היהודים בימי שיבת ציון. הוא ניהל את הבנייה המחודשת של בית המקדש וכונן מחדש אורח חיים המבוסס על קיום חוקי התורה.</w:t>
      </w:r>
    </w:p>
    <w:p>
      <w:pPr>
        <w:jc w:val="right"/>
        <w:bidi/>
      </w:pPr>
      <w:r>
        <w:rPr>
          <w:b/>
        </w:rPr>
        <w:t xml:space="preserve">קשרים: </w:t>
      </w:r>
      <w:r>
        <w:t>קשור/ה ל (מקורות) עזרא</w:t>
      </w:r>
    </w:p>
    <w:p/>
    <w:p>
      <w:pPr>
        <w:pStyle w:val="Heading1"/>
        <w:jc w:val="right"/>
        <w:bidi/>
      </w:pPr>
      <w:r>
        <w:t>נחש העמוני</w:t>
      </w:r>
    </w:p>
    <w:p>
      <w:pPr>
        <w:jc w:val="right"/>
        <w:bidi/>
      </w:pPr>
      <w:r>
        <w:t>שם באנגלית: Nahash the Ammonite</w:t>
      </w:r>
    </w:p>
    <w:p/>
    <w:p>
      <w:pPr>
        <w:pStyle w:val="Heading1"/>
        <w:jc w:val="right"/>
        <w:bidi/>
      </w:pPr>
      <w:r>
        <w:t>נחשון בן עמינדב</w:t>
      </w:r>
    </w:p>
    <w:p>
      <w:pPr>
        <w:jc w:val="right"/>
        <w:bidi/>
      </w:pPr>
      <w:r>
        <w:t>שם באנגלית: Nachshon Ben Aminadav</w:t>
      </w:r>
    </w:p>
    <w:p>
      <w:pPr>
        <w:jc w:val="right"/>
        <w:bidi/>
      </w:pPr>
      <w:r>
        <w:br/>
        <w:t>נחשון בן עמינדב היה גיסו של אהרן הכהן, ושימש כנשיא שבט יהודה בתקופת שהייתם של בני ישראל במדבר. נחשון נודע בעיקר בגלל המדרש המתאר את אומץ לבו לקפוץ ראשון למי ים סוף בזמן קריעת ים סוף. כתוצאה מכך, נחשון נחשב לסמל של ההשתדלות אותה האדם צריך לעשות בנוסף לבטחונו באל.</w:t>
        <w:br/>
      </w:r>
    </w:p>
    <w:p>
      <w:pPr>
        <w:jc w:val="right"/>
        <w:bidi/>
      </w:pPr>
      <w:r>
        <w:rPr>
          <w:b/>
        </w:rPr>
        <w:t xml:space="preserve">קשרים: </w:t>
      </w:r>
      <w:r>
        <w:t>צאצא של יהודה | בן/בת של עמינדב</w:t>
      </w:r>
    </w:p>
    <w:p/>
    <w:p>
      <w:pPr>
        <w:pStyle w:val="Heading1"/>
        <w:jc w:val="right"/>
        <w:bidi/>
      </w:pPr>
      <w:r>
        <w:t>נכו</w:t>
      </w:r>
    </w:p>
    <w:p>
      <w:pPr>
        <w:jc w:val="right"/>
        <w:bidi/>
      </w:pPr>
      <w:r>
        <w:t>שם באנגלית: Necho</w:t>
      </w:r>
    </w:p>
    <w:p/>
    <w:p>
      <w:pPr>
        <w:pStyle w:val="Heading1"/>
        <w:jc w:val="right"/>
        <w:bidi/>
      </w:pPr>
      <w:r>
        <w:t>נמרוד</w:t>
      </w:r>
    </w:p>
    <w:p>
      <w:pPr>
        <w:jc w:val="right"/>
        <w:bidi/>
      </w:pPr>
      <w:r>
        <w:t>שם באנגלית: Nimrod</w:t>
      </w:r>
    </w:p>
    <w:p>
      <w:pPr>
        <w:jc w:val="right"/>
        <w:bidi/>
      </w:pPr>
      <w:r>
        <w:rPr>
          <w:b/>
        </w:rPr>
        <w:t xml:space="preserve">קשרים: </w:t>
      </w:r>
      <w:r>
        <w:t>קשור/ה ל (מקורות) אברהם | בן/בת של כוש | קשור/ה ל אמרפל</w:t>
      </w:r>
    </w:p>
    <w:p/>
    <w:p>
      <w:pPr>
        <w:pStyle w:val="Heading1"/>
        <w:jc w:val="right"/>
        <w:bidi/>
      </w:pPr>
      <w:r>
        <w:t>נעה</w:t>
      </w:r>
    </w:p>
    <w:p>
      <w:pPr>
        <w:jc w:val="right"/>
        <w:bidi/>
      </w:pPr>
      <w:r>
        <w:t>שם באנגלית: Noa</w:t>
      </w:r>
    </w:p>
    <w:p>
      <w:pPr>
        <w:jc w:val="right"/>
        <w:bidi/>
      </w:pPr>
      <w:r>
        <w:rPr>
          <w:b/>
        </w:rPr>
        <w:t xml:space="preserve">קשרים: </w:t>
      </w:r>
      <w:r>
        <w:t>בן/בת של צלפחד</w:t>
      </w:r>
    </w:p>
    <w:p/>
    <w:p>
      <w:pPr>
        <w:pStyle w:val="Heading1"/>
        <w:jc w:val="right"/>
        <w:bidi/>
      </w:pPr>
      <w:r>
        <w:t>נעמה</w:t>
      </w:r>
    </w:p>
    <w:p>
      <w:pPr>
        <w:jc w:val="right"/>
        <w:bidi/>
      </w:pPr>
      <w:r>
        <w:t>שם באנגלית: Na'amah</w:t>
      </w:r>
    </w:p>
    <w:p>
      <w:pPr>
        <w:jc w:val="right"/>
        <w:bidi/>
      </w:pPr>
      <w:r>
        <w:t xml:space="preserve">Na’amah is a biblical character mentioned in Genesis 4:22, in the context of a short genealogy of Cain’s descendants. She is identified there as the sister of Tubal-Kain, who “forged all implements of copper and iron” - a phrase commonly understood to mean that he was a founder of weaponry. In rabbinic literature, Na’amah is the name of Noah’s wife, but whether that is the same Na’amah as described in Genesis 4:22 is a matter of rabbinic debate. </w:t>
      </w:r>
    </w:p>
    <w:p>
      <w:pPr>
        <w:jc w:val="right"/>
        <w:bidi/>
      </w:pPr>
      <w:r>
        <w:rPr>
          <w:b/>
        </w:rPr>
        <w:t xml:space="preserve">קשרים: </w:t>
      </w:r>
      <w:r>
        <w:t>בן/בת זוג של נח | קשור/ה ל (מקורות) נח | בן/בת של צלה | בן/בת של למך | קשור/ה ל (מקורות) תובל קין</w:t>
      </w:r>
    </w:p>
    <w:p/>
    <w:p>
      <w:pPr>
        <w:pStyle w:val="Heading1"/>
        <w:jc w:val="right"/>
        <w:bidi/>
      </w:pPr>
      <w:r>
        <w:t>נעמה העמונית</w:t>
      </w:r>
    </w:p>
    <w:p>
      <w:pPr>
        <w:jc w:val="right"/>
        <w:bidi/>
      </w:pPr>
      <w:r>
        <w:t>שם באנגלית: Naamah the Ammonite</w:t>
      </w:r>
    </w:p>
    <w:p/>
    <w:p>
      <w:pPr>
        <w:pStyle w:val="Heading1"/>
        <w:jc w:val="right"/>
        <w:bidi/>
      </w:pPr>
      <w:r>
        <w:t>נעמי</w:t>
      </w:r>
    </w:p>
    <w:p>
      <w:pPr>
        <w:jc w:val="right"/>
        <w:bidi/>
      </w:pPr>
      <w:r>
        <w:t>שם באנגלית: Naomi</w:t>
      </w:r>
    </w:p>
    <w:p>
      <w:pPr>
        <w:jc w:val="right"/>
        <w:bidi/>
      </w:pPr>
      <w:r>
        <w:t>נעמי, אחת הדמויות המרכזיות במגילת רות, הייתה חמותה של רות. היא עזבה את בית לחם עם משפחתה בעקבות רעב ששרר בארץ והתיישבה במואב. לאחר שמתו בעלה ובניה, שבה עם רות לביתה בבית לחם ענייה וחסרת כול. תקוותה שבה אליה כשרות התחתנה עם בועז וילדה לו בן.</w:t>
      </w:r>
    </w:p>
    <w:p>
      <w:pPr>
        <w:jc w:val="right"/>
        <w:bidi/>
      </w:pPr>
      <w:r>
        <w:rPr>
          <w:b/>
        </w:rPr>
        <w:t xml:space="preserve">קשרים: </w:t>
      </w:r>
      <w:r>
        <w:t>קשור/ה ל (מקורות) מואב | קשור/ה ל (מקורות) בועז | בן/בת זוג של אלימלך | קשור/ה ל (מקורות) אלימלך | קשור/ה ל (מקורות) רות | קשור/ה ל (מקורות) רחל | קשור/ה ל (מקורות) מחלון</w:t>
      </w:r>
    </w:p>
    <w:p/>
    <w:p>
      <w:pPr>
        <w:pStyle w:val="Heading1"/>
        <w:jc w:val="right"/>
        <w:bidi/>
      </w:pPr>
      <w:r>
        <w:t>נעמן</w:t>
      </w:r>
    </w:p>
    <w:p>
      <w:pPr>
        <w:jc w:val="right"/>
        <w:bidi/>
      </w:pPr>
      <w:r>
        <w:t>שם באנגלית: Na'aman</w:t>
      </w:r>
    </w:p>
    <w:p>
      <w:pPr>
        <w:jc w:val="right"/>
        <w:bidi/>
      </w:pPr>
      <w:r>
        <w:t xml:space="preserve">Na'aman was the commander of the army of Aram. </w:t>
      </w:r>
    </w:p>
    <w:p>
      <w:pPr>
        <w:jc w:val="right"/>
        <w:bidi/>
      </w:pPr>
      <w:r>
        <w:rPr>
          <w:b/>
        </w:rPr>
        <w:t xml:space="preserve">קשרים: </w:t>
      </w:r>
      <w:r>
        <w:t>קשור/ה ל אלישע | קשור/ה ל (מקורות) אלישע | מנהיג/ה של ארם</w:t>
      </w:r>
    </w:p>
    <w:p/>
    <w:p>
      <w:pPr>
        <w:pStyle w:val="Heading1"/>
        <w:jc w:val="right"/>
        <w:bidi/>
      </w:pPr>
      <w:r>
        <w:t>נפיש</w:t>
      </w:r>
    </w:p>
    <w:p>
      <w:pPr>
        <w:jc w:val="right"/>
        <w:bidi/>
      </w:pPr>
      <w:r>
        <w:t>שם באנגלית: Naphish</w:t>
      </w:r>
    </w:p>
    <w:p>
      <w:pPr>
        <w:jc w:val="right"/>
        <w:bidi/>
      </w:pPr>
      <w:r>
        <w:rPr>
          <w:b/>
        </w:rPr>
        <w:t xml:space="preserve">קשרים: </w:t>
      </w:r>
      <w:r>
        <w:t>בן/בת של ישמעאל</w:t>
      </w:r>
    </w:p>
    <w:p/>
    <w:p>
      <w:pPr>
        <w:pStyle w:val="Heading1"/>
        <w:jc w:val="right"/>
        <w:bidi/>
      </w:pPr>
      <w:r>
        <w:t>נפתלי</w:t>
      </w:r>
    </w:p>
    <w:p>
      <w:pPr>
        <w:jc w:val="right"/>
        <w:bidi/>
      </w:pPr>
      <w:r>
        <w:t>שם באנגלית: Naftali</w:t>
      </w:r>
    </w:p>
    <w:p>
      <w:pPr>
        <w:jc w:val="right"/>
        <w:bidi/>
      </w:pPr>
      <w:r>
        <w:t>נפתלי, בנו השישי של יעקב ובנה השני של בלהה, הוא אבי שבט נפתלי.</w:t>
      </w:r>
    </w:p>
    <w:p>
      <w:pPr>
        <w:jc w:val="right"/>
        <w:bidi/>
      </w:pPr>
      <w:r>
        <w:rPr>
          <w:b/>
        </w:rPr>
        <w:t xml:space="preserve">קשרים: </w:t>
      </w:r>
      <w:r>
        <w:t>קשור/ה ל (מקורות) אשר | קשור/ה ל (מקורות) ראובן | קשור/ה ל (מקורות) יהודה | קשור/ה ל (מקורות) זבולון | בן/בת של יעקב | קשור/ה ל (מקורות) יעקב | קשור/ה ל (מקורות) דן | קשור/ה ל (מקורות) יששכר | בן/בת של בלהה</w:t>
      </w:r>
    </w:p>
    <w:p/>
    <w:p>
      <w:pPr>
        <w:pStyle w:val="Heading1"/>
        <w:jc w:val="right"/>
        <w:bidi/>
      </w:pPr>
      <w:r>
        <w:t>נר אבי קיש</w:t>
      </w:r>
    </w:p>
    <w:p>
      <w:pPr>
        <w:jc w:val="right"/>
        <w:bidi/>
      </w:pPr>
      <w:r>
        <w:t>שם באנגלית: Ner, the Father of Kish</w:t>
      </w:r>
    </w:p>
    <w:p/>
    <w:p>
      <w:pPr>
        <w:pStyle w:val="Heading1"/>
        <w:jc w:val="right"/>
        <w:bidi/>
      </w:pPr>
      <w:r>
        <w:t>נתן הנביא</w:t>
      </w:r>
    </w:p>
    <w:p>
      <w:pPr>
        <w:jc w:val="right"/>
        <w:bidi/>
      </w:pPr>
      <w:r>
        <w:t>שם באנגלית: Natan</w:t>
      </w:r>
    </w:p>
    <w:p>
      <w:pPr>
        <w:jc w:val="right"/>
        <w:bidi/>
      </w:pPr>
      <w:r>
        <w:t xml:space="preserve">Natan HaNavi, or Nathan the prophet, was a prophet during the time periods of King David and King Solomon. His actions are described in the books of Samuel, Kings, and Chronicles. </w:t>
      </w:r>
    </w:p>
    <w:p>
      <w:pPr>
        <w:jc w:val="right"/>
        <w:bidi/>
      </w:pPr>
      <w:r>
        <w:rPr>
          <w:b/>
        </w:rPr>
        <w:t xml:space="preserve">קשרים: </w:t>
      </w:r>
      <w:r>
        <w:t>קשור/ה ל (מקורות) יואב | קשור/ה ל (מקורות) דוד המלך | קשור/ה ל (מקורות) שְׁלֹמֹה | קשור/ה ל (מקורות) שמואל הנביא | קשור/ה ל (מקורות) בת שבע</w:t>
      </w:r>
    </w:p>
    <w:p/>
    <w:p>
      <w:pPr>
        <w:pStyle w:val="Heading1"/>
        <w:jc w:val="right"/>
        <w:bidi/>
      </w:pPr>
      <w:r>
        <w:t>נתנאל</w:t>
      </w:r>
    </w:p>
    <w:p>
      <w:pPr>
        <w:jc w:val="right"/>
        <w:bidi/>
      </w:pPr>
      <w:r>
        <w:t>שם באנגלית: Netanel</w:t>
      </w:r>
    </w:p>
    <w:p/>
    <w:p>
      <w:pPr>
        <w:pStyle w:val="Heading1"/>
        <w:jc w:val="right"/>
        <w:bidi/>
      </w:pPr>
      <w:r>
        <w:t>סְנָאָה בֶן בִּנְיָמִן</w:t>
      </w:r>
    </w:p>
    <w:p>
      <w:pPr>
        <w:jc w:val="right"/>
        <w:bidi/>
      </w:pPr>
      <w:r>
        <w:t>שם באנגלית: Senaah b. Benjamin</w:t>
      </w:r>
    </w:p>
    <w:p/>
    <w:p>
      <w:pPr>
        <w:pStyle w:val="Heading1"/>
        <w:jc w:val="right"/>
        <w:bidi/>
      </w:pPr>
      <w:r>
        <w:t>סבתה</w:t>
      </w:r>
    </w:p>
    <w:p>
      <w:pPr>
        <w:jc w:val="right"/>
        <w:bidi/>
      </w:pPr>
      <w:r>
        <w:t>שם באנגלית: Sabtah</w:t>
      </w:r>
    </w:p>
    <w:p>
      <w:pPr>
        <w:jc w:val="right"/>
        <w:bidi/>
      </w:pPr>
      <w:r>
        <w:rPr>
          <w:b/>
        </w:rPr>
        <w:t xml:space="preserve">קשרים: </w:t>
      </w:r>
      <w:r>
        <w:t>בן/בת של כוש</w:t>
      </w:r>
    </w:p>
    <w:p/>
    <w:p>
      <w:pPr>
        <w:pStyle w:val="Heading1"/>
        <w:jc w:val="right"/>
        <w:bidi/>
      </w:pPr>
      <w:r>
        <w:t>סיחון</w:t>
      </w:r>
    </w:p>
    <w:p>
      <w:pPr>
        <w:jc w:val="right"/>
        <w:bidi/>
      </w:pPr>
      <w:r>
        <w:t>שם באנגלית: Sichon</w:t>
      </w:r>
    </w:p>
    <w:p/>
    <w:p>
      <w:pPr>
        <w:pStyle w:val="Heading1"/>
        <w:jc w:val="right"/>
        <w:bidi/>
      </w:pPr>
      <w:r>
        <w:t>סיסרא</w:t>
      </w:r>
    </w:p>
    <w:p>
      <w:pPr>
        <w:jc w:val="right"/>
        <w:bidi/>
      </w:pPr>
      <w:r>
        <w:t>שם באנגלית: Sisera</w:t>
      </w:r>
    </w:p>
    <w:p>
      <w:pPr>
        <w:jc w:val="right"/>
        <w:bidi/>
      </w:pPr>
      <w:r>
        <w:rPr>
          <w:b/>
        </w:rPr>
        <w:t xml:space="preserve">קשרים: </w:t>
      </w:r>
      <w:r>
        <w:t>קשור/ה ל (מקורות) המן | קשור/ה ל (מקורות) יונה הנביא | התנגד/ה ל יעל אשת חבר הקיני | קשור/ה ל (מקורות) יעל אשת חבר הקיני | התנגד/ה ל דבורה | קשור/ה ל (מקורות) דבורה | בן/בת של אם סיסרא | קשור/ה ל (מקורות) שרה</w:t>
      </w:r>
    </w:p>
    <w:p/>
    <w:p>
      <w:pPr>
        <w:pStyle w:val="Heading1"/>
        <w:jc w:val="right"/>
        <w:bidi/>
      </w:pPr>
      <w:r>
        <w:t>סנבלט</w:t>
      </w:r>
    </w:p>
    <w:p>
      <w:pPr>
        <w:jc w:val="right"/>
        <w:bidi/>
      </w:pPr>
      <w:r>
        <w:t>שם באנגלית: Sanballat</w:t>
      </w:r>
    </w:p>
    <w:p/>
    <w:p>
      <w:pPr>
        <w:pStyle w:val="Heading1"/>
        <w:jc w:val="right"/>
        <w:bidi/>
      </w:pPr>
      <w:r>
        <w:t>סנחריב</w:t>
      </w:r>
    </w:p>
    <w:p>
      <w:pPr>
        <w:jc w:val="right"/>
        <w:bidi/>
      </w:pPr>
      <w:r>
        <w:t>שם באנגלית: Sennacherib</w:t>
      </w:r>
    </w:p>
    <w:p>
      <w:pPr>
        <w:jc w:val="right"/>
        <w:bidi/>
      </w:pPr>
      <w:r>
        <w:t>סנחריב היה מלך אשורי שביקש לכבוש את ירושלים. ישעיהו ניבא את מפלתו. הוא הטיל מצור על העיר, אבל המלך חזקיהו עמד במצור. לאחר שמלאך הביס את הכוחות האשוריים, נסוג סנחריב מהעיר.</w:t>
      </w:r>
    </w:p>
    <w:p>
      <w:pPr>
        <w:jc w:val="right"/>
        <w:bidi/>
      </w:pPr>
      <w:r>
        <w:rPr>
          <w:b/>
        </w:rPr>
        <w:t xml:space="preserve">קשרים: </w:t>
      </w:r>
      <w:r>
        <w:t>התנגד/ה ל חזקיה | קשור/ה ל (מקורות) חזקיה | קשור/ה ל ישעיהו | מנהיג/ה של אשור</w:t>
      </w:r>
    </w:p>
    <w:p/>
    <w:p>
      <w:pPr>
        <w:pStyle w:val="Heading1"/>
        <w:jc w:val="right"/>
        <w:bidi/>
      </w:pPr>
      <w:r>
        <w:t>ספר איוב</w:t>
      </w:r>
    </w:p>
    <w:p>
      <w:pPr>
        <w:jc w:val="right"/>
        <w:bidi/>
      </w:pPr>
      <w:r>
        <w:t>שם באנגלית: Book of Job</w:t>
      </w:r>
    </w:p>
    <w:p>
      <w:pPr>
        <w:jc w:val="right"/>
        <w:bidi/>
      </w:pPr>
      <w:r>
        <w:rPr>
          <w:b/>
        </w:rPr>
        <w:t xml:space="preserve">קשרים: </w:t>
      </w:r>
      <w:r>
        <w:t>קשור/ה ל (מקורות) אברהם | קשור/ה ל (מקורות) יחזקאל | קשור/ה ל (מקורות) בלעם | קשור/ה ל (מקורות) רות</w:t>
      </w:r>
    </w:p>
    <w:p/>
    <w:p>
      <w:pPr>
        <w:pStyle w:val="Heading1"/>
        <w:jc w:val="right"/>
        <w:bidi/>
      </w:pPr>
      <w:r>
        <w:t>סרד</w:t>
      </w:r>
    </w:p>
    <w:p>
      <w:pPr>
        <w:jc w:val="right"/>
        <w:bidi/>
      </w:pPr>
      <w:r>
        <w:t>שם באנגלית: Sered</w:t>
      </w:r>
    </w:p>
    <w:p>
      <w:pPr>
        <w:jc w:val="right"/>
        <w:bidi/>
      </w:pPr>
      <w:r>
        <w:rPr>
          <w:b/>
        </w:rPr>
        <w:t xml:space="preserve">קשרים: </w:t>
      </w:r>
      <w:r>
        <w:t>בן/בת של זבולון</w:t>
      </w:r>
    </w:p>
    <w:p/>
    <w:p>
      <w:pPr>
        <w:pStyle w:val="Heading1"/>
        <w:jc w:val="right"/>
        <w:bidi/>
      </w:pPr>
      <w:r>
        <w:t>סרח בת אשר</w:t>
      </w:r>
    </w:p>
    <w:p>
      <w:pPr>
        <w:jc w:val="right"/>
        <w:bidi/>
      </w:pPr>
      <w:r>
        <w:t>שם באנגלית: Serah the Daughter of Asher</w:t>
      </w:r>
    </w:p>
    <w:p>
      <w:pPr>
        <w:jc w:val="right"/>
        <w:bidi/>
      </w:pPr>
      <w:r>
        <w:t>סרח בת אשר הייתה בתו של אשר בן יעקב. לפי המדרש היא מעולם לא מתה והמשיכה ללוות את בני ישראל בכל מקום שהיו בו.</w:t>
      </w:r>
    </w:p>
    <w:p>
      <w:pPr>
        <w:jc w:val="right"/>
        <w:bidi/>
      </w:pPr>
      <w:r>
        <w:rPr>
          <w:b/>
        </w:rPr>
        <w:t xml:space="preserve">קשרים: </w:t>
      </w:r>
      <w:r>
        <w:t>בן/בת של אשר | קשור/ה ל (מקורות) מצרים | קשור/ה ל (מקורות) יואב | קשור/ה ל (מקורות) יוסף | קשור/ה ל (מקורות) יעקב | קשור/ה ל (מקורות) משה | קשור/ה ל (מקורות) רחב</w:t>
      </w:r>
    </w:p>
    <w:p/>
    <w:p>
      <w:pPr>
        <w:pStyle w:val="Heading1"/>
        <w:jc w:val="right"/>
        <w:bidi/>
      </w:pPr>
      <w:r>
        <w:t>עֲבֵ֣ד נְג֔וֹ</w:t>
      </w:r>
    </w:p>
    <w:p>
      <w:pPr>
        <w:jc w:val="right"/>
        <w:bidi/>
      </w:pPr>
      <w:r>
        <w:t>שם באנגלית: Abed-Nego</w:t>
      </w:r>
    </w:p>
    <w:p/>
    <w:p>
      <w:pPr>
        <w:pStyle w:val="Heading1"/>
        <w:jc w:val="right"/>
        <w:bidi/>
      </w:pPr>
      <w:r>
        <w:t>עֲזַרְיָה֖וּ נְגִ֥יד בֵּֽית־הָֽאֱלֹהִֽים</w:t>
      </w:r>
    </w:p>
    <w:p>
      <w:pPr>
        <w:jc w:val="right"/>
        <w:bidi/>
      </w:pPr>
      <w:r>
        <w:t>שם באנגלית: Azariahu the governor of God's House</w:t>
      </w:r>
    </w:p>
    <w:p/>
    <w:p>
      <w:pPr>
        <w:pStyle w:val="Heading1"/>
        <w:jc w:val="right"/>
        <w:bidi/>
      </w:pPr>
      <w:r>
        <w:t>עֶגְלָה</w:t>
      </w:r>
    </w:p>
    <w:p>
      <w:pPr>
        <w:jc w:val="right"/>
        <w:bidi/>
      </w:pPr>
      <w:r>
        <w:t>שם באנגלית: Eglah</w:t>
      </w:r>
    </w:p>
    <w:p>
      <w:pPr>
        <w:jc w:val="right"/>
        <w:bidi/>
      </w:pPr>
      <w:r>
        <w:rPr>
          <w:b/>
        </w:rPr>
        <w:t xml:space="preserve">קשרים: </w:t>
      </w:r>
      <w:r>
        <w:t>בן/בת זוג של דוד המלך</w:t>
      </w:r>
    </w:p>
    <w:p/>
    <w:p>
      <w:pPr>
        <w:pStyle w:val="Heading1"/>
        <w:jc w:val="right"/>
        <w:bidi/>
      </w:pPr>
      <w:r>
        <w:t>עָדָה</w:t>
      </w:r>
    </w:p>
    <w:p>
      <w:pPr>
        <w:jc w:val="right"/>
        <w:bidi/>
      </w:pPr>
      <w:r>
        <w:t>שם באנגלית: Ada</w:t>
      </w:r>
    </w:p>
    <w:p>
      <w:pPr>
        <w:jc w:val="right"/>
        <w:bidi/>
      </w:pPr>
      <w:r>
        <w:rPr>
          <w:b/>
        </w:rPr>
        <w:t xml:space="preserve">קשרים: </w:t>
      </w:r>
      <w:r>
        <w:t>בן/בת זוג של למך</w:t>
      </w:r>
    </w:p>
    <w:p/>
    <w:p>
      <w:pPr>
        <w:pStyle w:val="Heading1"/>
        <w:jc w:val="right"/>
        <w:bidi/>
      </w:pPr>
      <w:r>
        <w:t>עבד מלך הכושי</w:t>
      </w:r>
    </w:p>
    <w:p>
      <w:pPr>
        <w:jc w:val="right"/>
        <w:bidi/>
      </w:pPr>
      <w:r>
        <w:t>שם באנגלית: Ebed-Melech the Kushite</w:t>
      </w:r>
    </w:p>
    <w:p>
      <w:pPr>
        <w:jc w:val="right"/>
        <w:bidi/>
      </w:pPr>
      <w:r>
        <w:rPr>
          <w:b/>
        </w:rPr>
        <w:t xml:space="preserve">קשרים: </w:t>
      </w:r>
      <w:r>
        <w:t>קשור/ה ל ירמיהו</w:t>
      </w:r>
    </w:p>
    <w:p/>
    <w:p>
      <w:pPr>
        <w:pStyle w:val="Heading1"/>
        <w:jc w:val="right"/>
        <w:bidi/>
      </w:pPr>
      <w:r>
        <w:t>עבדאל</w:t>
      </w:r>
    </w:p>
    <w:p>
      <w:pPr>
        <w:jc w:val="right"/>
        <w:bidi/>
      </w:pPr>
      <w:r>
        <w:t>שם באנגלית: Abdeel</w:t>
      </w:r>
    </w:p>
    <w:p/>
    <w:p>
      <w:pPr>
        <w:pStyle w:val="Heading1"/>
        <w:jc w:val="right"/>
        <w:bidi/>
      </w:pPr>
      <w:r>
        <w:t>עבדון בן הלל</w:t>
      </w:r>
    </w:p>
    <w:p>
      <w:pPr>
        <w:jc w:val="right"/>
        <w:bidi/>
      </w:pPr>
      <w:r>
        <w:t>שם באנגלית: Abdon</w:t>
      </w:r>
    </w:p>
    <w:p/>
    <w:p>
      <w:pPr>
        <w:pStyle w:val="Heading1"/>
        <w:jc w:val="right"/>
        <w:bidi/>
      </w:pPr>
      <w:r>
        <w:t>עבר בן שם</w:t>
      </w:r>
    </w:p>
    <w:p>
      <w:pPr>
        <w:jc w:val="right"/>
        <w:bidi/>
      </w:pPr>
      <w:r>
        <w:t>שם באנגלית: Eber, the Son of Shem</w:t>
      </w:r>
    </w:p>
    <w:p>
      <w:pPr>
        <w:jc w:val="right"/>
        <w:bidi/>
      </w:pPr>
      <w:r>
        <w:rPr>
          <w:b/>
        </w:rPr>
        <w:t xml:space="preserve">קשרים: </w:t>
      </w:r>
      <w:r>
        <w:t>קשור/ה ל (מקורות) שֵׁם | בן/בת של שֶׁלַח</w:t>
      </w:r>
    </w:p>
    <w:p/>
    <w:p>
      <w:pPr>
        <w:pStyle w:val="Heading1"/>
        <w:jc w:val="right"/>
        <w:bidi/>
      </w:pPr>
      <w:r>
        <w:t>עגלון</w:t>
      </w:r>
    </w:p>
    <w:p>
      <w:pPr>
        <w:jc w:val="right"/>
        <w:bidi/>
      </w:pPr>
      <w:r>
        <w:t>שם באנגלית: Eglon</w:t>
      </w:r>
    </w:p>
    <w:p>
      <w:pPr>
        <w:jc w:val="right"/>
        <w:bidi/>
      </w:pPr>
      <w:r>
        <w:rPr>
          <w:b/>
        </w:rPr>
        <w:t xml:space="preserve">קשרים: </w:t>
      </w:r>
      <w:r>
        <w:t>מנהיג/ה של מואב | התנגד/ה ל אהוד | קשור/ה ל (מקורות) אחאב | קשור/ה ל (מקורות) בלעם | קשור/ה ל (מקורות) רות | קשור/ה ל (מקורות) פרשת בלק</w:t>
      </w:r>
    </w:p>
    <w:p/>
    <w:p>
      <w:pPr>
        <w:pStyle w:val="Heading1"/>
        <w:jc w:val="right"/>
        <w:bidi/>
      </w:pPr>
      <w:r>
        <w:t>עדו</w:t>
      </w:r>
    </w:p>
    <w:p>
      <w:pPr>
        <w:jc w:val="right"/>
        <w:bidi/>
      </w:pPr>
      <w:r>
        <w:t>שם באנגלית: Iddo</w:t>
      </w:r>
    </w:p>
    <w:p/>
    <w:p>
      <w:pPr>
        <w:pStyle w:val="Heading1"/>
        <w:jc w:val="right"/>
        <w:bidi/>
      </w:pPr>
      <w:r>
        <w:t>עדינו</w:t>
      </w:r>
    </w:p>
    <w:p>
      <w:pPr>
        <w:jc w:val="right"/>
        <w:bidi/>
      </w:pPr>
      <w:r>
        <w:t>שם באנגלית: Adino</w:t>
      </w:r>
    </w:p>
    <w:p/>
    <w:p>
      <w:pPr>
        <w:pStyle w:val="Heading1"/>
        <w:jc w:val="right"/>
        <w:bidi/>
      </w:pPr>
      <w:r>
        <w:t>עדריאל המחולתי</w:t>
      </w:r>
    </w:p>
    <w:p>
      <w:pPr>
        <w:jc w:val="right"/>
        <w:bidi/>
      </w:pPr>
      <w:r>
        <w:t>שם באנגלית: Adriel</w:t>
      </w:r>
    </w:p>
    <w:p/>
    <w:p>
      <w:pPr>
        <w:pStyle w:val="Heading1"/>
        <w:jc w:val="right"/>
        <w:bidi/>
      </w:pPr>
      <w:r>
        <w:t>עובד</w:t>
      </w:r>
    </w:p>
    <w:p>
      <w:pPr>
        <w:jc w:val="right"/>
        <w:bidi/>
      </w:pPr>
      <w:r>
        <w:t>שם באנגלית: Obed</w:t>
      </w:r>
    </w:p>
    <w:p>
      <w:pPr>
        <w:jc w:val="right"/>
        <w:bidi/>
      </w:pPr>
      <w:r>
        <w:rPr>
          <w:b/>
        </w:rPr>
        <w:t xml:space="preserve">קשרים: </w:t>
      </w:r>
      <w:r>
        <w:t>בן/בת של בועז | בן/בת של רות</w:t>
      </w:r>
    </w:p>
    <w:p/>
    <w:p>
      <w:pPr>
        <w:pStyle w:val="Heading1"/>
        <w:jc w:val="right"/>
        <w:bidi/>
      </w:pPr>
      <w:r>
        <w:t>עובד אדום</w:t>
      </w:r>
    </w:p>
    <w:p>
      <w:pPr>
        <w:jc w:val="right"/>
        <w:bidi/>
      </w:pPr>
      <w:r>
        <w:t>שם באנגלית: Obed Edom</w:t>
      </w:r>
    </w:p>
    <w:p/>
    <w:p>
      <w:pPr>
        <w:pStyle w:val="Heading1"/>
        <w:jc w:val="right"/>
        <w:bidi/>
      </w:pPr>
      <w:r>
        <w:t>עובדיה</w:t>
      </w:r>
    </w:p>
    <w:p>
      <w:pPr>
        <w:jc w:val="right"/>
        <w:bidi/>
      </w:pPr>
      <w:r>
        <w:t>שם באנגלית: Obadiah</w:t>
      </w:r>
    </w:p>
    <w:p>
      <w:pPr>
        <w:jc w:val="right"/>
        <w:bidi/>
      </w:pPr>
      <w:r>
        <w:rPr>
          <w:b/>
        </w:rPr>
        <w:t xml:space="preserve">קשרים: </w:t>
      </w:r>
      <w:r>
        <w:t>קשור/ה ל (מקורות) עשיו | קשור/ה ל (מקורות) אדום</w:t>
      </w:r>
    </w:p>
    <w:p/>
    <w:p>
      <w:pPr>
        <w:pStyle w:val="Heading1"/>
        <w:jc w:val="right"/>
        <w:bidi/>
      </w:pPr>
      <w:r>
        <w:t>עוג</w:t>
      </w:r>
    </w:p>
    <w:p>
      <w:pPr>
        <w:jc w:val="right"/>
        <w:bidi/>
      </w:pPr>
      <w:r>
        <w:t>שם באנגלית: Og</w:t>
      </w:r>
    </w:p>
    <w:p>
      <w:pPr>
        <w:jc w:val="right"/>
        <w:bidi/>
      </w:pPr>
      <w:r>
        <w:t>עוג היה מלך אמורי שמלך בבשן, ובספר במדבר מתואר שהובס על ידי משה ובני ישראל. ממסורת חז"ל עולה שהוא היה ענק.</w:t>
      </w:r>
    </w:p>
    <w:p>
      <w:pPr>
        <w:jc w:val="right"/>
        <w:bidi/>
      </w:pPr>
      <w:r>
        <w:rPr>
          <w:b/>
        </w:rPr>
        <w:t xml:space="preserve">קשרים: </w:t>
      </w:r>
      <w:r>
        <w:t>קשור/ה ל (מקורות) אברהם | קשור/ה ל סיחון | קשור/ה ל אליעזר | קשור/ה ל (מקורות) אליעזר | קשור/ה ל (מקורות) משה</w:t>
      </w:r>
    </w:p>
    <w:p/>
    <w:p>
      <w:pPr>
        <w:pStyle w:val="Heading1"/>
        <w:jc w:val="right"/>
        <w:bidi/>
      </w:pPr>
      <w:r>
        <w:t>עודד</w:t>
      </w:r>
    </w:p>
    <w:p>
      <w:pPr>
        <w:jc w:val="right"/>
        <w:bidi/>
      </w:pPr>
      <w:r>
        <w:t>שם באנגלית: Oded</w:t>
      </w:r>
    </w:p>
    <w:p/>
    <w:p>
      <w:pPr>
        <w:pStyle w:val="Heading1"/>
        <w:jc w:val="right"/>
        <w:bidi/>
      </w:pPr>
      <w:r>
        <w:t>עוזא</w:t>
      </w:r>
    </w:p>
    <w:p>
      <w:pPr>
        <w:jc w:val="right"/>
        <w:bidi/>
      </w:pPr>
      <w:r>
        <w:t>שם באנגלית: Uzzah</w:t>
      </w:r>
    </w:p>
    <w:p/>
    <w:p>
      <w:pPr>
        <w:pStyle w:val="Heading1"/>
        <w:jc w:val="right"/>
        <w:bidi/>
      </w:pPr>
      <w:r>
        <w:t>עוזיאל</w:t>
      </w:r>
    </w:p>
    <w:p>
      <w:pPr>
        <w:jc w:val="right"/>
        <w:bidi/>
      </w:pPr>
      <w:r>
        <w:t>שם באנגלית: Uzziel</w:t>
      </w:r>
    </w:p>
    <w:p/>
    <w:p>
      <w:pPr>
        <w:pStyle w:val="Heading1"/>
        <w:jc w:val="right"/>
        <w:bidi/>
      </w:pPr>
      <w:r>
        <w:t>עוזיה</w:t>
      </w:r>
    </w:p>
    <w:p>
      <w:pPr>
        <w:jc w:val="right"/>
        <w:bidi/>
      </w:pPr>
      <w:r>
        <w:t>שם באנגלית: Uzziah</w:t>
      </w:r>
    </w:p>
    <w:p>
      <w:pPr>
        <w:jc w:val="right"/>
        <w:bidi/>
      </w:pPr>
      <w:r>
        <w:rPr>
          <w:b/>
        </w:rPr>
        <w:t xml:space="preserve">קשרים: </w:t>
      </w:r>
      <w:r>
        <w:t>בן/בת של אמציה</w:t>
      </w:r>
    </w:p>
    <w:p/>
    <w:p>
      <w:pPr>
        <w:pStyle w:val="Heading1"/>
        <w:jc w:val="right"/>
        <w:bidi/>
      </w:pPr>
      <w:r>
        <w:t>עוץ</w:t>
      </w:r>
    </w:p>
    <w:p>
      <w:pPr>
        <w:jc w:val="right"/>
        <w:bidi/>
      </w:pPr>
      <w:r>
        <w:t>שם באנגלית: Uts</w:t>
      </w:r>
    </w:p>
    <w:p>
      <w:pPr>
        <w:jc w:val="right"/>
        <w:bidi/>
      </w:pPr>
      <w:r>
        <w:rPr>
          <w:b/>
        </w:rPr>
        <w:t xml:space="preserve">קשרים: </w:t>
      </w:r>
      <w:r>
        <w:t>בן/בת של נחור | בן/בת של ארם | בן/בת של מלכה</w:t>
      </w:r>
    </w:p>
    <w:p/>
    <w:p>
      <w:pPr>
        <w:pStyle w:val="Heading1"/>
        <w:jc w:val="right"/>
        <w:bidi/>
      </w:pPr>
      <w:r>
        <w:t>עזובה</w:t>
      </w:r>
    </w:p>
    <w:p>
      <w:pPr>
        <w:jc w:val="right"/>
        <w:bidi/>
      </w:pPr>
      <w:r>
        <w:t>שם באנגלית: Azubah</w:t>
      </w:r>
    </w:p>
    <w:p>
      <w:pPr>
        <w:jc w:val="right"/>
        <w:bidi/>
      </w:pPr>
      <w:r>
        <w:rPr>
          <w:b/>
        </w:rPr>
        <w:t xml:space="preserve">קשרים: </w:t>
      </w:r>
      <w:r>
        <w:t>בן/בת זוג של אסא</w:t>
      </w:r>
    </w:p>
    <w:p/>
    <w:p>
      <w:pPr>
        <w:pStyle w:val="Heading1"/>
        <w:jc w:val="right"/>
        <w:bidi/>
      </w:pPr>
      <w:r>
        <w:t>עזרא</w:t>
      </w:r>
    </w:p>
    <w:p>
      <w:pPr>
        <w:jc w:val="right"/>
        <w:bidi/>
      </w:pPr>
      <w:r>
        <w:t>שם באנגלית: Ezra</w:t>
      </w:r>
    </w:p>
    <w:p>
      <w:pPr>
        <w:jc w:val="right"/>
        <w:bidi/>
      </w:pPr>
      <w:r>
        <w:t>עזרא הוא כוהן בתקופת שיבת ציון. אחרי כיבוש בבל על ידי הפרסים, התיר כורש מלך פרס ליהודים לשוב לארץ ישראל ולבנות מחדש את בית המקדש. עזרא עמד בראשם והנהיג סדרה של רפורמות שנועדה להשיב את היהודים למסורת הדתית שלהם.</w:t>
      </w:r>
    </w:p>
    <w:p>
      <w:pPr>
        <w:jc w:val="right"/>
        <w:bidi/>
      </w:pPr>
      <w:r>
        <w:rPr>
          <w:b/>
        </w:rPr>
        <w:t xml:space="preserve">קשרים: </w:t>
      </w:r>
      <w:r>
        <w:t>קשור/ה ל מלאכי | קשור/ה ל (מקורות) מלאכי | קשור/ה ל (מקורות) כורש | קשור/ה ל נחמיה | קשור/ה ל (מקורות) נחמיה | קשור/ה ל (מקורות) דריוש | קשור/ה ל (מקורות) ירמיהו | קשור/ה ל (מקורות) ישעיהו | קשור/ה ל (מקורות) רות</w:t>
      </w:r>
    </w:p>
    <w:p/>
    <w:p>
      <w:pPr>
        <w:pStyle w:val="Heading1"/>
        <w:jc w:val="right"/>
        <w:bidi/>
      </w:pPr>
      <w:r>
        <w:t>עזריהו בן עודד</w:t>
      </w:r>
    </w:p>
    <w:p>
      <w:pPr>
        <w:jc w:val="right"/>
        <w:bidi/>
      </w:pPr>
      <w:r>
        <w:t>שם באנגלית: Azaryahu ben Oded</w:t>
      </w:r>
    </w:p>
    <w:p/>
    <w:p>
      <w:pPr>
        <w:pStyle w:val="Heading1"/>
        <w:jc w:val="right"/>
        <w:bidi/>
      </w:pPr>
      <w:r>
        <w:t>עידית</w:t>
      </w:r>
    </w:p>
    <w:p>
      <w:pPr>
        <w:jc w:val="right"/>
        <w:bidi/>
      </w:pPr>
      <w:r>
        <w:t>שם באנגלית: Idit</w:t>
      </w:r>
    </w:p>
    <w:p/>
    <w:p>
      <w:pPr>
        <w:pStyle w:val="Heading1"/>
        <w:jc w:val="right"/>
        <w:bidi/>
      </w:pPr>
      <w:r>
        <w:t>עילם</w:t>
      </w:r>
    </w:p>
    <w:p>
      <w:pPr>
        <w:jc w:val="right"/>
        <w:bidi/>
      </w:pPr>
      <w:r>
        <w:t>שם באנגלית: Elam</w:t>
      </w:r>
    </w:p>
    <w:p>
      <w:pPr>
        <w:jc w:val="right"/>
        <w:bidi/>
      </w:pPr>
      <w:r>
        <w:rPr>
          <w:b/>
        </w:rPr>
        <w:t xml:space="preserve">קשרים: </w:t>
      </w:r>
      <w:r>
        <w:t>קשור/ה ל מדי | בן/בת של שֵׁם</w:t>
      </w:r>
    </w:p>
    <w:p/>
    <w:p>
      <w:pPr>
        <w:pStyle w:val="Heading1"/>
        <w:jc w:val="right"/>
        <w:bidi/>
      </w:pPr>
      <w:r>
        <w:t>עיפה</w:t>
      </w:r>
    </w:p>
    <w:p>
      <w:pPr>
        <w:jc w:val="right"/>
        <w:bidi/>
      </w:pPr>
      <w:r>
        <w:t>שם באנגלית: Ephah</w:t>
      </w:r>
    </w:p>
    <w:p>
      <w:pPr>
        <w:jc w:val="right"/>
        <w:bidi/>
      </w:pPr>
      <w:r>
        <w:rPr>
          <w:b/>
        </w:rPr>
        <w:t xml:space="preserve">קשרים: </w:t>
      </w:r>
      <w:r>
        <w:t>בן/בת של מדין</w:t>
      </w:r>
    </w:p>
    <w:p/>
    <w:p>
      <w:pPr>
        <w:pStyle w:val="Heading1"/>
        <w:jc w:val="right"/>
        <w:bidi/>
      </w:pPr>
      <w:r>
        <w:t>עירא היאירי</w:t>
      </w:r>
    </w:p>
    <w:p>
      <w:pPr>
        <w:jc w:val="right"/>
        <w:bidi/>
      </w:pPr>
      <w:r>
        <w:t>שם באנגלית: Ira the Jairite</w:t>
      </w:r>
    </w:p>
    <w:p/>
    <w:p>
      <w:pPr>
        <w:pStyle w:val="Heading1"/>
        <w:jc w:val="right"/>
        <w:bidi/>
      </w:pPr>
      <w:r>
        <w:t>עירד</w:t>
      </w:r>
    </w:p>
    <w:p>
      <w:pPr>
        <w:jc w:val="right"/>
        <w:bidi/>
      </w:pPr>
      <w:r>
        <w:t>שם באנגלית: Irad</w:t>
      </w:r>
    </w:p>
    <w:p/>
    <w:p>
      <w:pPr>
        <w:pStyle w:val="Heading1"/>
        <w:jc w:val="right"/>
        <w:bidi/>
      </w:pPr>
      <w:r>
        <w:t>עכן</w:t>
      </w:r>
    </w:p>
    <w:p>
      <w:pPr>
        <w:jc w:val="right"/>
        <w:bidi/>
      </w:pPr>
      <w:r>
        <w:t>שם באנגלית: Achan</w:t>
      </w:r>
    </w:p>
    <w:p>
      <w:pPr>
        <w:jc w:val="right"/>
        <w:bidi/>
      </w:pPr>
      <w:r>
        <w:rPr>
          <w:b/>
        </w:rPr>
        <w:t xml:space="preserve">קשרים: </w:t>
      </w:r>
      <w:r>
        <w:t>קשור/ה ל יהושע | קשור/ה ל (מקורות) יהושע</w:t>
      </w:r>
    </w:p>
    <w:p/>
    <w:p>
      <w:pPr>
        <w:pStyle w:val="Heading1"/>
        <w:jc w:val="right"/>
        <w:bidi/>
      </w:pPr>
      <w:r>
        <w:t>עכסה</w:t>
      </w:r>
    </w:p>
    <w:p>
      <w:pPr>
        <w:jc w:val="right"/>
        <w:bidi/>
      </w:pPr>
      <w:r>
        <w:t>שם באנגלית: Achsah</w:t>
      </w:r>
    </w:p>
    <w:p>
      <w:pPr>
        <w:jc w:val="right"/>
        <w:bidi/>
      </w:pPr>
      <w:r>
        <w:rPr>
          <w:b/>
        </w:rPr>
        <w:t xml:space="preserve">קשרים: </w:t>
      </w:r>
      <w:r>
        <w:t>בן/בת של כלב בן יפונה</w:t>
      </w:r>
    </w:p>
    <w:p/>
    <w:p>
      <w:pPr>
        <w:pStyle w:val="Heading1"/>
        <w:jc w:val="right"/>
        <w:bidi/>
      </w:pPr>
      <w:r>
        <w:t>עלי</w:t>
      </w:r>
    </w:p>
    <w:p>
      <w:pPr>
        <w:jc w:val="right"/>
        <w:bidi/>
      </w:pPr>
      <w:r>
        <w:t>שם באנגלית: Eli</w:t>
      </w:r>
    </w:p>
    <w:p>
      <w:pPr>
        <w:jc w:val="right"/>
        <w:bidi/>
      </w:pPr>
      <w:r>
        <w:rPr>
          <w:b/>
        </w:rPr>
        <w:t xml:space="preserve">קשרים: </w:t>
      </w:r>
      <w:r>
        <w:t>צאצא של איתמר | קשור/ה ל חנה | קשור/ה ל (מקורות) חנה | לימד/ה את שמואל הנביא | קשור/ה ל (מקורות) שמואל הנביא</w:t>
      </w:r>
    </w:p>
    <w:p/>
    <w:p>
      <w:pPr>
        <w:pStyle w:val="Heading1"/>
        <w:jc w:val="right"/>
        <w:bidi/>
      </w:pPr>
      <w:r>
        <w:t>עמוס</w:t>
      </w:r>
    </w:p>
    <w:p>
      <w:pPr>
        <w:jc w:val="right"/>
        <w:bidi/>
      </w:pPr>
      <w:r>
        <w:t>שם באנגלית: Amos</w:t>
      </w:r>
    </w:p>
    <w:p>
      <w:pPr>
        <w:jc w:val="right"/>
        <w:bidi/>
      </w:pPr>
      <w:r>
        <w:rPr>
          <w:b/>
        </w:rPr>
        <w:t xml:space="preserve">קשרים: </w:t>
      </w:r>
      <w:r>
        <w:t>קשור/ה ל (מקורות) מיכה הנביא | קשור/ה ל (מקורות) זכריה | קשור/ה ל (מקורות) יחזקאל | קשור/ה ל (מקורות) משה | קשור/ה ל (מקורות) ירמיהו | קשור/ה ל (מקורות) ישעיהו</w:t>
      </w:r>
    </w:p>
    <w:p/>
    <w:p>
      <w:pPr>
        <w:pStyle w:val="Heading1"/>
        <w:jc w:val="right"/>
        <w:bidi/>
      </w:pPr>
      <w:r>
        <w:t>עמינדב</w:t>
      </w:r>
    </w:p>
    <w:p>
      <w:pPr>
        <w:jc w:val="right"/>
        <w:bidi/>
      </w:pPr>
      <w:r>
        <w:t>שם באנגלית: Amminadab</w:t>
      </w:r>
    </w:p>
    <w:p>
      <w:pPr>
        <w:jc w:val="right"/>
        <w:bidi/>
      </w:pPr>
      <w:r>
        <w:rPr>
          <w:b/>
        </w:rPr>
        <w:t xml:space="preserve">קשרים: </w:t>
      </w:r>
      <w:r>
        <w:t>בן/בת של רם</w:t>
      </w:r>
    </w:p>
    <w:p/>
    <w:p>
      <w:pPr>
        <w:pStyle w:val="Heading1"/>
        <w:jc w:val="right"/>
        <w:bidi/>
      </w:pPr>
      <w:r>
        <w:t>עמלק</w:t>
      </w:r>
    </w:p>
    <w:p>
      <w:pPr>
        <w:jc w:val="right"/>
        <w:bidi/>
      </w:pPr>
      <w:r>
        <w:t>שם באנגלית: Amalek</w:t>
      </w:r>
    </w:p>
    <w:p>
      <w:pPr>
        <w:jc w:val="right"/>
        <w:bidi/>
      </w:pPr>
      <w:r>
        <w:t>עמלק הוא עם שהתקיף את בני ישראל במדבר. העמלקי התקיף מאחור ושם לו למטרה את החלשים בעם. בשל מעשה זה התורה מצווה על בני ישראל לזכור לנצח את עמלק ובד בבד למחות את שמו.</w:t>
      </w:r>
    </w:p>
    <w:p>
      <w:pPr>
        <w:jc w:val="right"/>
        <w:bidi/>
      </w:pPr>
      <w:r>
        <w:rPr>
          <w:b/>
        </w:rPr>
        <w:t xml:space="preserve">קשרים: </w:t>
      </w:r>
      <w:r>
        <w:t>צאצא של עשיו | קשור/ה ל (מקורות) עשיו | קשור/ה ל אדום | קשור/ה ל (מקורות) המן | קשור/ה ל (מקורות) מרדכי | בן/בת של אליפז | קשור/ה ל (מקורות) אסתר | קשור/ה ל (מקורות) המלך שאול | קשור/ה ל (מקורות) שמואל הנביא | בן/בת של תמנע | קשור/ה ל (מקורות) תמנע</w:t>
      </w:r>
    </w:p>
    <w:p/>
    <w:p>
      <w:pPr>
        <w:pStyle w:val="Heading1"/>
        <w:jc w:val="right"/>
        <w:bidi/>
      </w:pPr>
      <w:r>
        <w:t>עמרי</w:t>
      </w:r>
    </w:p>
    <w:p>
      <w:pPr>
        <w:jc w:val="right"/>
        <w:bidi/>
      </w:pPr>
      <w:r>
        <w:t>שם באנגלית: Omri</w:t>
      </w:r>
    </w:p>
    <w:p/>
    <w:p>
      <w:pPr>
        <w:pStyle w:val="Heading1"/>
        <w:jc w:val="right"/>
        <w:bidi/>
      </w:pPr>
      <w:r>
        <w:t>עמרם</w:t>
      </w:r>
    </w:p>
    <w:p>
      <w:pPr>
        <w:jc w:val="right"/>
        <w:bidi/>
      </w:pPr>
      <w:r>
        <w:t>שם באנגלית: Amram</w:t>
      </w:r>
    </w:p>
    <w:p>
      <w:pPr>
        <w:jc w:val="right"/>
        <w:bidi/>
      </w:pPr>
      <w:r>
        <w:rPr>
          <w:b/>
        </w:rPr>
        <w:t xml:space="preserve">קשרים: </w:t>
      </w:r>
      <w:r>
        <w:t>בן/בת זוג של יוכבד | קשור/ה ל (מקורות) יוכבד | קשור/ה ל (מקורות) משה | בן/בת של קהת</w:t>
      </w:r>
    </w:p>
    <w:p/>
    <w:p>
      <w:pPr>
        <w:pStyle w:val="Heading1"/>
        <w:jc w:val="right"/>
        <w:bidi/>
      </w:pPr>
      <w:r>
        <w:t>עמשא</w:t>
      </w:r>
    </w:p>
    <w:p>
      <w:pPr>
        <w:jc w:val="right"/>
        <w:bidi/>
      </w:pPr>
      <w:r>
        <w:t>שם באנגלית: Amasa</w:t>
      </w:r>
    </w:p>
    <w:p>
      <w:pPr>
        <w:jc w:val="right"/>
        <w:bidi/>
      </w:pPr>
      <w:r>
        <w:rPr>
          <w:b/>
        </w:rPr>
        <w:t xml:space="preserve">קשרים: </w:t>
      </w:r>
      <w:r>
        <w:t>קשור/ה ל (מקורות) אבנר | קשור/ה ל (מקורות) יואב | קשור/ה ל (מקורות) דוד המלך</w:t>
      </w:r>
    </w:p>
    <w:p/>
    <w:p>
      <w:pPr>
        <w:pStyle w:val="Heading1"/>
        <w:jc w:val="right"/>
        <w:bidi/>
      </w:pPr>
      <w:r>
        <w:t>ענה בן צבעון</w:t>
      </w:r>
    </w:p>
    <w:p>
      <w:pPr>
        <w:jc w:val="right"/>
        <w:bidi/>
      </w:pPr>
      <w:r>
        <w:t>שם באנגלית: Anah</w:t>
      </w:r>
    </w:p>
    <w:p>
      <w:pPr>
        <w:jc w:val="right"/>
        <w:bidi/>
      </w:pPr>
      <w:r>
        <w:rPr>
          <w:b/>
        </w:rPr>
        <w:t xml:space="preserve">קשרים: </w:t>
      </w:r>
      <w:r>
        <w:t>בן/בת של צבעון החוי</w:t>
      </w:r>
    </w:p>
    <w:p/>
    <w:p>
      <w:pPr>
        <w:pStyle w:val="Heading1"/>
        <w:jc w:val="right"/>
        <w:bidi/>
      </w:pPr>
      <w:r>
        <w:t>ענר</w:t>
      </w:r>
    </w:p>
    <w:p>
      <w:pPr>
        <w:jc w:val="right"/>
        <w:bidi/>
      </w:pPr>
      <w:r>
        <w:t>שם באנגלית: Aner</w:t>
      </w:r>
    </w:p>
    <w:p>
      <w:pPr>
        <w:jc w:val="right"/>
        <w:bidi/>
      </w:pPr>
      <w:r>
        <w:rPr>
          <w:b/>
        </w:rPr>
        <w:t xml:space="preserve">קשרים: </w:t>
      </w:r>
      <w:r>
        <w:t>קשור/ה ל (מקורות) ממרא</w:t>
      </w:r>
    </w:p>
    <w:p/>
    <w:p>
      <w:pPr>
        <w:pStyle w:val="Heading1"/>
        <w:jc w:val="right"/>
        <w:bidi/>
      </w:pPr>
      <w:r>
        <w:t>עפרון</w:t>
      </w:r>
    </w:p>
    <w:p>
      <w:pPr>
        <w:jc w:val="right"/>
        <w:bidi/>
      </w:pPr>
      <w:r>
        <w:t>שם באנגלית: Efron</w:t>
      </w:r>
    </w:p>
    <w:p>
      <w:pPr>
        <w:jc w:val="right"/>
        <w:bidi/>
      </w:pPr>
      <w:r>
        <w:t xml:space="preserve">Efron was the Hittite property owner, from whom Abraham about the Cave of Machpelah in Hebron, which become the Tomb of the Patriarchs, where Abraham buried his wife Sarah, and where Isaac, Rebecca, Jacob and Leah were later buried. </w:t>
      </w:r>
    </w:p>
    <w:p>
      <w:pPr>
        <w:jc w:val="right"/>
        <w:bidi/>
      </w:pPr>
      <w:r>
        <w:rPr>
          <w:b/>
        </w:rPr>
        <w:t xml:space="preserve">קשרים: </w:t>
      </w:r>
      <w:r>
        <w:t>קשור/ה ל (מקורות) אברהם</w:t>
      </w:r>
    </w:p>
    <w:p/>
    <w:p>
      <w:pPr>
        <w:pStyle w:val="Heading1"/>
        <w:jc w:val="right"/>
        <w:bidi/>
      </w:pPr>
      <w:r>
        <w:t>ער בכור יהודה</w:t>
      </w:r>
    </w:p>
    <w:p>
      <w:pPr>
        <w:jc w:val="right"/>
        <w:bidi/>
      </w:pPr>
      <w:r>
        <w:t>שם באנגלית: Er (Firstborn Son of Judah)</w:t>
      </w:r>
    </w:p>
    <w:p>
      <w:pPr>
        <w:jc w:val="right"/>
        <w:bidi/>
      </w:pPr>
      <w:r>
        <w:rPr>
          <w:b/>
        </w:rPr>
        <w:t xml:space="preserve">קשרים: </w:t>
      </w:r>
      <w:r>
        <w:t>בן/בת של יהודה | בן/בת של בת-שוע</w:t>
      </w:r>
    </w:p>
    <w:p/>
    <w:p>
      <w:pPr>
        <w:pStyle w:val="Heading1"/>
        <w:jc w:val="right"/>
        <w:bidi/>
      </w:pPr>
      <w:r>
        <w:t>ערפה</w:t>
      </w:r>
    </w:p>
    <w:p>
      <w:pPr>
        <w:jc w:val="right"/>
        <w:bidi/>
      </w:pPr>
      <w:r>
        <w:t>שם באנגלית: Orpah</w:t>
      </w:r>
    </w:p>
    <w:p>
      <w:pPr>
        <w:jc w:val="right"/>
        <w:bidi/>
      </w:pPr>
      <w:r>
        <w:rPr>
          <w:b/>
        </w:rPr>
        <w:t xml:space="preserve">קשרים: </w:t>
      </w:r>
      <w:r>
        <w:t>קשור/ה ל (מקורות) מואב | חתן/כלה של נעמי | קשור/ה ל (מקורות) רות</w:t>
      </w:r>
    </w:p>
    <w:p/>
    <w:p>
      <w:pPr>
        <w:pStyle w:val="Heading1"/>
        <w:jc w:val="right"/>
        <w:bidi/>
      </w:pPr>
      <w:r>
        <w:t>עשהאל</w:t>
      </w:r>
    </w:p>
    <w:p>
      <w:pPr>
        <w:jc w:val="right"/>
        <w:bidi/>
      </w:pPr>
      <w:r>
        <w:t>שם באנגלית: Ashael</w:t>
      </w:r>
    </w:p>
    <w:p>
      <w:pPr>
        <w:jc w:val="right"/>
        <w:bidi/>
      </w:pPr>
      <w:r>
        <w:rPr>
          <w:b/>
        </w:rPr>
        <w:t xml:space="preserve">קשרים: </w:t>
      </w:r>
      <w:r>
        <w:t>התנגד/ה ל אבנר | אח/אחות של יואב</w:t>
      </w:r>
    </w:p>
    <w:p/>
    <w:p>
      <w:pPr>
        <w:pStyle w:val="Heading1"/>
        <w:jc w:val="right"/>
        <w:bidi/>
      </w:pPr>
      <w:r>
        <w:t>עשיו</w:t>
      </w:r>
    </w:p>
    <w:p>
      <w:pPr>
        <w:jc w:val="right"/>
        <w:bidi/>
      </w:pPr>
      <w:r>
        <w:t>שם באנגלית: Esau</w:t>
      </w:r>
    </w:p>
    <w:p>
      <w:pPr>
        <w:jc w:val="right"/>
        <w:bidi/>
      </w:pPr>
      <w:r>
        <w:t>עֵשָׂו הוא בכורם של יצחק ורבקה ואחי יעקב. הוא נודע כצייד מוכשר שוויתר על בכורתו ומכרהּ ליעקב עבור נזיד עדשים. בעקבות מעשה המרמה של יעקב הפסיד גם את ברכת הבכורה של אביו.</w:t>
      </w:r>
    </w:p>
    <w:p>
      <w:pPr>
        <w:jc w:val="right"/>
        <w:bidi/>
      </w:pPr>
      <w:r>
        <w:rPr>
          <w:b/>
        </w:rPr>
        <w:t xml:space="preserve">קשרים: </w:t>
      </w:r>
      <w:r>
        <w:t>קשור/ה ל אדום | קשור/ה ל (מקורות) אדום | אח/אחות של יעקב | קשור/ה ל (מקורות) יעקב | בן/בת של יצחק | קשור/ה ל (מקורות) יצחק | בן/בת של רבקה | קשור/ה ל (מקורות) רבקה</w:t>
      </w:r>
    </w:p>
    <w:p/>
    <w:p>
      <w:pPr>
        <w:pStyle w:val="Heading1"/>
        <w:jc w:val="right"/>
        <w:bidi/>
      </w:pPr>
      <w:r>
        <w:t>עתליה</w:t>
      </w:r>
    </w:p>
    <w:p>
      <w:pPr>
        <w:jc w:val="right"/>
        <w:bidi/>
      </w:pPr>
      <w:r>
        <w:t>שם באנגלית: Athaliah</w:t>
      </w:r>
    </w:p>
    <w:p>
      <w:pPr>
        <w:jc w:val="right"/>
        <w:bidi/>
      </w:pPr>
      <w:r>
        <w:rPr>
          <w:b/>
        </w:rPr>
        <w:t xml:space="preserve">קשרים: </w:t>
      </w:r>
      <w:r>
        <w:t>בן/בת של איזבל | קשור/ה ל (מקורות) איזבל | בן/בת זוג של יהורם מלך יהודה | בן/בת של אחאב | קשור/ה ל (מקורות) גדעון</w:t>
      </w:r>
    </w:p>
    <w:p/>
    <w:p>
      <w:pPr>
        <w:pStyle w:val="Heading1"/>
        <w:jc w:val="right"/>
        <w:bidi/>
      </w:pPr>
      <w:r>
        <w:t>עתניאל</w:t>
      </w:r>
    </w:p>
    <w:p>
      <w:pPr>
        <w:jc w:val="right"/>
        <w:bidi/>
      </w:pPr>
      <w:r>
        <w:t>שם באנגלית: Othniel</w:t>
      </w:r>
    </w:p>
    <w:p>
      <w:pPr>
        <w:jc w:val="right"/>
        <w:bidi/>
      </w:pPr>
      <w:r>
        <w:rPr>
          <w:b/>
        </w:rPr>
        <w:t xml:space="preserve">קשרים: </w:t>
      </w:r>
      <w:r>
        <w:t>חתן/כלה של כלב בן יפונה | בן/בת זוג של עכסה</w:t>
      </w:r>
    </w:p>
    <w:p/>
    <w:p>
      <w:pPr>
        <w:pStyle w:val="Heading1"/>
        <w:jc w:val="right"/>
        <w:bidi/>
      </w:pPr>
      <w:r>
        <w:t>פַחַת מוֹאָב</w:t>
      </w:r>
    </w:p>
    <w:p>
      <w:pPr>
        <w:jc w:val="right"/>
        <w:bidi/>
      </w:pPr>
      <w:r>
        <w:t>שם באנגלית: Pahat Moab</w:t>
      </w:r>
    </w:p>
    <w:p/>
    <w:p>
      <w:pPr>
        <w:pStyle w:val="Heading1"/>
        <w:jc w:val="right"/>
        <w:bidi/>
      </w:pPr>
      <w:r>
        <w:t>פדיה</w:t>
      </w:r>
    </w:p>
    <w:p>
      <w:pPr>
        <w:jc w:val="right"/>
        <w:bidi/>
      </w:pPr>
      <w:r>
        <w:t>שם באנגלית: Pedaiah</w:t>
      </w:r>
    </w:p>
    <w:p/>
    <w:p>
      <w:pPr>
        <w:pStyle w:val="Heading1"/>
        <w:jc w:val="right"/>
        <w:bidi/>
      </w:pPr>
      <w:r>
        <w:t>פוט</w:t>
      </w:r>
    </w:p>
    <w:p>
      <w:pPr>
        <w:jc w:val="right"/>
        <w:bidi/>
      </w:pPr>
      <w:r>
        <w:t>שם באנגלית: Phut</w:t>
      </w:r>
    </w:p>
    <w:p>
      <w:pPr>
        <w:jc w:val="right"/>
        <w:bidi/>
      </w:pPr>
      <w:r>
        <w:rPr>
          <w:b/>
        </w:rPr>
        <w:t xml:space="preserve">קשרים: </w:t>
      </w:r>
      <w:r>
        <w:t>בן/בת של חם</w:t>
      </w:r>
    </w:p>
    <w:p/>
    <w:p>
      <w:pPr>
        <w:pStyle w:val="Heading1"/>
        <w:jc w:val="right"/>
        <w:bidi/>
      </w:pPr>
      <w:r>
        <w:t>פוטיאל</w:t>
      </w:r>
    </w:p>
    <w:p>
      <w:pPr>
        <w:jc w:val="right"/>
        <w:bidi/>
      </w:pPr>
      <w:r>
        <w:t>שם באנגלית: Putiel</w:t>
      </w:r>
    </w:p>
    <w:p>
      <w:pPr>
        <w:jc w:val="right"/>
        <w:bidi/>
      </w:pPr>
      <w:r>
        <w:rPr>
          <w:b/>
        </w:rPr>
        <w:t xml:space="preserve">קשרים: </w:t>
      </w:r>
      <w:r>
        <w:t>דומה ל יתרו</w:t>
      </w:r>
    </w:p>
    <w:p/>
    <w:p>
      <w:pPr>
        <w:pStyle w:val="Heading1"/>
        <w:jc w:val="right"/>
        <w:bidi/>
      </w:pPr>
      <w:r>
        <w:t>פוטיפר</w:t>
      </w:r>
    </w:p>
    <w:p>
      <w:pPr>
        <w:jc w:val="right"/>
        <w:bidi/>
      </w:pPr>
      <w:r>
        <w:t>שם באנגלית: Potiphar</w:t>
      </w:r>
    </w:p>
    <w:p>
      <w:pPr>
        <w:jc w:val="right"/>
        <w:bidi/>
      </w:pPr>
      <w:r>
        <w:t xml:space="preserve">Potiphar is a biblical character who features primarily in Genesis 39. An officer of Pharaoh, Potiphar purchases Joseph as a slave and subsequently appoints him to oversee the household. When Potiphar’s wife attempts to seduce Joseph and Joseph refuses, she accuses Joseph of trying to sleep with her, and Potiphar imprisons Joseph.  </w:t>
      </w:r>
    </w:p>
    <w:p>
      <w:pPr>
        <w:jc w:val="right"/>
        <w:bidi/>
      </w:pPr>
      <w:r>
        <w:rPr>
          <w:b/>
        </w:rPr>
        <w:t xml:space="preserve">קשרים: </w:t>
      </w:r>
      <w:r>
        <w:t>קשור/ה ל (מקורות) יהודה | התנגד/ה ל יוסף | קשור/ה ל (מקורות) יוסף | קשור/ה ל (מקורות) תמר</w:t>
      </w:r>
    </w:p>
    <w:p/>
    <w:p>
      <w:pPr>
        <w:pStyle w:val="Heading1"/>
        <w:jc w:val="right"/>
        <w:bidi/>
      </w:pPr>
      <w:r>
        <w:t>פיכול</w:t>
      </w:r>
    </w:p>
    <w:p>
      <w:pPr>
        <w:jc w:val="right"/>
        <w:bidi/>
      </w:pPr>
      <w:r>
        <w:t>שם באנגלית: Fichol</w:t>
      </w:r>
    </w:p>
    <w:p/>
    <w:p>
      <w:pPr>
        <w:pStyle w:val="Heading1"/>
        <w:jc w:val="right"/>
        <w:bidi/>
      </w:pPr>
      <w:r>
        <w:t>פינחס</w:t>
      </w:r>
    </w:p>
    <w:p>
      <w:pPr>
        <w:jc w:val="right"/>
        <w:bidi/>
      </w:pPr>
      <w:r>
        <w:t>שם באנגלית: Pinchas</w:t>
      </w:r>
    </w:p>
    <w:p>
      <w:pPr>
        <w:jc w:val="right"/>
        <w:bidi/>
      </w:pPr>
      <w:r>
        <w:t>פינחס נודע בעיקר בשל תגובתו האלימה נגד המשתחווים לבעל פעור. פולחן בעל פעור היה כרוך במגע מיני בין גברים מבני ישראל ונשים מואביות ומדייניות, ופינחס הרג זוג כזה בשעת מעשה. הוא היה מבכירי ההנהגה של עם ישראל בכניסתם לארץ המובטחת.</w:t>
      </w:r>
    </w:p>
    <w:p>
      <w:pPr>
        <w:jc w:val="right"/>
        <w:bidi/>
      </w:pPr>
      <w:r>
        <w:rPr>
          <w:b/>
        </w:rPr>
        <w:t xml:space="preserve">קשרים: </w:t>
      </w:r>
      <w:r>
        <w:t>קשור/ה ל (מקורות) מדין | קשור/ה ל (מקורות) יהושע | התנגד/ה ל כזבי | קשור/ה ל (מקורות) כזבי | התנגד/ה ל זמרי | קשור/ה ל (מקורות) זמרי | קשור/ה ל (מקורות) בלעם | קשור/ה ל אליהו | קשור/ה ל (מקורות) אליהו | בן/בת של אלעזר | קשור/ה ל (מקורות) משה | קשור/ה ל (מקורות) לוי | קשור/ה ל (מקורות) פרשת בלק</w:t>
      </w:r>
    </w:p>
    <w:p/>
    <w:p>
      <w:pPr>
        <w:pStyle w:val="Heading1"/>
        <w:jc w:val="right"/>
        <w:bidi/>
      </w:pPr>
      <w:r>
        <w:t>פלג</w:t>
      </w:r>
    </w:p>
    <w:p>
      <w:pPr>
        <w:jc w:val="right"/>
        <w:bidi/>
      </w:pPr>
      <w:r>
        <w:t>שם באנגלית: Peleg</w:t>
      </w:r>
    </w:p>
    <w:p>
      <w:pPr>
        <w:jc w:val="right"/>
        <w:bidi/>
      </w:pPr>
      <w:r>
        <w:rPr>
          <w:b/>
        </w:rPr>
        <w:t xml:space="preserve">קשרים: </w:t>
      </w:r>
      <w:r>
        <w:t>בן/בת של עבר בן שם</w:t>
      </w:r>
    </w:p>
    <w:p/>
    <w:p>
      <w:pPr>
        <w:pStyle w:val="Heading1"/>
        <w:jc w:val="right"/>
        <w:bidi/>
      </w:pPr>
      <w:r>
        <w:t>פלטי בן ליש</w:t>
      </w:r>
    </w:p>
    <w:p>
      <w:pPr>
        <w:jc w:val="right"/>
        <w:bidi/>
      </w:pPr>
      <w:r>
        <w:t>שם באנגלית: Palti, the Son of Laish</w:t>
      </w:r>
    </w:p>
    <w:p>
      <w:pPr>
        <w:jc w:val="right"/>
        <w:bidi/>
      </w:pPr>
      <w:r>
        <w:rPr>
          <w:b/>
        </w:rPr>
        <w:t xml:space="preserve">קשרים: </w:t>
      </w:r>
      <w:r>
        <w:t>קשור/ה ל מיכל | קשור/ה ל דוד המלך</w:t>
      </w:r>
    </w:p>
    <w:p/>
    <w:p>
      <w:pPr>
        <w:pStyle w:val="Heading1"/>
        <w:jc w:val="right"/>
        <w:bidi/>
      </w:pPr>
      <w:r>
        <w:t>פנחס</w:t>
      </w:r>
    </w:p>
    <w:p>
      <w:pPr>
        <w:jc w:val="right"/>
        <w:bidi/>
      </w:pPr>
      <w:r>
        <w:t>שם באנגלית: Pinchas</w:t>
      </w:r>
    </w:p>
    <w:p>
      <w:pPr>
        <w:jc w:val="right"/>
        <w:bidi/>
      </w:pPr>
      <w:r>
        <w:rPr>
          <w:b/>
        </w:rPr>
        <w:t xml:space="preserve">קשרים: </w:t>
      </w:r>
      <w:r>
        <w:t>אח/אחות של חפני</w:t>
      </w:r>
    </w:p>
    <w:p/>
    <w:p>
      <w:pPr>
        <w:pStyle w:val="Heading1"/>
        <w:jc w:val="right"/>
        <w:bidi/>
      </w:pPr>
      <w:r>
        <w:t>פנינה</w:t>
      </w:r>
    </w:p>
    <w:p>
      <w:pPr>
        <w:jc w:val="right"/>
        <w:bidi/>
      </w:pPr>
      <w:r>
        <w:t>שם באנגלית: Peninnah</w:t>
      </w:r>
    </w:p>
    <w:p>
      <w:pPr>
        <w:jc w:val="right"/>
        <w:bidi/>
      </w:pPr>
      <w:r>
        <w:rPr>
          <w:b/>
        </w:rPr>
        <w:t xml:space="preserve">קשרים: </w:t>
      </w:r>
      <w:r>
        <w:t>בן/בת זוג של אלקנה | קשור/ה ל חנה</w:t>
      </w:r>
    </w:p>
    <w:p/>
    <w:p>
      <w:pPr>
        <w:pStyle w:val="Heading1"/>
        <w:jc w:val="right"/>
        <w:bidi/>
      </w:pPr>
      <w:r>
        <w:t>פרעה</w:t>
      </w:r>
    </w:p>
    <w:p>
      <w:pPr>
        <w:jc w:val="right"/>
        <w:bidi/>
      </w:pPr>
      <w:r>
        <w:t>שם באנגלית: Pharaoh</w:t>
      </w:r>
    </w:p>
    <w:p>
      <w:pPr>
        <w:jc w:val="right"/>
        <w:bidi/>
      </w:pPr>
      <w:r>
        <w:t>במקרא מוזכרים כמה פרעונים, אך הידוע בהם הוא פרעה ששעבד את בני ישראל במצרים והקשה את ליבו כאשר נדרש לשחררם. בתקופת שלטונו הִכה האל את מצרים בעשר מכות. פרעה וחילו טובעו בים סוף לאחר שהחליטו לרדוף אחרי העם הבורח ממצרים.</w:t>
      </w:r>
    </w:p>
    <w:p>
      <w:pPr>
        <w:jc w:val="right"/>
        <w:bidi/>
      </w:pPr>
      <w:r>
        <w:rPr>
          <w:b/>
        </w:rPr>
        <w:t xml:space="preserve">קשרים: </w:t>
      </w:r>
      <w:r>
        <w:t>קשור/ה ל אברהם | מנהיג/ה של מצרים | קשור/ה ל (מקורות) מצרים | קשור/ה ל (מקורות) יוסף | קשור/ה ל יצחק | התנגד/ה ל משה | קשור/ה ל (מקורות) משה</w:t>
      </w:r>
    </w:p>
    <w:p/>
    <w:p>
      <w:pPr>
        <w:pStyle w:val="Heading1"/>
        <w:jc w:val="right"/>
        <w:bidi/>
      </w:pPr>
      <w:r>
        <w:t>פרעה נכה</w:t>
      </w:r>
    </w:p>
    <w:p>
      <w:pPr>
        <w:jc w:val="right"/>
        <w:bidi/>
      </w:pPr>
      <w:r>
        <w:t>שם באנגלית: Pharaoh Necho II</w:t>
      </w:r>
    </w:p>
    <w:p/>
    <w:p>
      <w:pPr>
        <w:pStyle w:val="Heading1"/>
        <w:jc w:val="right"/>
        <w:bidi/>
      </w:pPr>
      <w:r>
        <w:t>פרץ</w:t>
      </w:r>
    </w:p>
    <w:p>
      <w:pPr>
        <w:jc w:val="right"/>
        <w:bidi/>
      </w:pPr>
      <w:r>
        <w:t>שם באנגלית: Perez</w:t>
      </w:r>
    </w:p>
    <w:p>
      <w:pPr>
        <w:jc w:val="right"/>
        <w:bidi/>
      </w:pPr>
      <w:r>
        <w:rPr>
          <w:b/>
        </w:rPr>
        <w:t xml:space="preserve">קשרים: </w:t>
      </w:r>
      <w:r>
        <w:t>בן/בת של יהודה | קשור/ה ל (מקורות) דוד המלך | בן/בת של תמר</w:t>
      </w:r>
    </w:p>
    <w:p/>
    <w:p>
      <w:pPr>
        <w:pStyle w:val="Heading1"/>
        <w:jc w:val="right"/>
        <w:bidi/>
      </w:pPr>
      <w:r>
        <w:t>פרשת בלק</w:t>
      </w:r>
    </w:p>
    <w:p>
      <w:pPr>
        <w:jc w:val="right"/>
        <w:bidi/>
      </w:pPr>
      <w:r>
        <w:t>שם באנגלית: Parashat Balak</w:t>
      </w:r>
    </w:p>
    <w:p>
      <w:pPr>
        <w:jc w:val="right"/>
        <w:bidi/>
      </w:pPr>
      <w:r>
        <w:t>בפרשת בלק מסופר על בלק מלך מואב הפונה לבלעם ומבקש ממנו לקלל את בני ישראל. אלוהים מרשה לבלעם ללכת לקללם בתנאי שישמע בקול אלוהים. בדרך האתון של בלעם פותחת את פיה ומדברת. בלעם מנסה לקלל את בני ישראל שלוש פעמים, ובכל פעם קללתו הופכת לברכה בפיו. כאשר ישראל מתחילים לזנות עם בנות מואב ולזבוח לאלוהיהן אלוהים שולח מגפה בעם, ונהרגים בה עשרות אלפים. המגפה מסתיימת אחרי מעשה הקנאות של פינחס.</w:t>
      </w:r>
    </w:p>
    <w:p>
      <w:pPr>
        <w:jc w:val="right"/>
        <w:bidi/>
      </w:pPr>
      <w:r>
        <w:rPr>
          <w:b/>
        </w:rPr>
        <w:t xml:space="preserve">קשרים: </w:t>
      </w:r>
      <w:r>
        <w:t>קשור/ה ל (מקורות) מואב | קשור/ה ל (מקורות) מיכה הנביא | קשור/ה ל (מקורות) פינחס | קשור/ה ל בלעם | קשור/ה ל (מקורות) בלעם | קשור/ה ל (מקורות) רות</w:t>
      </w:r>
    </w:p>
    <w:p/>
    <w:p>
      <w:pPr>
        <w:pStyle w:val="Heading1"/>
        <w:jc w:val="right"/>
        <w:bidi/>
      </w:pPr>
      <w:r>
        <w:t>פשחור</w:t>
      </w:r>
    </w:p>
    <w:p>
      <w:pPr>
        <w:jc w:val="right"/>
        <w:bidi/>
      </w:pPr>
      <w:r>
        <w:t>שם באנגלית: Pashur</w:t>
      </w:r>
    </w:p>
    <w:p/>
    <w:p>
      <w:pPr>
        <w:pStyle w:val="Heading1"/>
        <w:jc w:val="right"/>
        <w:bidi/>
      </w:pPr>
      <w:r>
        <w:t>פתואל</w:t>
      </w:r>
    </w:p>
    <w:p>
      <w:pPr>
        <w:jc w:val="right"/>
        <w:bidi/>
      </w:pPr>
      <w:r>
        <w:t>שם באנגלית: Petuel</w:t>
      </w:r>
    </w:p>
    <w:p/>
    <w:p>
      <w:pPr>
        <w:pStyle w:val="Heading1"/>
        <w:jc w:val="right"/>
        <w:bidi/>
      </w:pPr>
      <w:r>
        <w:t>פתחיה</w:t>
      </w:r>
    </w:p>
    <w:p>
      <w:pPr>
        <w:jc w:val="right"/>
        <w:bidi/>
      </w:pPr>
      <w:r>
        <w:t>שם באנגלית: Petachiah</w:t>
      </w:r>
    </w:p>
    <w:p>
      <w:pPr>
        <w:jc w:val="right"/>
        <w:bidi/>
      </w:pPr>
      <w:r>
        <w:rPr>
          <w:b/>
        </w:rPr>
        <w:t xml:space="preserve">קשרים: </w:t>
      </w:r>
      <w:r>
        <w:t>קשור/ה ל מרדכי</w:t>
      </w:r>
    </w:p>
    <w:p/>
    <w:p>
      <w:pPr>
        <w:pStyle w:val="Heading1"/>
        <w:jc w:val="right"/>
        <w:bidi/>
      </w:pPr>
      <w:r>
        <w:t>צְפַנְיָה֭ כֹּהֵ֣ן</w:t>
      </w:r>
    </w:p>
    <w:p>
      <w:pPr>
        <w:jc w:val="right"/>
        <w:bidi/>
      </w:pPr>
      <w:r>
        <w:t>שם באנגלית: Zephania the priest</w:t>
      </w:r>
    </w:p>
    <w:p/>
    <w:p>
      <w:pPr>
        <w:pStyle w:val="Heading1"/>
        <w:jc w:val="right"/>
        <w:bidi/>
      </w:pPr>
      <w:r>
        <w:t>צִיחָ֥א</w:t>
      </w:r>
    </w:p>
    <w:p>
      <w:pPr>
        <w:jc w:val="right"/>
        <w:bidi/>
      </w:pPr>
      <w:r>
        <w:t>שם באנגלית: Ziha</w:t>
      </w:r>
    </w:p>
    <w:p/>
    <w:p>
      <w:pPr>
        <w:pStyle w:val="Heading1"/>
        <w:jc w:val="right"/>
        <w:bidi/>
      </w:pPr>
      <w:r>
        <w:t>צביה</w:t>
      </w:r>
    </w:p>
    <w:p>
      <w:pPr>
        <w:jc w:val="right"/>
        <w:bidi/>
      </w:pPr>
      <w:r>
        <w:t>שם באנגלית: Zibiah</w:t>
      </w:r>
    </w:p>
    <w:p>
      <w:pPr>
        <w:jc w:val="right"/>
        <w:bidi/>
      </w:pPr>
      <w:r>
        <w:rPr>
          <w:b/>
        </w:rPr>
        <w:t xml:space="preserve">קשרים: </w:t>
      </w:r>
      <w:r>
        <w:t>בן/בת זוג של אחזיה</w:t>
      </w:r>
    </w:p>
    <w:p/>
    <w:p>
      <w:pPr>
        <w:pStyle w:val="Heading1"/>
        <w:jc w:val="right"/>
        <w:bidi/>
      </w:pPr>
      <w:r>
        <w:t>צבעון החוי</w:t>
      </w:r>
    </w:p>
    <w:p>
      <w:pPr>
        <w:jc w:val="right"/>
        <w:bidi/>
      </w:pPr>
      <w:r>
        <w:t>שם באנגלית: Zibeon</w:t>
      </w:r>
    </w:p>
    <w:p>
      <w:pPr>
        <w:jc w:val="right"/>
        <w:bidi/>
      </w:pPr>
      <w:r>
        <w:rPr>
          <w:b/>
        </w:rPr>
        <w:t xml:space="preserve">קשרים: </w:t>
      </w:r>
      <w:r>
        <w:t>בן/בת של שעיר</w:t>
      </w:r>
    </w:p>
    <w:p/>
    <w:p>
      <w:pPr>
        <w:pStyle w:val="Heading1"/>
        <w:jc w:val="right"/>
        <w:bidi/>
      </w:pPr>
      <w:r>
        <w:t>צדקיה בן כנענה</w:t>
      </w:r>
    </w:p>
    <w:p>
      <w:pPr>
        <w:jc w:val="right"/>
        <w:bidi/>
      </w:pPr>
      <w:r>
        <w:t>שם באנגלית: Zedekiah, the Son of Chenaanah</w:t>
      </w:r>
    </w:p>
    <w:p>
      <w:pPr>
        <w:jc w:val="right"/>
        <w:bidi/>
      </w:pPr>
      <w:r>
        <w:rPr>
          <w:b/>
        </w:rPr>
        <w:t xml:space="preserve">קשרים: </w:t>
      </w:r>
      <w:r>
        <w:t>קשור/ה ל נבות | קשור/ה ל אחאב</w:t>
      </w:r>
    </w:p>
    <w:p/>
    <w:p>
      <w:pPr>
        <w:pStyle w:val="Heading1"/>
        <w:jc w:val="right"/>
        <w:bidi/>
      </w:pPr>
      <w:r>
        <w:t>צדקיהו</w:t>
      </w:r>
    </w:p>
    <w:p>
      <w:pPr>
        <w:jc w:val="right"/>
        <w:bidi/>
      </w:pPr>
      <w:r>
        <w:t>שם באנגלית: Zedekiah</w:t>
      </w:r>
    </w:p>
    <w:p>
      <w:pPr>
        <w:jc w:val="right"/>
        <w:bidi/>
      </w:pPr>
      <w:r>
        <w:t>צדקיהו היה המלך האחרון ביהודה לפני כיבושה על ידי הבבלים. הוא נשבה, הובא לבבל ומת בשביו.</w:t>
      </w:r>
    </w:p>
    <w:p>
      <w:pPr>
        <w:jc w:val="right"/>
        <w:bidi/>
      </w:pPr>
      <w:r>
        <w:rPr>
          <w:b/>
        </w:rPr>
        <w:t xml:space="preserve">קשרים: </w:t>
      </w:r>
      <w:r>
        <w:t>קשור/ה ל (מקורות) נבוכדנאצר | קשור/ה ל ירמיהו | קשור/ה ל (מקורות) ירמיהו | בן/בת של חמוטל בת ירמיהו | בן/בת של יאשיהו</w:t>
      </w:r>
    </w:p>
    <w:p/>
    <w:p>
      <w:pPr>
        <w:pStyle w:val="Heading1"/>
        <w:jc w:val="right"/>
        <w:bidi/>
      </w:pPr>
      <w:r>
        <w:t>צוֹפַר הַנַּעֲמָתִי</w:t>
      </w:r>
    </w:p>
    <w:p>
      <w:pPr>
        <w:jc w:val="right"/>
        <w:bidi/>
      </w:pPr>
      <w:r>
        <w:t>שם באנגלית: Sophar the Naamite</w:t>
      </w:r>
    </w:p>
    <w:p/>
    <w:p>
      <w:pPr>
        <w:pStyle w:val="Heading1"/>
        <w:jc w:val="right"/>
        <w:bidi/>
      </w:pPr>
      <w:r>
        <w:t>צופר</w:t>
      </w:r>
    </w:p>
    <w:p>
      <w:pPr>
        <w:jc w:val="right"/>
        <w:bidi/>
      </w:pPr>
      <w:r>
        <w:t>שם באנגלית: Tsofar</w:t>
      </w:r>
    </w:p>
    <w:p>
      <w:pPr>
        <w:jc w:val="right"/>
        <w:bidi/>
      </w:pPr>
      <w:r>
        <w:rPr>
          <w:b/>
        </w:rPr>
        <w:t xml:space="preserve">קשרים: </w:t>
      </w:r>
      <w:r>
        <w:t>קשור/ה ל ספר איוב</w:t>
      </w:r>
    </w:p>
    <w:p/>
    <w:p>
      <w:pPr>
        <w:pStyle w:val="Heading1"/>
        <w:jc w:val="right"/>
        <w:bidi/>
      </w:pPr>
      <w:r>
        <w:t>צור</w:t>
      </w:r>
    </w:p>
    <w:p>
      <w:pPr>
        <w:jc w:val="right"/>
        <w:bidi/>
      </w:pPr>
      <w:r>
        <w:t>שם באנגלית: Tyre</w:t>
      </w:r>
    </w:p>
    <w:p>
      <w:pPr>
        <w:jc w:val="right"/>
        <w:bidi/>
      </w:pPr>
      <w:r>
        <w:t>צור המקראית הייתה עיר נמל פיניקית בלבנון של ימינו. היא נבנתה על אי ולכן הייתה בטוחה מפני צבאות פולשים ונהנתה משגשוג כלכלי. אף שבימי המלך חירם הייתה צור בת ברית של ישראל, על פי רוב היא נתפסה כאויבת.</w:t>
      </w:r>
    </w:p>
    <w:p/>
    <w:p>
      <w:pPr>
        <w:pStyle w:val="Heading1"/>
        <w:jc w:val="right"/>
        <w:bidi/>
      </w:pPr>
      <w:r>
        <w:t>ציבא</w:t>
      </w:r>
    </w:p>
    <w:p>
      <w:pPr>
        <w:jc w:val="right"/>
        <w:bidi/>
      </w:pPr>
      <w:r>
        <w:t>שם באנגלית: Tsiva</w:t>
      </w:r>
    </w:p>
    <w:p>
      <w:pPr>
        <w:jc w:val="right"/>
        <w:bidi/>
      </w:pPr>
      <w:r>
        <w:rPr>
          <w:b/>
        </w:rPr>
        <w:t xml:space="preserve">קשרים: </w:t>
      </w:r>
      <w:r>
        <w:t>קשור/ה ל מפיבושת</w:t>
      </w:r>
    </w:p>
    <w:p/>
    <w:p>
      <w:pPr>
        <w:pStyle w:val="Heading1"/>
        <w:jc w:val="right"/>
        <w:bidi/>
      </w:pPr>
      <w:r>
        <w:t>צלה</w:t>
      </w:r>
    </w:p>
    <w:p>
      <w:pPr>
        <w:jc w:val="right"/>
        <w:bidi/>
      </w:pPr>
      <w:r>
        <w:t>שם באנגלית: Zillah</w:t>
      </w:r>
    </w:p>
    <w:p>
      <w:pPr>
        <w:jc w:val="right"/>
        <w:bidi/>
      </w:pPr>
      <w:r>
        <w:rPr>
          <w:b/>
        </w:rPr>
        <w:t xml:space="preserve">קשרים: </w:t>
      </w:r>
      <w:r>
        <w:t>בן/בת זוג של למך</w:t>
      </w:r>
    </w:p>
    <w:p/>
    <w:p>
      <w:pPr>
        <w:pStyle w:val="Heading1"/>
        <w:jc w:val="right"/>
        <w:bidi/>
      </w:pPr>
      <w:r>
        <w:t>צליה</w:t>
      </w:r>
    </w:p>
    <w:p>
      <w:pPr>
        <w:jc w:val="right"/>
        <w:bidi/>
      </w:pPr>
      <w:r>
        <w:t>שם באנגלית: Tsilyah</w:t>
      </w:r>
    </w:p>
    <w:p>
      <w:pPr>
        <w:jc w:val="right"/>
        <w:bidi/>
      </w:pPr>
      <w:r>
        <w:t>A son of Dan.</w:t>
      </w:r>
    </w:p>
    <w:p/>
    <w:p>
      <w:pPr>
        <w:pStyle w:val="Heading1"/>
        <w:jc w:val="right"/>
        <w:bidi/>
      </w:pPr>
      <w:r>
        <w:t>צלפחד</w:t>
      </w:r>
    </w:p>
    <w:p>
      <w:pPr>
        <w:jc w:val="right"/>
        <w:bidi/>
      </w:pPr>
      <w:r>
        <w:t>שם באנגלית: Tzelofchad</w:t>
      </w:r>
    </w:p>
    <w:p>
      <w:pPr>
        <w:jc w:val="right"/>
        <w:bidi/>
      </w:pPr>
      <w:r>
        <w:rPr>
          <w:b/>
        </w:rPr>
        <w:t xml:space="preserve">קשרים: </w:t>
      </w:r>
      <w:r>
        <w:t>קשור/ה ל (מקורות) משה</w:t>
      </w:r>
    </w:p>
    <w:p/>
    <w:p>
      <w:pPr>
        <w:pStyle w:val="Heading1"/>
        <w:jc w:val="right"/>
        <w:bidi/>
      </w:pPr>
      <w:r>
        <w:t>צפניה</w:t>
      </w:r>
    </w:p>
    <w:p>
      <w:pPr>
        <w:jc w:val="right"/>
        <w:bidi/>
      </w:pPr>
      <w:r>
        <w:t>שם באנגלית: Zephaniah</w:t>
      </w:r>
    </w:p>
    <w:p/>
    <w:p>
      <w:pPr>
        <w:pStyle w:val="Heading1"/>
        <w:jc w:val="right"/>
        <w:bidi/>
      </w:pPr>
      <w:r>
        <w:t>צפנת פענח</w:t>
      </w:r>
    </w:p>
    <w:p>
      <w:pPr>
        <w:jc w:val="right"/>
        <w:bidi/>
      </w:pPr>
      <w:r>
        <w:t>שם באנגלית: Zaphnath-Paaneah</w:t>
      </w:r>
    </w:p>
    <w:p>
      <w:pPr>
        <w:jc w:val="right"/>
        <w:bidi/>
      </w:pPr>
      <w:r>
        <w:t>The name given to Joseph by Pharaoh.</w:t>
      </w:r>
    </w:p>
    <w:p>
      <w:pPr>
        <w:jc w:val="right"/>
        <w:bidi/>
      </w:pPr>
      <w:r>
        <w:rPr>
          <w:b/>
        </w:rPr>
        <w:t xml:space="preserve">קשרים: </w:t>
      </w:r>
      <w:r>
        <w:t>קשור/ה ל יוסף</w:t>
      </w:r>
    </w:p>
    <w:p/>
    <w:p>
      <w:pPr>
        <w:pStyle w:val="Heading1"/>
        <w:jc w:val="right"/>
        <w:bidi/>
      </w:pPr>
      <w:r>
        <w:t>צרויה</w:t>
      </w:r>
    </w:p>
    <w:p>
      <w:pPr>
        <w:jc w:val="right"/>
        <w:bidi/>
      </w:pPr>
      <w:r>
        <w:t>שם באנגלית: Zeruiah</w:t>
      </w:r>
    </w:p>
    <w:p>
      <w:pPr>
        <w:jc w:val="right"/>
        <w:bidi/>
      </w:pPr>
      <w:r>
        <w:rPr>
          <w:b/>
        </w:rPr>
        <w:t xml:space="preserve">קשרים: </w:t>
      </w:r>
      <w:r>
        <w:t>בן/בת של ישי</w:t>
      </w:r>
    </w:p>
    <w:p/>
    <w:p>
      <w:pPr>
        <w:pStyle w:val="Heading1"/>
        <w:jc w:val="right"/>
        <w:bidi/>
      </w:pPr>
      <w:r>
        <w:t>צרפית</w:t>
      </w:r>
    </w:p>
    <w:p>
      <w:pPr>
        <w:jc w:val="right"/>
        <w:bidi/>
      </w:pPr>
      <w:r>
        <w:t>שם באנגלית: Hatsarfit</w:t>
      </w:r>
    </w:p>
    <w:p>
      <w:pPr>
        <w:jc w:val="right"/>
        <w:bidi/>
      </w:pPr>
      <w:r>
        <w:rPr>
          <w:b/>
        </w:rPr>
        <w:t xml:space="preserve">קשרים: </w:t>
      </w:r>
      <w:r>
        <w:t>קשור/ה ל אליהו</w:t>
      </w:r>
    </w:p>
    <w:p/>
    <w:p>
      <w:pPr>
        <w:pStyle w:val="Heading1"/>
        <w:jc w:val="right"/>
        <w:bidi/>
      </w:pPr>
      <w:r>
        <w:t>קדמה</w:t>
      </w:r>
    </w:p>
    <w:p>
      <w:pPr>
        <w:jc w:val="right"/>
        <w:bidi/>
      </w:pPr>
      <w:r>
        <w:t>שם באנגלית: Kedemah</w:t>
      </w:r>
    </w:p>
    <w:p>
      <w:pPr>
        <w:jc w:val="right"/>
        <w:bidi/>
      </w:pPr>
      <w:r>
        <w:rPr>
          <w:b/>
        </w:rPr>
        <w:t xml:space="preserve">קשרים: </w:t>
      </w:r>
      <w:r>
        <w:t>בן/בת של ישמעאל</w:t>
      </w:r>
    </w:p>
    <w:p/>
    <w:p>
      <w:pPr>
        <w:pStyle w:val="Heading1"/>
        <w:jc w:val="right"/>
        <w:bidi/>
      </w:pPr>
      <w:r>
        <w:t>קדר</w:t>
      </w:r>
    </w:p>
    <w:p>
      <w:pPr>
        <w:jc w:val="right"/>
        <w:bidi/>
      </w:pPr>
      <w:r>
        <w:t>שם באנגלית: Kedar</w:t>
      </w:r>
    </w:p>
    <w:p>
      <w:pPr>
        <w:jc w:val="right"/>
        <w:bidi/>
      </w:pPr>
      <w:r>
        <w:t>A nation associated with the Arabs.</w:t>
      </w:r>
    </w:p>
    <w:p>
      <w:pPr>
        <w:jc w:val="right"/>
        <w:bidi/>
      </w:pPr>
      <w:r>
        <w:rPr>
          <w:b/>
        </w:rPr>
        <w:t xml:space="preserve">קשרים: </w:t>
      </w:r>
      <w:r>
        <w:t>קשור/ה ל ישמעאל | בן/בת של ישמעאל</w:t>
      </w:r>
    </w:p>
    <w:p/>
    <w:p>
      <w:pPr>
        <w:pStyle w:val="Heading1"/>
        <w:jc w:val="right"/>
        <w:bidi/>
      </w:pPr>
      <w:r>
        <w:t>קהלת</w:t>
      </w:r>
    </w:p>
    <w:p>
      <w:pPr>
        <w:jc w:val="right"/>
        <w:bidi/>
      </w:pPr>
      <w:r>
        <w:t>שם באנגלית: Ecclesiastes</w:t>
      </w:r>
    </w:p>
    <w:p>
      <w:pPr>
        <w:jc w:val="right"/>
        <w:bidi/>
      </w:pPr>
      <w:r>
        <w:t>[Ecclesiastes](https://www.sefaria.org/Ecclesiastes?tab=contents) (“Kohelet”) is one of the five megillot (scrolls), part of the section of the Hebrew Bible called Writings, and is often read publicly on the holiday of Sukkot. Attributed in the book’s opening verse to a son of King David (traditionally identified as [King Solomon](https://www.sefaria.org/topics/king-solomon?tab=sources)) the book explores the meaning of life, reckoning with death, futility, and purpose. The book often suggests that “all is vanity” and “nothing is new under the sun,” but also concludes by asserting that life’s purpose can be found in fear of God and adherence to God’s laws.</w:t>
        <w:br/>
      </w:r>
    </w:p>
    <w:p>
      <w:pPr>
        <w:jc w:val="right"/>
        <w:bidi/>
      </w:pPr>
      <w:r>
        <w:rPr>
          <w:b/>
        </w:rPr>
        <w:t xml:space="preserve">קשרים: </w:t>
      </w:r>
      <w:r>
        <w:t>קשור/ה ל (מקורות) הבל | קשור/ה ל (מקורות) שְׁלֹמֹה</w:t>
      </w:r>
    </w:p>
    <w:p/>
    <w:p>
      <w:pPr>
        <w:pStyle w:val="Heading1"/>
        <w:jc w:val="right"/>
        <w:bidi/>
      </w:pPr>
      <w:r>
        <w:t>קהת</w:t>
      </w:r>
    </w:p>
    <w:p>
      <w:pPr>
        <w:jc w:val="right"/>
        <w:bidi/>
      </w:pPr>
      <w:r>
        <w:t>שם באנגלית: Kehat</w:t>
      </w:r>
    </w:p>
    <w:p>
      <w:pPr>
        <w:jc w:val="right"/>
        <w:bidi/>
      </w:pPr>
      <w:r>
        <w:rPr>
          <w:b/>
        </w:rPr>
        <w:t xml:space="preserve">קשרים: </w:t>
      </w:r>
      <w:r>
        <w:t>בן/בת של לוי</w:t>
      </w:r>
    </w:p>
    <w:p/>
    <w:p>
      <w:pPr>
        <w:pStyle w:val="Heading1"/>
        <w:jc w:val="right"/>
        <w:bidi/>
      </w:pPr>
      <w:r>
        <w:t>קטורה</w:t>
      </w:r>
    </w:p>
    <w:p>
      <w:pPr>
        <w:jc w:val="right"/>
        <w:bidi/>
      </w:pPr>
      <w:r>
        <w:t>שם באנגלית: Keturah</w:t>
      </w:r>
    </w:p>
    <w:p>
      <w:pPr>
        <w:jc w:val="right"/>
        <w:bidi/>
      </w:pPr>
      <w:r>
        <w:rPr>
          <w:b/>
        </w:rPr>
        <w:t xml:space="preserve">קשרים: </w:t>
      </w:r>
      <w:r>
        <w:t>קשור/ה ל הגר | קשור/ה ל (מקורות) הגר | בן/בת זוג של אברהם | קשור/ה ל (מקורות) אברהם | קשור/ה ל (מקורות) יצחק | קשור/ה ל (מקורות) ישמעאל</w:t>
      </w:r>
    </w:p>
    <w:p/>
    <w:p>
      <w:pPr>
        <w:pStyle w:val="Heading1"/>
        <w:jc w:val="right"/>
        <w:bidi/>
      </w:pPr>
      <w:r>
        <w:t>קין</w:t>
      </w:r>
    </w:p>
    <w:p>
      <w:pPr>
        <w:jc w:val="right"/>
        <w:bidi/>
      </w:pPr>
      <w:r>
        <w:t>שם באנגלית: Cain</w:t>
      </w:r>
    </w:p>
    <w:p>
      <w:pPr>
        <w:jc w:val="right"/>
        <w:bidi/>
      </w:pPr>
      <w:r>
        <w:t>קין הוא בנם הבכור של אדם וחוה, הראשון בין בני מינו שהוא יילוד אישה, והיה עובד אדמה. הוא ואחיו הצעיר הבל הביאו קורבנות לאל, אך לאחר שנדחה קורבן המנחה שהביא קין מן הצומח, ואילו קורבן הבהמה של הבל נתקבל, רצח קין את הבל אחיו. הוא קולל להיות נע ונד בארץ, אך אלוהים הגן עליו מפני נקמת דם.</w:t>
      </w:r>
    </w:p>
    <w:p>
      <w:pPr>
        <w:jc w:val="right"/>
        <w:bidi/>
      </w:pPr>
      <w:r>
        <w:rPr>
          <w:b/>
        </w:rPr>
        <w:t xml:space="preserve">קשרים: </w:t>
      </w:r>
      <w:r>
        <w:t>אח/אחות של הבל | קשור/ה ל (מקורות) הבל | בן/בת של אדם הראשון | קשור/ה ל (מקורות) אדם הראשון | קשור/ה ל (מקורות) נח | קשור/ה ל (מקורות) למך | קשור/ה ל (מקורות) אנוש | בן/בת של חוה | קשור/ה ל (מקורות) חוה | קשור/ה ל (מקורות) שת | קשור/ה ל (מקורות) תובל קין</w:t>
      </w:r>
    </w:p>
    <w:p/>
    <w:p>
      <w:pPr>
        <w:pStyle w:val="Heading1"/>
        <w:jc w:val="right"/>
        <w:bidi/>
      </w:pPr>
      <w:r>
        <w:t>קינן</w:t>
      </w:r>
    </w:p>
    <w:p>
      <w:pPr>
        <w:jc w:val="right"/>
        <w:bidi/>
      </w:pPr>
      <w:r>
        <w:t>שם באנגלית: Kenan</w:t>
      </w:r>
    </w:p>
    <w:p>
      <w:pPr>
        <w:jc w:val="right"/>
        <w:bidi/>
      </w:pPr>
      <w:r>
        <w:rPr>
          <w:b/>
        </w:rPr>
        <w:t xml:space="preserve">קשרים: </w:t>
      </w:r>
      <w:r>
        <w:t>בן/בת של אנוש</w:t>
      </w:r>
    </w:p>
    <w:p/>
    <w:p>
      <w:pPr>
        <w:pStyle w:val="Heading1"/>
        <w:jc w:val="right"/>
        <w:bidi/>
      </w:pPr>
      <w:r>
        <w:t>קמואל</w:t>
      </w:r>
    </w:p>
    <w:p>
      <w:pPr>
        <w:jc w:val="right"/>
        <w:bidi/>
      </w:pPr>
      <w:r>
        <w:t>שם באנגלית: Kemuel</w:t>
      </w:r>
    </w:p>
    <w:p>
      <w:pPr>
        <w:jc w:val="right"/>
        <w:bidi/>
      </w:pPr>
      <w:r>
        <w:rPr>
          <w:b/>
        </w:rPr>
        <w:t xml:space="preserve">קשרים: </w:t>
      </w:r>
      <w:r>
        <w:t>בן/בת של נחור | בן/בת של מלכה</w:t>
      </w:r>
    </w:p>
    <w:p/>
    <w:p>
      <w:pPr>
        <w:pStyle w:val="Heading1"/>
        <w:jc w:val="right"/>
        <w:bidi/>
      </w:pPr>
      <w:r>
        <w:t>קנז</w:t>
      </w:r>
    </w:p>
    <w:p>
      <w:pPr>
        <w:jc w:val="right"/>
        <w:bidi/>
      </w:pPr>
      <w:r>
        <w:t>שם באנגלית: Kenaz</w:t>
      </w:r>
    </w:p>
    <w:p>
      <w:pPr>
        <w:jc w:val="right"/>
        <w:bidi/>
      </w:pPr>
      <w:r>
        <w:rPr>
          <w:b/>
        </w:rPr>
        <w:t xml:space="preserve">קשרים: </w:t>
      </w:r>
      <w:r>
        <w:t>קשור/ה ל כלב בן יפונה</w:t>
      </w:r>
    </w:p>
    <w:p/>
    <w:p>
      <w:pPr>
        <w:pStyle w:val="Heading1"/>
        <w:jc w:val="right"/>
        <w:bidi/>
      </w:pPr>
      <w:r>
        <w:t>קציעה</w:t>
      </w:r>
    </w:p>
    <w:p>
      <w:pPr>
        <w:jc w:val="right"/>
        <w:bidi/>
      </w:pPr>
      <w:r>
        <w:t>שם באנגלית: Keziah</w:t>
      </w:r>
    </w:p>
    <w:p>
      <w:pPr>
        <w:jc w:val="right"/>
        <w:bidi/>
      </w:pPr>
      <w:r>
        <w:rPr>
          <w:b/>
        </w:rPr>
        <w:t xml:space="preserve">קשרים: </w:t>
      </w:r>
      <w:r>
        <w:t>בן/בת של ספר איוב</w:t>
      </w:r>
    </w:p>
    <w:p/>
    <w:p>
      <w:pPr>
        <w:pStyle w:val="Heading1"/>
        <w:jc w:val="right"/>
        <w:bidi/>
      </w:pPr>
      <w:r>
        <w:t>קרח</w:t>
      </w:r>
    </w:p>
    <w:p>
      <w:pPr>
        <w:jc w:val="right"/>
        <w:bidi/>
      </w:pPr>
      <w:r>
        <w:t>שם באנגלית: Korach</w:t>
      </w:r>
    </w:p>
    <w:p>
      <w:pPr>
        <w:jc w:val="right"/>
        <w:bidi/>
      </w:pPr>
      <w:r>
        <w:t>קֹרַח הוא בן שבט לוי שמרד בסמכותו של משה. הוא וְיתר המורדים שהצטרפו אליו קיפחו את חייהם – חלקם נשרפו למוות ואת חלקם בלעה האדמה עם בני משפחותיהם.</w:t>
      </w:r>
    </w:p>
    <w:p>
      <w:pPr>
        <w:jc w:val="right"/>
        <w:bidi/>
      </w:pPr>
      <w:r>
        <w:rPr>
          <w:b/>
        </w:rPr>
        <w:t xml:space="preserve">קשרים: </w:t>
      </w:r>
      <w:r>
        <w:t>קשור/ה ל (מקורות) אהרון | קשור/ה ל און בן פלת | קשור/ה ל דתן ואבירם | קשור/ה ל (מקורות) דתן ואבירם | קשור/ה ל (מקורות) משה | בן/בת של יצהר</w:t>
      </w:r>
    </w:p>
    <w:p/>
    <w:p>
      <w:pPr>
        <w:pStyle w:val="Heading1"/>
        <w:jc w:val="right"/>
        <w:bidi/>
      </w:pPr>
      <w:r>
        <w:t>קרן הפוך</w:t>
      </w:r>
    </w:p>
    <w:p>
      <w:pPr>
        <w:jc w:val="right"/>
        <w:bidi/>
      </w:pPr>
      <w:r>
        <w:t>שם באנגלית: Keren-happuch</w:t>
      </w:r>
    </w:p>
    <w:p/>
    <w:p>
      <w:pPr>
        <w:pStyle w:val="Heading1"/>
        <w:jc w:val="right"/>
        <w:bidi/>
      </w:pPr>
      <w:r>
        <w:t>רִבִּי שְׁמוּאֵל אֲחוֹי דְרִבִּי בֶרֶכְיָה</w:t>
      </w:r>
    </w:p>
    <w:p>
      <w:pPr>
        <w:jc w:val="right"/>
        <w:bidi/>
      </w:pPr>
      <w:r>
        <w:t>שם באנגלית: Rebbi Samuel the brother of Rebbi Berekhiah</w:t>
      </w:r>
    </w:p>
    <w:p/>
    <w:p>
      <w:pPr>
        <w:pStyle w:val="Heading1"/>
        <w:jc w:val="right"/>
        <w:bidi/>
      </w:pPr>
      <w:r>
        <w:t>רִבִּי שְׁמוּאֵל אַחֲוֵי דְרִבִי בְּרֶכְיָה</w:t>
      </w:r>
    </w:p>
    <w:p>
      <w:pPr>
        <w:jc w:val="right"/>
        <w:bidi/>
      </w:pPr>
      <w:r>
        <w:t>שם באנגלית: Rebbi Samuel, the brother of Rebbi Berekhiah</w:t>
      </w:r>
    </w:p>
    <w:p/>
    <w:p>
      <w:pPr>
        <w:pStyle w:val="Heading1"/>
        <w:jc w:val="right"/>
        <w:bidi/>
      </w:pPr>
      <w:r>
        <w:t>רִבִּי שְׁמוּאֵל אָחִיו דְּרִבִּי בְּרֶכְיָה</w:t>
      </w:r>
    </w:p>
    <w:p>
      <w:pPr>
        <w:jc w:val="right"/>
        <w:bidi/>
      </w:pPr>
      <w:r>
        <w:t>שם באנגלית: Rebbi Samuel, brother of Rebbi Berekhiah</w:t>
      </w:r>
    </w:p>
    <w:p/>
    <w:p>
      <w:pPr>
        <w:pStyle w:val="Heading1"/>
        <w:jc w:val="right"/>
        <w:bidi/>
      </w:pPr>
      <w:r>
        <w:t>רִבִּי שִׁמְעוֹן אַחֲוֵי דְּרִבִּי בְּרֶכְיָה</w:t>
      </w:r>
    </w:p>
    <w:p>
      <w:pPr>
        <w:jc w:val="right"/>
        <w:bidi/>
      </w:pPr>
      <w:r>
        <w:t>שם באנגלית: Rebbi Simeon, the brother of Rebbi Berekhiah</w:t>
      </w:r>
    </w:p>
    <w:p/>
    <w:p>
      <w:pPr>
        <w:pStyle w:val="Heading1"/>
        <w:jc w:val="right"/>
        <w:bidi/>
      </w:pPr>
      <w:r>
        <w:t>רָם</w:t>
      </w:r>
    </w:p>
    <w:p>
      <w:pPr>
        <w:jc w:val="right"/>
        <w:bidi/>
      </w:pPr>
      <w:r>
        <w:t>שם באנגלית: Ram</w:t>
      </w:r>
    </w:p>
    <w:p/>
    <w:p>
      <w:pPr>
        <w:pStyle w:val="Heading1"/>
        <w:jc w:val="right"/>
        <w:bidi/>
      </w:pPr>
      <w:r>
        <w:t>ראובן</w:t>
      </w:r>
    </w:p>
    <w:p>
      <w:pPr>
        <w:jc w:val="right"/>
        <w:bidi/>
      </w:pPr>
      <w:r>
        <w:t>שם באנגלית: Reuben</w:t>
      </w:r>
    </w:p>
    <w:p>
      <w:pPr>
        <w:jc w:val="right"/>
        <w:bidi/>
      </w:pPr>
      <w:r>
        <w:t>ראובן הוא אבי שבט ראובן ובנם הבכור של יעקב ולאה. הוא שכנע את אחיו לא להרוג את אחיהם הצעיר יוסף אלא לזרוק אותו לבור, בהנחה שיוכל להצילו מאוחר יותר. הברכה של יעקב לראובן בסוף ימיו מורכבת, משום שהיא מזכירה שראובן שכב עם בלהה, פילגש אביו</w:t>
      </w:r>
    </w:p>
    <w:p>
      <w:pPr>
        <w:jc w:val="right"/>
        <w:bidi/>
      </w:pPr>
      <w:r>
        <w:rPr>
          <w:b/>
        </w:rPr>
        <w:t xml:space="preserve">קשרים: </w:t>
      </w:r>
      <w:r>
        <w:t>אח/אחות של גד | קשור/ה ל (מקורות) גד | קשור/ה ל (מקורות) אשר | קשור/ה ל (מקורות) יהודה | קשור/ה ל (מקורות) זבולון | קשור/ה ל (מקורות) יוסף | בן/בת של לאה | קשור/ה ל (מקורות) לאה | בן/בת של יעקב | קשור/ה ל (מקורות) יעקב | קשור/ה ל (מקורות) בנימין | קשור/ה ל (מקורות) דינה | קשור/ה ל (מקורות) דן | קשור/ה ל (מקורות) נפתלי | קשור/ה ל (מקורות) יששכר | קשור/ה ל (מקורות) אפרים | קשור/ה ל (מקורות) רחל | קשור/ה ל (מקורות) לוי | קשור/ה ל (מקורות) תמר | קשור/ה ל (מקורות) שמעון</w:t>
      </w:r>
    </w:p>
    <w:p/>
    <w:p>
      <w:pPr>
        <w:pStyle w:val="Heading1"/>
        <w:jc w:val="right"/>
        <w:bidi/>
      </w:pPr>
      <w:r>
        <w:t>רבקה</w:t>
      </w:r>
    </w:p>
    <w:p>
      <w:pPr>
        <w:jc w:val="right"/>
        <w:bidi/>
      </w:pPr>
      <w:r>
        <w:t>שם באנגלית: Rebecca</w:t>
      </w:r>
    </w:p>
    <w:p>
      <w:pPr>
        <w:jc w:val="right"/>
        <w:bidi/>
      </w:pPr>
      <w:r>
        <w:t>רבקה היא אחת מארבע האימהות של עם ישראל. במעשי החסד והכנסת האורחים שלה הוכיחה כי היא ראויה להצטרף למשפחת אברהם ולהינשא לבנו יצחק. היא העדיפה את בנה הקטן יעקב על פני אחיו התאום עֵשָׂו ולכן עזרה לו לרמות את יצחק בגנבת ברכת הבכורה.</w:t>
      </w:r>
    </w:p>
    <w:p>
      <w:pPr>
        <w:jc w:val="right"/>
        <w:bidi/>
      </w:pPr>
      <w:r>
        <w:rPr>
          <w:b/>
        </w:rPr>
        <w:t xml:space="preserve">קשרים: </w:t>
      </w:r>
      <w:r>
        <w:t>קשור/ה ל (מקורות) עשיו | בן/בת של בתואל | קשור/ה ל (מקורות) אברהם | קשור/ה ל אליעזר | קשור/ה ל (מקורות) אליעזר | קשור/ה ל (מקורות) יעקב | בן/בת זוג של יצחק | קשור/ה ל (מקורות) יצחק | קשור/ה ל (מקורות) שרה</w:t>
      </w:r>
    </w:p>
    <w:p/>
    <w:p>
      <w:pPr>
        <w:pStyle w:val="Heading1"/>
        <w:jc w:val="right"/>
        <w:bidi/>
      </w:pPr>
      <w:r>
        <w:t>רבשקה</w:t>
      </w:r>
    </w:p>
    <w:p>
      <w:pPr>
        <w:jc w:val="right"/>
        <w:bidi/>
      </w:pPr>
      <w:r>
        <w:t>שם באנגלית: Rabshakeh</w:t>
      </w:r>
    </w:p>
    <w:p>
      <w:pPr>
        <w:jc w:val="right"/>
        <w:bidi/>
      </w:pPr>
      <w:r>
        <w:rPr>
          <w:b/>
        </w:rPr>
        <w:t xml:space="preserve">קשרים: </w:t>
      </w:r>
      <w:r>
        <w:t>קשור/ה ל סנחריב | התנגד/ה ל חזקיה</w:t>
      </w:r>
    </w:p>
    <w:p/>
    <w:p>
      <w:pPr>
        <w:pStyle w:val="Heading1"/>
        <w:jc w:val="right"/>
        <w:bidi/>
      </w:pPr>
      <w:r>
        <w:t>רוֹמֻס</w:t>
      </w:r>
    </w:p>
    <w:p>
      <w:pPr>
        <w:jc w:val="right"/>
        <w:bidi/>
      </w:pPr>
      <w:r>
        <w:t>שם באנגלית: Remus</w:t>
      </w:r>
    </w:p>
    <w:p/>
    <w:p>
      <w:pPr>
        <w:pStyle w:val="Heading1"/>
        <w:jc w:val="right"/>
        <w:bidi/>
      </w:pPr>
      <w:r>
        <w:t>רות</w:t>
      </w:r>
    </w:p>
    <w:p>
      <w:pPr>
        <w:jc w:val="right"/>
        <w:bidi/>
      </w:pPr>
      <w:r>
        <w:t>שם באנגלית: Ruth</w:t>
      </w:r>
    </w:p>
    <w:p>
      <w:pPr>
        <w:jc w:val="right"/>
        <w:bidi/>
      </w:pPr>
      <w:r>
        <w:t>רות היא גיבורת מגילת רות. אף שהייתה מואבייה נוכרייה, הלכה אחרי חמותה העברייה נעמי וליוותה אותה בשובה לבית לחם לאחר ששתיהן שכלו את בעליהן. רות התמסרה לנעמי ולעם היהודי. בארץ נישאה לבועז, והמלך דוד היה אחד מצאצאיהם.</w:t>
      </w:r>
    </w:p>
    <w:p>
      <w:pPr>
        <w:jc w:val="right"/>
        <w:bidi/>
      </w:pPr>
      <w:r>
        <w:rPr>
          <w:b/>
        </w:rPr>
        <w:t xml:space="preserve">קשרים: </w:t>
      </w:r>
      <w:r>
        <w:t>קשור/ה ל מואב | קשור/ה ל (מקורות) מואב | קשור/ה ל ערפה | קשור/ה ל (מקורות) בועז | בן/בת של עגלון | חתן/כלה של אלימלך | קשור/ה ל (מקורות) דוד המלך | חתן/כלה של נעמי | קשור/ה ל (מקורות) נעמי | קשור/ה ל (מקורות) תמר</w:t>
      </w:r>
    </w:p>
    <w:p/>
    <w:p>
      <w:pPr>
        <w:pStyle w:val="Heading1"/>
        <w:jc w:val="right"/>
        <w:bidi/>
      </w:pPr>
      <w:r>
        <w:t>רחב</w:t>
      </w:r>
    </w:p>
    <w:p>
      <w:pPr>
        <w:jc w:val="right"/>
        <w:bidi/>
      </w:pPr>
      <w:r>
        <w:t>שם באנגלית: Rahab</w:t>
      </w:r>
    </w:p>
    <w:p>
      <w:pPr>
        <w:jc w:val="right"/>
        <w:bidi/>
      </w:pPr>
      <w:r>
        <w:t>רחב הייתה זונה שהתגוררה בחומת יריחו. היא הסתירה שני מרגלים מבני ישראל בביתה, וכגמול על עזרתה ניצלו היא ומשפחתה כאשר כבשו בני ישראל את יריחו.</w:t>
      </w:r>
    </w:p>
    <w:p>
      <w:pPr>
        <w:jc w:val="right"/>
        <w:bidi/>
      </w:pPr>
      <w:r>
        <w:rPr>
          <w:b/>
        </w:rPr>
        <w:t xml:space="preserve">קשרים: </w:t>
      </w:r>
      <w:r>
        <w:t>קשור/ה ל (מקורות) אברהם | קשור/ה ל יהושע | קשור/ה ל (מקורות) יהושע | קשור/ה ל (מקורות) סרח בת אשר | קשור/ה ל (מקורות) תמר</w:t>
      </w:r>
    </w:p>
    <w:p/>
    <w:p>
      <w:pPr>
        <w:pStyle w:val="Heading1"/>
        <w:jc w:val="right"/>
        <w:bidi/>
      </w:pPr>
      <w:r>
        <w:t>רחבעם</w:t>
      </w:r>
    </w:p>
    <w:p>
      <w:pPr>
        <w:jc w:val="right"/>
        <w:bidi/>
      </w:pPr>
      <w:r>
        <w:t>שם באנגלית: Rehoboam</w:t>
      </w:r>
    </w:p>
    <w:p>
      <w:pPr>
        <w:jc w:val="right"/>
        <w:bidi/>
      </w:pPr>
      <w:r>
        <w:rPr>
          <w:b/>
        </w:rPr>
        <w:t xml:space="preserve">קשרים: </w:t>
      </w:r>
      <w:r>
        <w:t>קשור/ה ל (מקורות) ירבעם בן נבט | בן/בת של נעמה העמונית | בן/בת של שְׁלֹמֹה | קשור/ה ל (מקורות) שְׁלֹמֹה</w:t>
      </w:r>
    </w:p>
    <w:p/>
    <w:p>
      <w:pPr>
        <w:pStyle w:val="Heading1"/>
        <w:jc w:val="right"/>
        <w:bidi/>
      </w:pPr>
      <w:r>
        <w:t>רחל</w:t>
      </w:r>
    </w:p>
    <w:p>
      <w:pPr>
        <w:jc w:val="right"/>
        <w:bidi/>
      </w:pPr>
      <w:r>
        <w:t>שם באנגלית: Rachel</w:t>
      </w:r>
    </w:p>
    <w:p>
      <w:pPr>
        <w:jc w:val="right"/>
        <w:bidi/>
      </w:pPr>
      <w:r>
        <w:t>רחל היא אחת מארבע האימהות של עם ישראל. היא אשתו האהובה והבכירה של יעקב, שנישא קודם לכן לאחותה לאה. רחל סבלה מעקרות ממושכת לפני שילדה את שני בניו הצעירים והאהובים ביותר של יעקב, יוסף ובנימין. היא מתה בשעת לידתו של בנימין.</w:t>
      </w:r>
    </w:p>
    <w:p>
      <w:pPr>
        <w:jc w:val="right"/>
        <w:bidi/>
      </w:pPr>
      <w:r>
        <w:rPr>
          <w:b/>
        </w:rPr>
        <w:t xml:space="preserve">קשרים: </w:t>
      </w:r>
      <w:r>
        <w:t>קשור/ה ל (מקורות) לאה | בן/בת של לבן בן בתואל | קשור/ה ל (מקורות) לבן בן בתואל | בן/בת זוג של יעקב | קשור/ה ל (מקורות) יעקב</w:t>
      </w:r>
    </w:p>
    <w:p/>
    <w:p>
      <w:pPr>
        <w:pStyle w:val="Heading1"/>
        <w:jc w:val="right"/>
        <w:bidi/>
      </w:pPr>
      <w:r>
        <w:t>ריפת</w:t>
      </w:r>
    </w:p>
    <w:p>
      <w:pPr>
        <w:jc w:val="right"/>
        <w:bidi/>
      </w:pPr>
      <w:r>
        <w:t>שם באנגלית: Riphath</w:t>
      </w:r>
    </w:p>
    <w:p>
      <w:pPr>
        <w:jc w:val="right"/>
        <w:bidi/>
      </w:pPr>
      <w:r>
        <w:rPr>
          <w:b/>
        </w:rPr>
        <w:t xml:space="preserve">קשרים: </w:t>
      </w:r>
      <w:r>
        <w:t>בן/בת של גומר בן יפת</w:t>
      </w:r>
    </w:p>
    <w:p/>
    <w:p>
      <w:pPr>
        <w:pStyle w:val="Heading1"/>
        <w:jc w:val="right"/>
        <w:bidi/>
      </w:pPr>
      <w:r>
        <w:t>רם</w:t>
      </w:r>
    </w:p>
    <w:p>
      <w:pPr>
        <w:jc w:val="right"/>
        <w:bidi/>
      </w:pPr>
      <w:r>
        <w:t>שם באנגלית: Ram</w:t>
      </w:r>
    </w:p>
    <w:p>
      <w:pPr>
        <w:jc w:val="right"/>
        <w:bidi/>
      </w:pPr>
      <w:r>
        <w:rPr>
          <w:b/>
        </w:rPr>
        <w:t xml:space="preserve">קשרים: </w:t>
      </w:r>
      <w:r>
        <w:t>בן/בת של חצרון</w:t>
      </w:r>
    </w:p>
    <w:p/>
    <w:p>
      <w:pPr>
        <w:pStyle w:val="Heading1"/>
        <w:jc w:val="right"/>
        <w:bidi/>
      </w:pPr>
      <w:r>
        <w:t>רעו</w:t>
      </w:r>
    </w:p>
    <w:p>
      <w:pPr>
        <w:jc w:val="right"/>
        <w:bidi/>
      </w:pPr>
      <w:r>
        <w:t>שם באנגלית: Reu</w:t>
      </w:r>
    </w:p>
    <w:p>
      <w:pPr>
        <w:jc w:val="right"/>
        <w:bidi/>
      </w:pPr>
      <w:r>
        <w:rPr>
          <w:b/>
        </w:rPr>
        <w:t xml:space="preserve">קשרים: </w:t>
      </w:r>
      <w:r>
        <w:t>בן/בת של פלג</w:t>
      </w:r>
    </w:p>
    <w:p/>
    <w:p>
      <w:pPr>
        <w:pStyle w:val="Heading1"/>
        <w:jc w:val="right"/>
        <w:bidi/>
      </w:pPr>
      <w:r>
        <w:t>רעואל</w:t>
      </w:r>
    </w:p>
    <w:p>
      <w:pPr>
        <w:jc w:val="right"/>
        <w:bidi/>
      </w:pPr>
      <w:r>
        <w:t>שם באנגלית: Reuel</w:t>
      </w:r>
    </w:p>
    <w:p>
      <w:pPr>
        <w:jc w:val="right"/>
        <w:bidi/>
      </w:pPr>
      <w:r>
        <w:rPr>
          <w:b/>
        </w:rPr>
        <w:t xml:space="preserve">קשרים: </w:t>
      </w:r>
      <w:r>
        <w:t>בן/בת של עשיו | דומה ל יתרו | בן/בת של בשמת בת ישמעאל</w:t>
      </w:r>
    </w:p>
    <w:p/>
    <w:p>
      <w:pPr>
        <w:pStyle w:val="Heading1"/>
        <w:jc w:val="right"/>
        <w:bidi/>
      </w:pPr>
      <w:r>
        <w:t>רעי איוב</w:t>
      </w:r>
    </w:p>
    <w:p>
      <w:pPr>
        <w:jc w:val="right"/>
        <w:bidi/>
      </w:pPr>
      <w:r>
        <w:t>שם באנגלית: Q2776374</w:t>
      </w:r>
    </w:p>
    <w:p/>
    <w:p>
      <w:pPr>
        <w:pStyle w:val="Heading1"/>
        <w:jc w:val="right"/>
        <w:bidi/>
      </w:pPr>
      <w:r>
        <w:t>רצין מלך ארם-דמשק</w:t>
      </w:r>
    </w:p>
    <w:p>
      <w:pPr>
        <w:jc w:val="right"/>
        <w:bidi/>
      </w:pPr>
      <w:r>
        <w:t>שם באנגלית: Rezin</w:t>
      </w:r>
    </w:p>
    <w:p/>
    <w:p>
      <w:pPr>
        <w:pStyle w:val="Heading1"/>
        <w:jc w:val="right"/>
        <w:bidi/>
      </w:pPr>
      <w:r>
        <w:t>רצפה בת איה</w:t>
      </w:r>
    </w:p>
    <w:p>
      <w:pPr>
        <w:jc w:val="right"/>
        <w:bidi/>
      </w:pPr>
      <w:r>
        <w:t>שם באנגלית: Rizpah, the Daughter of Aiyah</w:t>
      </w:r>
    </w:p>
    <w:p/>
    <w:p>
      <w:pPr>
        <w:pStyle w:val="Heading1"/>
        <w:jc w:val="right"/>
        <w:bidi/>
      </w:pPr>
      <w:r>
        <w:t>שְׁבוּאֵל בֶּן גֵּרְשָׁם בֶּן מִֹשֶׁה</w:t>
      </w:r>
    </w:p>
    <w:p>
      <w:pPr>
        <w:jc w:val="right"/>
        <w:bidi/>
      </w:pPr>
      <w:r>
        <w:t>שם באנגלית: Shabuel b. Gershom b. Moshe</w:t>
      </w:r>
    </w:p>
    <w:p/>
    <w:p>
      <w:pPr>
        <w:pStyle w:val="Heading1"/>
        <w:jc w:val="right"/>
        <w:bidi/>
      </w:pPr>
      <w:r>
        <w:t>שְׁמוּאֵל אַחֲוָה דְרַב בְּרֶכְיָה</w:t>
      </w:r>
    </w:p>
    <w:p>
      <w:pPr>
        <w:jc w:val="right"/>
        <w:bidi/>
      </w:pPr>
      <w:r>
        <w:t>שם באנגלית: Samuel, the brother of Rav Berekhia</w:t>
      </w:r>
    </w:p>
    <w:p/>
    <w:p>
      <w:pPr>
        <w:pStyle w:val="Heading1"/>
        <w:jc w:val="right"/>
        <w:bidi/>
      </w:pPr>
      <w:r>
        <w:t>שְׁפַטְיָה בֶּן אֲבוּטָל</w:t>
      </w:r>
    </w:p>
    <w:p>
      <w:pPr>
        <w:jc w:val="right"/>
        <w:bidi/>
      </w:pPr>
      <w:r>
        <w:t>שם באנגלית: Shephatya b. Abutal</w:t>
      </w:r>
    </w:p>
    <w:p/>
    <w:p>
      <w:pPr>
        <w:pStyle w:val="Heading1"/>
        <w:jc w:val="right"/>
        <w:bidi/>
      </w:pPr>
      <w:r>
        <w:t>שְׂרָיָה֙ כֹּהֵ֣ן הָרֹ֔אשׁ</w:t>
      </w:r>
    </w:p>
    <w:p>
      <w:pPr>
        <w:jc w:val="right"/>
        <w:bidi/>
      </w:pPr>
      <w:r>
        <w:t>שם באנגלית: Seraiah the Chief Priest</w:t>
      </w:r>
    </w:p>
    <w:p/>
    <w:p>
      <w:pPr>
        <w:pStyle w:val="Heading1"/>
        <w:jc w:val="right"/>
        <w:bidi/>
      </w:pPr>
      <w:r>
        <w:t>שְׁלֹמֹה</w:t>
      </w:r>
    </w:p>
    <w:p>
      <w:pPr>
        <w:jc w:val="right"/>
        <w:bidi/>
      </w:pPr>
      <w:r>
        <w:t>שם באנגלית: King Solomon</w:t>
      </w:r>
    </w:p>
    <w:p>
      <w:pPr>
        <w:jc w:val="right"/>
        <w:bidi/>
      </w:pPr>
      <w:r>
        <w:t>שלמה הוא המלך השני בשושלת דוד, והוא נודע בייחוד בזכות בניית בית המקדש בירושלים. כמו כן בנה ממלכה מפוארת והרחיב את גבולות ישראל. הוא ידוע בתור מלך חכם בצורה יוצאת דופן, וספרי התנ"ך משלי, שיר השירים וקהלת מיוחסים לו.</w:t>
      </w:r>
    </w:p>
    <w:p>
      <w:pPr>
        <w:jc w:val="right"/>
        <w:bidi/>
      </w:pPr>
      <w:r>
        <w:rPr>
          <w:b/>
        </w:rPr>
        <w:t xml:space="preserve">קשרים: </w:t>
      </w:r>
      <w:r>
        <w:t>קשור/ה ל נתן הנביא | בן/בת של דוד המלך | קשור/ה ל (מקורות) דוד המלך | קשור/ה ל (מקורות) ירבעם בן נבט | קשור/ה ל בניהו | התכתב עם חירם | בן/בת זוג של נעמה העמונית | קשור/ה ל קהלת | קשור/ה ל (מקורות) קהלת | קשור/ה ל (מקורות) רחבעם | התכתב עם מלכת שבא | קשור/ה ל (מקורות) מלכת שבא | בן/בת של בת שבע | קשור/ה ל (מקורות) בת שבע</w:t>
      </w:r>
    </w:p>
    <w:p/>
    <w:p>
      <w:pPr>
        <w:pStyle w:val="Heading1"/>
        <w:jc w:val="right"/>
        <w:bidi/>
      </w:pPr>
      <w:r>
        <w:t>שֵׁם</w:t>
      </w:r>
    </w:p>
    <w:p>
      <w:pPr>
        <w:jc w:val="right"/>
        <w:bidi/>
      </w:pPr>
      <w:r>
        <w:t>שם באנגלית: Shem</w:t>
      </w:r>
    </w:p>
    <w:p>
      <w:pPr>
        <w:jc w:val="right"/>
        <w:bidi/>
      </w:pPr>
      <w:r>
        <w:t>שם, אחד מבני נח, ניצל במהלך המבול, והוא אביהם של עמים רבים, ביניהם העבריים.</w:t>
      </w:r>
    </w:p>
    <w:p>
      <w:pPr>
        <w:jc w:val="right"/>
        <w:bidi/>
      </w:pPr>
      <w:r>
        <w:rPr>
          <w:b/>
        </w:rPr>
        <w:t xml:space="preserve">קשרים: </w:t>
      </w:r>
      <w:r>
        <w:t>קשור/ה ל (מקורות) מלכי צדק | קשור/ה ל (מקורות) אברהם | קשור/ה ל (מקורות) עבר בן שם | בן/בת של נח | קשור/ה ל (מקורות) נח | קשור/ה ל (מקורות) יפת | קשור/ה ל (מקורות) חם | קשור/ה ל (מקורות) כנען</w:t>
      </w:r>
    </w:p>
    <w:p/>
    <w:p>
      <w:pPr>
        <w:pStyle w:val="Heading1"/>
        <w:jc w:val="right"/>
        <w:bidi/>
      </w:pPr>
      <w:r>
        <w:t>שֶׁלַח</w:t>
      </w:r>
    </w:p>
    <w:p>
      <w:pPr>
        <w:jc w:val="right"/>
        <w:bidi/>
      </w:pPr>
      <w:r>
        <w:t>שם באנגלית: Salah</w:t>
      </w:r>
    </w:p>
    <w:p>
      <w:pPr>
        <w:jc w:val="right"/>
        <w:bidi/>
      </w:pPr>
      <w:r>
        <w:rPr>
          <w:b/>
        </w:rPr>
        <w:t xml:space="preserve">קשרים: </w:t>
      </w:r>
      <w:r>
        <w:t>בן/בת של ארפכשד</w:t>
      </w:r>
    </w:p>
    <w:p/>
    <w:p>
      <w:pPr>
        <w:pStyle w:val="Heading1"/>
        <w:jc w:val="right"/>
        <w:bidi/>
      </w:pPr>
      <w:r>
        <w:t>שאר ישוב</w:t>
      </w:r>
    </w:p>
    <w:p>
      <w:pPr>
        <w:jc w:val="right"/>
        <w:bidi/>
      </w:pPr>
      <w:r>
        <w:t>שם באנגלית: Shearjashub</w:t>
      </w:r>
    </w:p>
    <w:p>
      <w:pPr>
        <w:jc w:val="right"/>
        <w:bidi/>
      </w:pPr>
      <w:r>
        <w:rPr>
          <w:b/>
        </w:rPr>
        <w:t xml:space="preserve">קשרים: </w:t>
      </w:r>
      <w:r>
        <w:t>בן/בת של ישעיהו</w:t>
      </w:r>
    </w:p>
    <w:p/>
    <w:p>
      <w:pPr>
        <w:pStyle w:val="Heading1"/>
        <w:jc w:val="right"/>
        <w:bidi/>
      </w:pPr>
      <w:r>
        <w:t>שבואל</w:t>
      </w:r>
    </w:p>
    <w:p>
      <w:pPr>
        <w:jc w:val="right"/>
        <w:bidi/>
      </w:pPr>
      <w:r>
        <w:t>שם באנגלית: Shevuel</w:t>
      </w:r>
    </w:p>
    <w:p/>
    <w:p>
      <w:pPr>
        <w:pStyle w:val="Heading1"/>
        <w:jc w:val="right"/>
        <w:bidi/>
      </w:pPr>
      <w:r>
        <w:t>שבנא</w:t>
      </w:r>
    </w:p>
    <w:p>
      <w:pPr>
        <w:jc w:val="right"/>
        <w:bidi/>
      </w:pPr>
      <w:r>
        <w:t>שם באנגלית: Shevna</w:t>
      </w:r>
    </w:p>
    <w:p>
      <w:pPr>
        <w:jc w:val="right"/>
        <w:bidi/>
      </w:pPr>
      <w:r>
        <w:rPr>
          <w:b/>
        </w:rPr>
        <w:t xml:space="preserve">קשרים: </w:t>
      </w:r>
      <w:r>
        <w:t>קשור/ה ל סנחריב | קשור/ה ל חזקיה</w:t>
      </w:r>
    </w:p>
    <w:p/>
    <w:p>
      <w:pPr>
        <w:pStyle w:val="Heading1"/>
        <w:jc w:val="right"/>
        <w:bidi/>
      </w:pPr>
      <w:r>
        <w:t>שבע בן בכרי</w:t>
      </w:r>
    </w:p>
    <w:p>
      <w:pPr>
        <w:jc w:val="right"/>
        <w:bidi/>
      </w:pPr>
      <w:r>
        <w:t>שם באנגלית: Sheva, the Son of Bichri</w:t>
      </w:r>
    </w:p>
    <w:p>
      <w:pPr>
        <w:jc w:val="right"/>
        <w:bidi/>
      </w:pPr>
      <w:r>
        <w:rPr>
          <w:b/>
        </w:rPr>
        <w:t xml:space="preserve">קשרים: </w:t>
      </w:r>
      <w:r>
        <w:t>התנגד/ה ל יואב | התנגד/ה ל דוד המלך</w:t>
      </w:r>
    </w:p>
    <w:p/>
    <w:p>
      <w:pPr>
        <w:pStyle w:val="Heading1"/>
        <w:jc w:val="right"/>
        <w:bidi/>
      </w:pPr>
      <w:r>
        <w:t>שגוב</w:t>
      </w:r>
    </w:p>
    <w:p>
      <w:pPr>
        <w:jc w:val="right"/>
        <w:bidi/>
      </w:pPr>
      <w:r>
        <w:t>שם באנגלית: Seguv</w:t>
      </w:r>
    </w:p>
    <w:p/>
    <w:p>
      <w:pPr>
        <w:pStyle w:val="Heading1"/>
        <w:jc w:val="right"/>
        <w:bidi/>
      </w:pPr>
      <w:r>
        <w:t>שובך</w:t>
      </w:r>
    </w:p>
    <w:p>
      <w:pPr>
        <w:jc w:val="right"/>
        <w:bidi/>
      </w:pPr>
      <w:r>
        <w:t>שם באנגלית: Shovach</w:t>
      </w:r>
    </w:p>
    <w:p>
      <w:pPr>
        <w:jc w:val="right"/>
        <w:bidi/>
      </w:pPr>
      <w:r>
        <w:rPr>
          <w:b/>
        </w:rPr>
        <w:t xml:space="preserve">קשרים: </w:t>
      </w:r>
      <w:r>
        <w:t>התנגד/ה ל דוד המלך</w:t>
      </w:r>
    </w:p>
    <w:p/>
    <w:p>
      <w:pPr>
        <w:pStyle w:val="Heading1"/>
        <w:jc w:val="right"/>
        <w:bidi/>
      </w:pPr>
      <w:r>
        <w:t>שולמית</w:t>
      </w:r>
    </w:p>
    <w:p>
      <w:pPr>
        <w:jc w:val="right"/>
        <w:bidi/>
      </w:pPr>
      <w:r>
        <w:t>שם באנגלית: Shulamites</w:t>
      </w:r>
    </w:p>
    <w:p>
      <w:pPr>
        <w:jc w:val="right"/>
        <w:bidi/>
      </w:pPr>
      <w:r>
        <w:t>A reference to Israel, a nation at peace. Translated according to Shir HaShirim Rabbah.</w:t>
      </w:r>
    </w:p>
    <w:p/>
    <w:p>
      <w:pPr>
        <w:pStyle w:val="Heading1"/>
        <w:jc w:val="right"/>
        <w:bidi/>
      </w:pPr>
      <w:r>
        <w:t>שונמית</w:t>
      </w:r>
    </w:p>
    <w:p>
      <w:pPr>
        <w:jc w:val="right"/>
        <w:bidi/>
      </w:pPr>
      <w:r>
        <w:t>שם באנגלית: Shunamites</w:t>
      </w:r>
    </w:p>
    <w:p>
      <w:pPr>
        <w:jc w:val="right"/>
        <w:bidi/>
      </w:pPr>
      <w:r>
        <w:rPr>
          <w:b/>
        </w:rPr>
        <w:t xml:space="preserve">קשרים: </w:t>
      </w:r>
      <w:r>
        <w:t>התכתב עם אלישע</w:t>
      </w:r>
    </w:p>
    <w:p/>
    <w:p>
      <w:pPr>
        <w:pStyle w:val="Heading1"/>
        <w:jc w:val="right"/>
        <w:bidi/>
      </w:pPr>
      <w:r>
        <w:t>שוע</w:t>
      </w:r>
    </w:p>
    <w:p>
      <w:pPr>
        <w:jc w:val="right"/>
        <w:bidi/>
      </w:pPr>
      <w:r>
        <w:t>שם באנגלית: Shua</w:t>
      </w:r>
    </w:p>
    <w:p/>
    <w:p>
      <w:pPr>
        <w:pStyle w:val="Heading1"/>
        <w:jc w:val="right"/>
        <w:bidi/>
      </w:pPr>
      <w:r>
        <w:t>שישק</w:t>
      </w:r>
    </w:p>
    <w:p>
      <w:pPr>
        <w:jc w:val="right"/>
        <w:bidi/>
      </w:pPr>
      <w:r>
        <w:t>שם באנגלית: Shisak</w:t>
      </w:r>
    </w:p>
    <w:p/>
    <w:p>
      <w:pPr>
        <w:pStyle w:val="Heading1"/>
        <w:jc w:val="right"/>
        <w:bidi/>
      </w:pPr>
      <w:r>
        <w:t>שכם</w:t>
      </w:r>
    </w:p>
    <w:p>
      <w:pPr>
        <w:jc w:val="right"/>
        <w:bidi/>
      </w:pPr>
      <w:r>
        <w:t>שם באנגלית: Shechem</w:t>
      </w:r>
    </w:p>
    <w:p>
      <w:pPr>
        <w:jc w:val="right"/>
        <w:bidi/>
      </w:pPr>
      <w:r>
        <w:t>שכם הייתה עיר כנענית מצפון לירושלים, והיא נזכרת לראשונה בספר בראשית כאשר אברהם מקריב בה קורבן ובונה בה מזבח. שכם ידועה לשמצה משום שבה נאנסה דינה בת יעקב.</w:t>
      </w:r>
    </w:p>
    <w:p>
      <w:pPr>
        <w:jc w:val="right"/>
        <w:bidi/>
      </w:pPr>
      <w:r>
        <w:rPr>
          <w:b/>
        </w:rPr>
        <w:t xml:space="preserve">קשרים: </w:t>
      </w:r>
      <w:r>
        <w:t>קשור/ה ל (מקורות) לאה | קשור/ה ל (מקורות) יעקב | קשור/ה ל דינה | קשור/ה ל (מקורות) דינה | קשור/ה ל (מקורות) לוי | קשור/ה ל (מקורות) שמעון | בן/בת של חמור</w:t>
      </w:r>
    </w:p>
    <w:p/>
    <w:p>
      <w:pPr>
        <w:pStyle w:val="Heading1"/>
        <w:jc w:val="right"/>
        <w:bidi/>
      </w:pPr>
      <w:r>
        <w:t>שלה</w:t>
      </w:r>
    </w:p>
    <w:p>
      <w:pPr>
        <w:jc w:val="right"/>
        <w:bidi/>
      </w:pPr>
      <w:r>
        <w:t>שם באנגלית: Shelah</w:t>
      </w:r>
    </w:p>
    <w:p>
      <w:pPr>
        <w:jc w:val="right"/>
        <w:bidi/>
      </w:pPr>
      <w:r>
        <w:rPr>
          <w:b/>
        </w:rPr>
        <w:t xml:space="preserve">קשרים: </w:t>
      </w:r>
      <w:r>
        <w:t>בן/בת של יהודה | בן/בת של בת-שוע</w:t>
      </w:r>
    </w:p>
    <w:p/>
    <w:p>
      <w:pPr>
        <w:pStyle w:val="Heading1"/>
        <w:jc w:val="right"/>
        <w:bidi/>
      </w:pPr>
      <w:r>
        <w:t>שלום בן תקוה</w:t>
      </w:r>
    </w:p>
    <w:p>
      <w:pPr>
        <w:jc w:val="right"/>
        <w:bidi/>
      </w:pPr>
      <w:r>
        <w:t>שם באנגלית: Shallum, the Son of Tikvah</w:t>
      </w:r>
    </w:p>
    <w:p/>
    <w:p>
      <w:pPr>
        <w:pStyle w:val="Heading1"/>
        <w:jc w:val="right"/>
        <w:bidi/>
      </w:pPr>
      <w:r>
        <w:t>שלומיאל</w:t>
      </w:r>
    </w:p>
    <w:p>
      <w:pPr>
        <w:jc w:val="right"/>
        <w:bidi/>
      </w:pPr>
      <w:r>
        <w:t>שם באנגלית: Shelumiel</w:t>
      </w:r>
    </w:p>
    <w:p>
      <w:pPr>
        <w:jc w:val="right"/>
        <w:bidi/>
      </w:pPr>
      <w:r>
        <w:rPr>
          <w:b/>
        </w:rPr>
        <w:t xml:space="preserve">קשרים: </w:t>
      </w:r>
      <w:r>
        <w:t>קשור/ה ל זמרי | צאצא של שמעון</w:t>
      </w:r>
    </w:p>
    <w:p/>
    <w:p>
      <w:pPr>
        <w:pStyle w:val="Heading1"/>
        <w:jc w:val="right"/>
        <w:bidi/>
      </w:pPr>
      <w:r>
        <w:t>שלמון</w:t>
      </w:r>
    </w:p>
    <w:p>
      <w:pPr>
        <w:jc w:val="right"/>
        <w:bidi/>
      </w:pPr>
      <w:r>
        <w:t>שם באנגלית: Salmon</w:t>
      </w:r>
    </w:p>
    <w:p>
      <w:pPr>
        <w:jc w:val="right"/>
        <w:bidi/>
      </w:pPr>
      <w:r>
        <w:rPr>
          <w:b/>
        </w:rPr>
        <w:t xml:space="preserve">קשרים: </w:t>
      </w:r>
      <w:r>
        <w:t>בן/בת של נחשון בן עמינדב</w:t>
      </w:r>
    </w:p>
    <w:p/>
    <w:p>
      <w:pPr>
        <w:pStyle w:val="Heading1"/>
        <w:jc w:val="right"/>
        <w:bidi/>
      </w:pPr>
      <w:r>
        <w:t>שלמיהו</w:t>
      </w:r>
    </w:p>
    <w:p>
      <w:pPr>
        <w:jc w:val="right"/>
        <w:bidi/>
      </w:pPr>
      <w:r>
        <w:t>שם באנגלית: Shelemiah</w:t>
      </w:r>
    </w:p>
    <w:p>
      <w:pPr>
        <w:jc w:val="right"/>
        <w:bidi/>
      </w:pPr>
      <w:r>
        <w:rPr>
          <w:b/>
        </w:rPr>
        <w:t xml:space="preserve">קשרים: </w:t>
      </w:r>
      <w:r>
        <w:t>בן/בת של עבדאל</w:t>
      </w:r>
    </w:p>
    <w:p/>
    <w:p>
      <w:pPr>
        <w:pStyle w:val="Heading1"/>
        <w:jc w:val="right"/>
        <w:bidi/>
      </w:pPr>
      <w:r>
        <w:t>שלף</w:t>
      </w:r>
    </w:p>
    <w:p>
      <w:pPr>
        <w:jc w:val="right"/>
        <w:bidi/>
      </w:pPr>
      <w:r>
        <w:t>שם באנגלית: Sheleph</w:t>
      </w:r>
    </w:p>
    <w:p>
      <w:pPr>
        <w:jc w:val="right"/>
        <w:bidi/>
      </w:pPr>
      <w:r>
        <w:rPr>
          <w:b/>
        </w:rPr>
        <w:t xml:space="preserve">קשרים: </w:t>
      </w:r>
      <w:r>
        <w:t>בן/בת של יקטן</w:t>
      </w:r>
    </w:p>
    <w:p/>
    <w:p>
      <w:pPr>
        <w:pStyle w:val="Heading1"/>
        <w:jc w:val="right"/>
        <w:bidi/>
      </w:pPr>
      <w:r>
        <w:t>שלתיאל</w:t>
      </w:r>
    </w:p>
    <w:p>
      <w:pPr>
        <w:jc w:val="right"/>
        <w:bidi/>
      </w:pPr>
      <w:r>
        <w:t>שם באנגלית: Shaltiel</w:t>
      </w:r>
    </w:p>
    <w:p/>
    <w:p>
      <w:pPr>
        <w:pStyle w:val="Heading1"/>
        <w:jc w:val="right"/>
        <w:bidi/>
      </w:pPr>
      <w:r>
        <w:t>שמגר</w:t>
      </w:r>
    </w:p>
    <w:p>
      <w:pPr>
        <w:jc w:val="right"/>
        <w:bidi/>
      </w:pPr>
      <w:r>
        <w:t>שם באנגלית: Shamgar</w:t>
      </w:r>
    </w:p>
    <w:p/>
    <w:p>
      <w:pPr>
        <w:pStyle w:val="Heading1"/>
        <w:jc w:val="right"/>
        <w:bidi/>
      </w:pPr>
      <w:r>
        <w:t>שמואל הנביא</w:t>
      </w:r>
    </w:p>
    <w:p>
      <w:pPr>
        <w:jc w:val="right"/>
        <w:bidi/>
      </w:pPr>
      <w:r>
        <w:t>שם באנגלית: Samuel</w:t>
      </w:r>
    </w:p>
    <w:p>
      <w:pPr>
        <w:jc w:val="right"/>
        <w:bidi/>
      </w:pPr>
      <w:r>
        <w:t>הנביא שמואל הנהיג את בני ישראל לפני תקופת המלוכה. תחת הנהגתו נלחם עם ישראל בפלישתים. הוא משח את שאול למלך הראשון של ישראל ושימש לו יועץ ונביא, עד שבסתר, במצוות האל, משח את דוד למלך במקומו.</w:t>
      </w:r>
    </w:p>
    <w:p>
      <w:pPr>
        <w:jc w:val="right"/>
        <w:bidi/>
      </w:pPr>
      <w:r>
        <w:rPr>
          <w:b/>
        </w:rPr>
        <w:t xml:space="preserve">קשרים: </w:t>
      </w:r>
      <w:r>
        <w:t>קשור/ה ל פנינה | קשור/ה ל (מקורות) דוד המלך | התכתב עם אלקנה | בן/בת של אלקנה | קשור/ה ל אלקנה | בן/בת של חנה | קשור/ה ל (מקורות) חנה | קשור/ה ל המלך שאול | קשור/ה ל (מקורות) המלך שאול | קשור/ה ל (מקורות) שמשון</w:t>
      </w:r>
    </w:p>
    <w:p/>
    <w:p>
      <w:pPr>
        <w:pStyle w:val="Heading1"/>
        <w:jc w:val="right"/>
        <w:bidi/>
      </w:pPr>
      <w:r>
        <w:t>שמעון</w:t>
      </w:r>
    </w:p>
    <w:p>
      <w:pPr>
        <w:jc w:val="right"/>
        <w:bidi/>
      </w:pPr>
      <w:r>
        <w:t>שם באנגלית: Simeon</w:t>
      </w:r>
    </w:p>
    <w:p>
      <w:pPr>
        <w:jc w:val="right"/>
        <w:bidi/>
      </w:pPr>
      <w:r>
        <w:t>שמעון הוא בנם השני של יעקב ולאה. לאחר שאחותו דינה נאנסה ונשבתה בידי שכם, יצא שמעון עם אחיו לוי לנקום בבני עירו. בשל פזיזותו קילל אותו יעקב שצאצאיו יחולקו ויפוצו. הוא אבי שבט שמעון.</w:t>
      </w:r>
    </w:p>
    <w:p>
      <w:pPr>
        <w:jc w:val="right"/>
        <w:bidi/>
      </w:pPr>
      <w:r>
        <w:rPr>
          <w:b/>
        </w:rPr>
        <w:t xml:space="preserve">קשרים: </w:t>
      </w:r>
      <w:r>
        <w:t>קשור/ה ל (מקורות) ראובן | קשור/ה ל (מקורות) יהודה | קשור/ה ל (מקורות) יוסף | בן/בת של לאה | קשור/ה ל (מקורות) לאה | בן/בת של יעקב | קשור/ה ל (מקורות) יעקב | קשור/ה ל (מקורות) בנימין | אח/אחות של דינה | קשור/ה ל (מקורות) דינה | קשור/ה ל (מקורות) אפרים | התנגד/ה ל שכם | קשור/ה ל (מקורות) שכם | קשור/ה ל (מקורות) לוי</w:t>
      </w:r>
    </w:p>
    <w:p/>
    <w:p>
      <w:pPr>
        <w:pStyle w:val="Heading1"/>
        <w:jc w:val="right"/>
        <w:bidi/>
      </w:pPr>
      <w:r>
        <w:t>שמעי</w:t>
      </w:r>
    </w:p>
    <w:p>
      <w:pPr>
        <w:jc w:val="right"/>
        <w:bidi/>
      </w:pPr>
      <w:r>
        <w:t>שם באנגלית: Shimei</w:t>
      </w:r>
    </w:p>
    <w:p>
      <w:pPr>
        <w:jc w:val="right"/>
        <w:bidi/>
      </w:pPr>
      <w:r>
        <w:rPr>
          <w:b/>
        </w:rPr>
        <w:t xml:space="preserve">קשרים: </w:t>
      </w:r>
      <w:r>
        <w:t>התנגד/ה ל שְׁלֹמֹה</w:t>
      </w:r>
    </w:p>
    <w:p/>
    <w:p>
      <w:pPr>
        <w:pStyle w:val="Heading1"/>
        <w:jc w:val="right"/>
        <w:bidi/>
      </w:pPr>
      <w:r>
        <w:t>שמעיה</w:t>
      </w:r>
    </w:p>
    <w:p>
      <w:pPr>
        <w:jc w:val="right"/>
        <w:bidi/>
      </w:pPr>
      <w:r>
        <w:t>שם באנגלית: Shemaiah</w:t>
      </w:r>
    </w:p>
    <w:p/>
    <w:p>
      <w:pPr>
        <w:pStyle w:val="Heading1"/>
        <w:jc w:val="right"/>
        <w:bidi/>
      </w:pPr>
      <w:r>
        <w:t>שמשון</w:t>
      </w:r>
    </w:p>
    <w:p>
      <w:pPr>
        <w:jc w:val="right"/>
        <w:bidi/>
      </w:pPr>
      <w:r>
        <w:t>שם באנגלית: Samson</w:t>
      </w:r>
    </w:p>
    <w:p>
      <w:pPr>
        <w:jc w:val="right"/>
        <w:bidi/>
      </w:pPr>
      <w:r>
        <w:t>שמשון היה שופט, נזיר ומנהיג צבאי בספר שופטים. אחרי שהוביל כמה ניצחונות על הפלישתים, הצליחה דלילה, המאהבת שלו, להערים עליו ולגלות את מקור כוחו. הוא נשבה על ידי הפלישתים שעיוורו את עיניו, אך הצליח להרוג את שוביו ופלישתים רבים אחרים והתאבד כשהחריב את מקדשם.</w:t>
      </w:r>
    </w:p>
    <w:p>
      <w:pPr>
        <w:jc w:val="right"/>
        <w:bidi/>
      </w:pPr>
      <w:r>
        <w:rPr>
          <w:b/>
        </w:rPr>
        <w:t xml:space="preserve">קשרים: </w:t>
      </w:r>
      <w:r>
        <w:t>בן/בת של מנוח | קשור/ה ל (מקורות) מנוח | בן/בת של הצללפוני | קשור/ה ל (מקורות) יעל אשת חבר הקיני | קשור/ה ל (מקורות) יעקב | צאצא של דן | קשור/ה ל (מקורות) משה | קשור/ה ל (מקורות) שמואל הנביא | קשור/ה ל (מקורות) דלילה | קשור/ה ל (מקורות) שרה | בן/בת של אשת מנוח</w:t>
      </w:r>
    </w:p>
    <w:p/>
    <w:p>
      <w:pPr>
        <w:pStyle w:val="Heading1"/>
        <w:jc w:val="right"/>
        <w:bidi/>
      </w:pPr>
      <w:r>
        <w:t>שעיר</w:t>
      </w:r>
    </w:p>
    <w:p>
      <w:pPr>
        <w:jc w:val="right"/>
        <w:bidi/>
      </w:pPr>
      <w:r>
        <w:t>שם באנגלית: Seir</w:t>
      </w:r>
    </w:p>
    <w:p>
      <w:pPr>
        <w:jc w:val="right"/>
        <w:bidi/>
      </w:pPr>
      <w:r>
        <w:rPr>
          <w:b/>
        </w:rPr>
        <w:t xml:space="preserve">קשרים: </w:t>
      </w:r>
      <w:r>
        <w:t>קשור/ה ל עשיו | קשור/ה ל אדום | קשור/ה ל (מקורות) אדום</w:t>
      </w:r>
    </w:p>
    <w:p/>
    <w:p>
      <w:pPr>
        <w:pStyle w:val="Heading1"/>
        <w:jc w:val="right"/>
        <w:bidi/>
      </w:pPr>
      <w:r>
        <w:t>שפטיה בן אביטל</w:t>
      </w:r>
    </w:p>
    <w:p>
      <w:pPr>
        <w:jc w:val="right"/>
        <w:bidi/>
      </w:pPr>
      <w:r>
        <w:t>שם באנגלית: Shephatiah</w:t>
      </w:r>
    </w:p>
    <w:p>
      <w:pPr>
        <w:jc w:val="right"/>
        <w:bidi/>
      </w:pPr>
      <w:r>
        <w:rPr>
          <w:b/>
        </w:rPr>
        <w:t xml:space="preserve">קשרים: </w:t>
      </w:r>
      <w:r>
        <w:t>בן/בת של דוד המלך | בן/בת של אביטל</w:t>
      </w:r>
    </w:p>
    <w:p/>
    <w:p>
      <w:pPr>
        <w:pStyle w:val="Heading1"/>
        <w:jc w:val="right"/>
        <w:bidi/>
      </w:pPr>
      <w:r>
        <w:t>שפן</w:t>
      </w:r>
    </w:p>
    <w:p>
      <w:pPr>
        <w:jc w:val="right"/>
        <w:bidi/>
      </w:pPr>
      <w:r>
        <w:t>שם באנגלית: Shafan</w:t>
      </w:r>
    </w:p>
    <w:p/>
    <w:p>
      <w:pPr>
        <w:pStyle w:val="Heading1"/>
        <w:jc w:val="right"/>
        <w:bidi/>
      </w:pPr>
      <w:r>
        <w:t>שפרה ופועה</w:t>
      </w:r>
    </w:p>
    <w:p>
      <w:pPr>
        <w:jc w:val="right"/>
        <w:bidi/>
      </w:pPr>
      <w:r>
        <w:t>שם באנגלית: Shifrah and Puah</w:t>
      </w:r>
    </w:p>
    <w:p>
      <w:pPr>
        <w:jc w:val="right"/>
        <w:bidi/>
      </w:pPr>
      <w:r>
        <w:t xml:space="preserve">המיילדות העבריות </w:t>
      </w:r>
    </w:p>
    <w:p>
      <w:pPr>
        <w:jc w:val="right"/>
        <w:bidi/>
      </w:pPr>
      <w:r>
        <w:rPr>
          <w:b/>
        </w:rPr>
        <w:t xml:space="preserve">קשרים: </w:t>
      </w:r>
      <w:r>
        <w:t>קשור/ה ל עמרם | קשור/ה ל (מקורות) יוכבד | קשור/ה ל (מקורות) מרים | קשור/ה ל (מקורות) פרעה | קשור/ה ל (מקורות) משה | קשור/ה ל (מקורות) בתיה</w:t>
      </w:r>
    </w:p>
    <w:p/>
    <w:p>
      <w:pPr>
        <w:pStyle w:val="Heading1"/>
        <w:jc w:val="right"/>
        <w:bidi/>
      </w:pPr>
      <w:r>
        <w:t>שרה</w:t>
      </w:r>
    </w:p>
    <w:p>
      <w:pPr>
        <w:jc w:val="right"/>
        <w:bidi/>
      </w:pPr>
      <w:r>
        <w:t>שם באנגלית: Sarah</w:t>
      </w:r>
    </w:p>
    <w:p>
      <w:pPr>
        <w:jc w:val="right"/>
        <w:bidi/>
      </w:pPr>
      <w:r>
        <w:t>שרה היא דמות מקראית המופיעה בספר בראשית. היא הראשונה מבין 'ארבע האמהות' והיתה אשת אברהם. לאחר התמודדות עם עקרות ממושכת זכתה בזקנתה לבן יחיד, יצחק.</w:t>
      </w:r>
    </w:p>
    <w:p>
      <w:pPr>
        <w:jc w:val="right"/>
        <w:bidi/>
      </w:pPr>
      <w:r>
        <w:rPr>
          <w:b/>
        </w:rPr>
        <w:t xml:space="preserve">קשרים: </w:t>
      </w:r>
      <w:r>
        <w:t>קשור/ה ל (מקורות) הגר | בן/בת זוג של אברהם | קשור/ה ל (מקורות) אברהם | קשור/ה ל (מקורות) יצחק | קשור/ה ל (מקורות) ישמעאל</w:t>
      </w:r>
    </w:p>
    <w:p/>
    <w:p>
      <w:pPr>
        <w:pStyle w:val="Heading1"/>
        <w:jc w:val="right"/>
        <w:bidi/>
      </w:pPr>
      <w:r>
        <w:t>שרוג</w:t>
      </w:r>
    </w:p>
    <w:p>
      <w:pPr>
        <w:jc w:val="right"/>
        <w:bidi/>
      </w:pPr>
      <w:r>
        <w:t>שם באנגלית: Serug</w:t>
      </w:r>
    </w:p>
    <w:p>
      <w:pPr>
        <w:jc w:val="right"/>
        <w:bidi/>
      </w:pPr>
      <w:r>
        <w:rPr>
          <w:b/>
        </w:rPr>
        <w:t xml:space="preserve">קשרים: </w:t>
      </w:r>
      <w:r>
        <w:t>בן/בת של רעו</w:t>
      </w:r>
    </w:p>
    <w:p/>
    <w:p>
      <w:pPr>
        <w:pStyle w:val="Heading1"/>
        <w:jc w:val="right"/>
        <w:bidi/>
      </w:pPr>
      <w:r>
        <w:t>שת</w:t>
      </w:r>
    </w:p>
    <w:p>
      <w:pPr>
        <w:jc w:val="right"/>
        <w:bidi/>
      </w:pPr>
      <w:r>
        <w:t>שם באנגלית: Seth</w:t>
      </w:r>
    </w:p>
    <w:p>
      <w:pPr>
        <w:jc w:val="right"/>
        <w:bidi/>
      </w:pPr>
      <w:r>
        <w:rPr>
          <w:b/>
        </w:rPr>
        <w:t xml:space="preserve">קשרים: </w:t>
      </w:r>
      <w:r>
        <w:t>קשור/ה ל (מקורות) הבל | קשור/ה ל (מקורות) קין | בן/בת של אדם הראשון | קשור/ה ל (מקורות) אדם הראשון | בן/בת של חוה | קשור/ה ל (מקורות) חוה</w:t>
      </w:r>
    </w:p>
    <w:p/>
    <w:p>
      <w:pPr>
        <w:pStyle w:val="Heading1"/>
        <w:jc w:val="right"/>
        <w:bidi/>
      </w:pPr>
      <w:r>
        <w:t>תבני</w:t>
      </w:r>
    </w:p>
    <w:p>
      <w:pPr>
        <w:jc w:val="right"/>
        <w:bidi/>
      </w:pPr>
      <w:r>
        <w:t>שם באנגלית: Tibni</w:t>
      </w:r>
    </w:p>
    <w:p/>
    <w:p>
      <w:pPr>
        <w:pStyle w:val="Heading1"/>
        <w:jc w:val="right"/>
        <w:bidi/>
      </w:pPr>
      <w:r>
        <w:t>תגלת פלאסר</w:t>
      </w:r>
    </w:p>
    <w:p>
      <w:pPr>
        <w:jc w:val="right"/>
        <w:bidi/>
      </w:pPr>
      <w:r>
        <w:t>שם באנגלית: Tiglat-Pileser</w:t>
      </w:r>
    </w:p>
    <w:p/>
    <w:p>
      <w:pPr>
        <w:pStyle w:val="Heading1"/>
        <w:jc w:val="right"/>
        <w:bidi/>
      </w:pPr>
      <w:r>
        <w:t>תגרמה</w:t>
      </w:r>
    </w:p>
    <w:p>
      <w:pPr>
        <w:jc w:val="right"/>
        <w:bidi/>
      </w:pPr>
      <w:r>
        <w:t>שם באנגלית: Togarmah</w:t>
      </w:r>
    </w:p>
    <w:p>
      <w:pPr>
        <w:jc w:val="right"/>
        <w:bidi/>
      </w:pPr>
      <w:r>
        <w:rPr>
          <w:b/>
        </w:rPr>
        <w:t xml:space="preserve">קשרים: </w:t>
      </w:r>
      <w:r>
        <w:t>בן/בת של גומר בן יפת</w:t>
      </w:r>
    </w:p>
    <w:p/>
    <w:p>
      <w:pPr>
        <w:pStyle w:val="Heading1"/>
        <w:jc w:val="right"/>
        <w:bidi/>
      </w:pPr>
      <w:r>
        <w:t>תדעל</w:t>
      </w:r>
    </w:p>
    <w:p>
      <w:pPr>
        <w:jc w:val="right"/>
        <w:bidi/>
      </w:pPr>
      <w:r>
        <w:t>שם באנגלית: Tidal</w:t>
      </w:r>
    </w:p>
    <w:p/>
    <w:p>
      <w:pPr>
        <w:pStyle w:val="Heading1"/>
        <w:jc w:val="right"/>
        <w:bidi/>
      </w:pPr>
      <w:r>
        <w:t>תובל קין</w:t>
      </w:r>
    </w:p>
    <w:p>
      <w:pPr>
        <w:jc w:val="right"/>
        <w:bidi/>
      </w:pPr>
      <w:r>
        <w:t>שם באנגלית: Tuval-kayin</w:t>
      </w:r>
    </w:p>
    <w:p>
      <w:pPr>
        <w:jc w:val="right"/>
        <w:bidi/>
      </w:pPr>
      <w:r>
        <w:rPr>
          <w:b/>
        </w:rPr>
        <w:t xml:space="preserve">קשרים: </w:t>
      </w:r>
      <w:r>
        <w:t>קשור/ה ל (מקורות) קין | קשור/ה ל (מקורות) נח | בן/בת של צלה | קשור/ה ל (מקורות) נעמה | בן/בת של למך | קשור/ה ל (מקורות) למך</w:t>
      </w:r>
    </w:p>
    <w:p/>
    <w:p>
      <w:pPr>
        <w:pStyle w:val="Heading1"/>
        <w:jc w:val="right"/>
        <w:bidi/>
      </w:pPr>
      <w:r>
        <w:t>תולע בן פואה</w:t>
      </w:r>
    </w:p>
    <w:p>
      <w:pPr>
        <w:jc w:val="right"/>
        <w:bidi/>
      </w:pPr>
      <w:r>
        <w:t>שם באנגלית: Tola, the Son of Puah</w:t>
      </w:r>
    </w:p>
    <w:p/>
    <w:p>
      <w:pPr>
        <w:pStyle w:val="Heading1"/>
        <w:jc w:val="right"/>
        <w:bidi/>
      </w:pPr>
      <w:r>
        <w:t>תימא</w:t>
      </w:r>
    </w:p>
    <w:p>
      <w:pPr>
        <w:jc w:val="right"/>
        <w:bidi/>
      </w:pPr>
      <w:r>
        <w:t>שם באנגלית: Tema</w:t>
      </w:r>
    </w:p>
    <w:p>
      <w:pPr>
        <w:jc w:val="right"/>
        <w:bidi/>
      </w:pPr>
      <w:r>
        <w:t>Translated according to Targum Yonatan.</w:t>
      </w:r>
    </w:p>
    <w:p>
      <w:pPr>
        <w:jc w:val="right"/>
        <w:bidi/>
      </w:pPr>
      <w:r>
        <w:rPr>
          <w:b/>
        </w:rPr>
        <w:t xml:space="preserve">קשרים: </w:t>
      </w:r>
      <w:r>
        <w:t>בן/בת של ישמעאל</w:t>
      </w:r>
    </w:p>
    <w:p/>
    <w:p>
      <w:pPr>
        <w:pStyle w:val="Heading1"/>
        <w:jc w:val="right"/>
        <w:bidi/>
      </w:pPr>
      <w:r>
        <w:t>תימן</w:t>
      </w:r>
    </w:p>
    <w:p>
      <w:pPr>
        <w:jc w:val="right"/>
        <w:bidi/>
      </w:pPr>
      <w:r>
        <w:t>שם באנגלית: Teman</w:t>
      </w:r>
    </w:p>
    <w:p>
      <w:pPr>
        <w:jc w:val="right"/>
        <w:bidi/>
      </w:pPr>
      <w:r>
        <w:rPr>
          <w:b/>
        </w:rPr>
        <w:t xml:space="preserve">קשרים: </w:t>
      </w:r>
      <w:r>
        <w:t>בן/בת של אליפז</w:t>
      </w:r>
    </w:p>
    <w:p/>
    <w:p>
      <w:pPr>
        <w:pStyle w:val="Heading1"/>
        <w:jc w:val="right"/>
        <w:bidi/>
      </w:pPr>
      <w:r>
        <w:t>תירס</w:t>
      </w:r>
    </w:p>
    <w:p>
      <w:pPr>
        <w:jc w:val="right"/>
        <w:bidi/>
      </w:pPr>
      <w:r>
        <w:t>שם באנגלית: Tiras</w:t>
      </w:r>
    </w:p>
    <w:p>
      <w:pPr>
        <w:jc w:val="right"/>
        <w:bidi/>
      </w:pPr>
      <w:r>
        <w:rPr>
          <w:b/>
        </w:rPr>
        <w:t xml:space="preserve">קשרים: </w:t>
      </w:r>
      <w:r>
        <w:t>בן/בת של יפת</w:t>
      </w:r>
    </w:p>
    <w:p/>
    <w:p>
      <w:pPr>
        <w:pStyle w:val="Heading1"/>
        <w:jc w:val="right"/>
        <w:bidi/>
      </w:pPr>
      <w:r>
        <w:t>תלמי מלך גשור</w:t>
      </w:r>
    </w:p>
    <w:p>
      <w:pPr>
        <w:jc w:val="right"/>
        <w:bidi/>
      </w:pPr>
      <w:r>
        <w:t>שם באנגלית: Talmai</w:t>
      </w:r>
    </w:p>
    <w:p/>
    <w:p>
      <w:pPr>
        <w:pStyle w:val="Heading1"/>
        <w:jc w:val="right"/>
        <w:bidi/>
      </w:pPr>
      <w:r>
        <w:t>תמנע</w:t>
      </w:r>
    </w:p>
    <w:p>
      <w:pPr>
        <w:jc w:val="right"/>
        <w:bidi/>
      </w:pPr>
      <w:r>
        <w:t>שם באנגלית: Timna</w:t>
      </w:r>
    </w:p>
    <w:p>
      <w:pPr>
        <w:jc w:val="right"/>
        <w:bidi/>
      </w:pPr>
      <w:r>
        <w:rPr>
          <w:b/>
        </w:rPr>
        <w:t xml:space="preserve">קשרים: </w:t>
      </w:r>
      <w:r>
        <w:t>קשור/ה ל עשיו | קשור/ה ל (מקורות) עמלק | קשור/ה ל אדום | קשור/ה ל (מקורות) המלך שאול | קשור/ה ל שעיר</w:t>
      </w:r>
    </w:p>
    <w:p/>
    <w:p>
      <w:pPr>
        <w:pStyle w:val="Heading1"/>
        <w:jc w:val="right"/>
        <w:bidi/>
      </w:pPr>
      <w:r>
        <w:t>תמר</w:t>
      </w:r>
    </w:p>
    <w:p>
      <w:pPr>
        <w:jc w:val="right"/>
        <w:bidi/>
      </w:pPr>
      <w:r>
        <w:t>שם באנגלית: Tamar</w:t>
      </w:r>
    </w:p>
    <w:p>
      <w:pPr>
        <w:jc w:val="right"/>
        <w:bidi/>
      </w:pPr>
      <w:r>
        <w:t xml:space="preserve">Tamar is a biblical figure introduced in [II Samuel 13:1](https://www.sefaria.org/II_Samuel.13.1?lang=bi&amp;amp;with=all&amp;amp;lang2=en). She is the daughter of King David, sister of Absalom, and half-sister of Amnon, by whom she is raped. </w:t>
      </w:r>
    </w:p>
    <w:p>
      <w:pPr>
        <w:jc w:val="right"/>
        <w:bidi/>
      </w:pPr>
      <w:r>
        <w:rPr>
          <w:b/>
        </w:rPr>
        <w:t xml:space="preserve">קשרים: </w:t>
      </w:r>
      <w:r>
        <w:t>קשור/ה ל אבשלום | בן/בת של דוד המלך | קשור/ה ל אמנון</w:t>
      </w:r>
    </w:p>
    <w:p/>
    <w:p>
      <w:pPr>
        <w:pStyle w:val="Heading1"/>
        <w:jc w:val="right"/>
        <w:bidi/>
      </w:pPr>
      <w:r>
        <w:t>תמר</w:t>
      </w:r>
    </w:p>
    <w:p>
      <w:pPr>
        <w:jc w:val="right"/>
        <w:bidi/>
      </w:pPr>
      <w:r>
        <w:t>שם באנגלית: Tamar</w:t>
      </w:r>
    </w:p>
    <w:p>
      <w:pPr>
        <w:jc w:val="right"/>
        <w:bidi/>
      </w:pPr>
      <w:r>
        <w:t>תמר הייתה כלתו של יהודה. היא נישאה לשני בניו, אך שניהם מתו, ולמרות חובתו הוא סירב להשיא לה את בנו השלישי. לפיכך היא התחפשה לזונה ופיתתה את יהודה. היא שמרה את כליו כמשכון והשתמשה בהם להוכחת אחריותו כלפיה. דוד המלך היה מצאצאיו של בנם פרץ.</w:t>
      </w:r>
    </w:p>
    <w:p>
      <w:pPr>
        <w:jc w:val="right"/>
        <w:bidi/>
      </w:pPr>
      <w:r>
        <w:rPr>
          <w:b/>
        </w:rPr>
        <w:t xml:space="preserve">קשרים: </w:t>
      </w:r>
      <w:r>
        <w:t>בן/בת זוג של ער בכור יהודה | קשור/ה ל (מקורות) בועז | קשור/ה ל יהודה | קשור/ה ל (מקורות) יהודה | קשור/ה ל (מקורות) יוסף | בן/בת זוג של אוֹנָן | קשור/ה ל (מקורות) דוד המלך | קשור/ה ל (מקורות) אמנון | קשור/ה ל (מקורות) דינה | קשור/ה ל (מקורות) לוט | קשור/ה ל (מקורות) רות | בן/בת של עילם</w:t>
      </w:r>
    </w:p>
    <w:p/>
    <w:p>
      <w:pPr>
        <w:pStyle w:val="Heading1"/>
        <w:jc w:val="right"/>
        <w:bidi/>
      </w:pPr>
      <w:r>
        <w:t>תרח</w:t>
      </w:r>
    </w:p>
    <w:p>
      <w:pPr>
        <w:jc w:val="right"/>
        <w:bidi/>
      </w:pPr>
      <w:r>
        <w:t>שם באנגלית: Terach</w:t>
      </w:r>
    </w:p>
    <w:p>
      <w:pPr>
        <w:jc w:val="right"/>
        <w:bidi/>
      </w:pPr>
      <w:r>
        <w:rPr>
          <w:b/>
        </w:rPr>
        <w:t xml:space="preserve">קשרים: </w:t>
      </w:r>
      <w:r>
        <w:t>קשור/ה ל (מקורות) הרן | קשור/ה ל (מקורות) אברהם | קשור/ה ל (מקורות) חזקיה | קשור/ה ל (מקורות) שְׁלֹמֹה</w:t>
      </w:r>
    </w:p>
    <w:p/>
    <w:p>
      <w:pPr>
        <w:pStyle w:val="Heading1"/>
        <w:jc w:val="right"/>
        <w:bidi/>
      </w:pPr>
      <w:r>
        <w:t>תרצה</w:t>
      </w:r>
    </w:p>
    <w:p>
      <w:pPr>
        <w:jc w:val="right"/>
        <w:bidi/>
      </w:pPr>
      <w:r>
        <w:t>שם באנגלית: Tirzah</w:t>
      </w:r>
    </w:p>
    <w:p>
      <w:pPr>
        <w:jc w:val="right"/>
        <w:bidi/>
      </w:pPr>
      <w:r>
        <w:rPr>
          <w:b/>
        </w:rPr>
        <w:t xml:space="preserve">קשרים: </w:t>
      </w:r>
      <w:r>
        <w:t>בן/בת של צלפחד</w:t>
      </w:r>
    </w:p>
    <w:p/>
    <w:p>
      <w:pPr>
        <w:pStyle w:val="Heading1"/>
        <w:jc w:val="right"/>
        <w:bidi/>
      </w:pPr>
      <w:r>
        <w:t>תתני</w:t>
      </w:r>
    </w:p>
    <w:p>
      <w:pPr>
        <w:jc w:val="right"/>
        <w:bidi/>
      </w:pPr>
      <w:r>
        <w:t>שם באנגלית: Tattenai</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David" w:hAnsi="David"/>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